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78B" w:rsidRDefault="00DC678B" w:rsidP="00DC678B">
      <w:pPr>
        <w:widowControl w:val="0"/>
        <w:spacing w:line="240" w:lineRule="auto"/>
        <w:ind w:right="141"/>
        <w:contextualSpacing/>
        <w:jc w:val="center"/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</w:pPr>
      <w:bookmarkStart w:id="0" w:name="block-3180676"/>
      <w:r w:rsidRPr="00024F18">
        <w:rPr>
          <w:rFonts w:ascii="Times New Roman" w:eastAsia="CCPEK+TimesNewRomanPSMT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у</w:t>
      </w:r>
      <w:r w:rsidRPr="00024F18">
        <w:rPr>
          <w:rFonts w:ascii="Times New Roman" w:eastAsia="CCPEK+TimesNewRomanPSMT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024F18">
        <w:rPr>
          <w:rFonts w:ascii="Times New Roman" w:eastAsia="CCPEK+TimesNewRomanPSMT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024F18">
        <w:rPr>
          <w:rFonts w:ascii="Times New Roman" w:eastAsia="CCPEK+TimesNewRomanPSMT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024F18">
        <w:rPr>
          <w:rFonts w:ascii="Times New Roman" w:eastAsia="CCPEK+TimesNewRomanPSMT" w:hAnsi="Times New Roman" w:cs="Times New Roman"/>
          <w:color w:val="000000"/>
          <w:spacing w:val="1"/>
          <w:w w:val="99"/>
          <w:sz w:val="24"/>
          <w:szCs w:val="24"/>
          <w:lang w:val="ru-RU"/>
        </w:rPr>
        <w:t>ип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а</w:t>
      </w:r>
      <w:r w:rsidRPr="00024F18">
        <w:rPr>
          <w:rFonts w:ascii="Times New Roman" w:eastAsia="CCPEK+TimesNewRomanPSMT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ь</w:t>
      </w:r>
      <w:r w:rsidRPr="00024F18">
        <w:rPr>
          <w:rFonts w:ascii="Times New Roman" w:eastAsia="CCPEK+TimesNewRomanPSMT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ое бюдж</w:t>
      </w:r>
      <w:r w:rsidRPr="00024F18">
        <w:rPr>
          <w:rFonts w:ascii="Times New Roman" w:eastAsia="CCPEK+TimesNewRomanPSMT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024F18">
        <w:rPr>
          <w:rFonts w:ascii="Times New Roman" w:eastAsia="CCPEK+TimesNewRomanPSMT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ное об</w:t>
      </w:r>
      <w:r w:rsidRPr="00024F18">
        <w:rPr>
          <w:rFonts w:ascii="Times New Roman" w:eastAsia="CCPEK+TimesNewRomanPSMT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024F18">
        <w:rPr>
          <w:rFonts w:ascii="Times New Roman" w:eastAsia="CCPEK+TimesNewRomanPSMT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обра</w:t>
      </w:r>
      <w:r w:rsidRPr="00024F18">
        <w:rPr>
          <w:rFonts w:ascii="Times New Roman" w:eastAsia="CCPEK+TimesNewRomanPSMT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ова</w:t>
      </w:r>
      <w:r w:rsidRPr="00024F18">
        <w:rPr>
          <w:rFonts w:ascii="Times New Roman" w:eastAsia="CCPEK+TimesNewRomanPSMT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ель</w:t>
      </w:r>
      <w:r w:rsidRPr="00024F18">
        <w:rPr>
          <w:rFonts w:ascii="Times New Roman" w:eastAsia="CCPEK+TimesNewRomanPSMT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ое учр</w:t>
      </w:r>
      <w:r w:rsidRPr="00024F18">
        <w:rPr>
          <w:rFonts w:ascii="Times New Roman" w:eastAsia="CCPEK+TimesNewRomanPSMT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жден</w:t>
      </w:r>
      <w:r w:rsidRPr="00024F18">
        <w:rPr>
          <w:rFonts w:ascii="Times New Roman" w:eastAsia="CCPEK+TimesNewRomanPSMT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 xml:space="preserve">е </w:t>
      </w:r>
    </w:p>
    <w:p w:rsidR="00DC678B" w:rsidRDefault="00DC678B" w:rsidP="00DC678B">
      <w:pPr>
        <w:widowControl w:val="0"/>
        <w:spacing w:line="240" w:lineRule="auto"/>
        <w:ind w:right="141"/>
        <w:contextualSpacing/>
        <w:jc w:val="center"/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</w:pP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Ле</w:t>
      </w:r>
      <w:r w:rsidRPr="00024F18">
        <w:rPr>
          <w:rFonts w:ascii="Times New Roman" w:eastAsia="CCPEK+TimesNewRomanPSMT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024F18">
        <w:rPr>
          <w:rFonts w:ascii="Times New Roman" w:eastAsia="CCPEK+TimesNewRomanPSMT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о</w:t>
      </w:r>
      <w:r w:rsidRPr="00024F18">
        <w:rPr>
          <w:rFonts w:ascii="Times New Roman" w:eastAsia="CCPEK+TimesNewRomanPSMT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ородская ср</w:t>
      </w:r>
      <w:r w:rsidRPr="00024F18">
        <w:rPr>
          <w:rFonts w:ascii="Times New Roman" w:eastAsia="CCPEK+TimesNewRomanPSMT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д</w:t>
      </w:r>
      <w:r w:rsidRPr="00024F18">
        <w:rPr>
          <w:rFonts w:ascii="Times New Roman" w:eastAsia="CCPEK+TimesNewRomanPSMT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024F18">
        <w:rPr>
          <w:rFonts w:ascii="Times New Roman" w:eastAsia="CCPEK+TimesNewRomanPSMT" w:hAnsi="Times New Roman" w:cs="Times New Roman"/>
          <w:color w:val="000000"/>
          <w:spacing w:val="2"/>
          <w:sz w:val="24"/>
          <w:szCs w:val="24"/>
          <w:lang w:val="ru-RU"/>
        </w:rPr>
        <w:t>я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я об</w:t>
      </w:r>
      <w:r w:rsidRPr="00024F18">
        <w:rPr>
          <w:rFonts w:ascii="Times New Roman" w:eastAsia="CCPEK+TimesNewRomanPSMT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еобра</w:t>
      </w:r>
      <w:r w:rsidRPr="00024F18">
        <w:rPr>
          <w:rFonts w:ascii="Times New Roman" w:eastAsia="CCPEK+TimesNewRomanPSMT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ова</w:t>
      </w:r>
      <w:r w:rsidRPr="00024F18">
        <w:rPr>
          <w:rFonts w:ascii="Times New Roman" w:eastAsia="CCPEK+TimesNewRomanPSMT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ел</w:t>
      </w:r>
      <w:r w:rsidRPr="00024F18">
        <w:rPr>
          <w:rFonts w:ascii="Times New Roman" w:eastAsia="CCPEK+TimesNewRomanPSMT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024F18">
        <w:rPr>
          <w:rFonts w:ascii="Times New Roman" w:eastAsia="CCPEK+TimesNewRomanPSMT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 xml:space="preserve">ая </w:t>
      </w:r>
      <w:r w:rsidRPr="00024F18">
        <w:rPr>
          <w:rFonts w:ascii="Times New Roman" w:eastAsia="CCPEK+TimesNewRomanPSMT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 xml:space="preserve">кола </w:t>
      </w:r>
    </w:p>
    <w:p w:rsidR="00DC678B" w:rsidRPr="00024F18" w:rsidRDefault="00DC678B" w:rsidP="00DC678B">
      <w:pPr>
        <w:widowControl w:val="0"/>
        <w:spacing w:line="240" w:lineRule="auto"/>
        <w:ind w:right="141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Од</w:t>
      </w:r>
      <w:r w:rsidRPr="00024F18">
        <w:rPr>
          <w:rFonts w:ascii="Times New Roman" w:eastAsia="CCPEK+TimesNewRomanPSMT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024F18">
        <w:rPr>
          <w:rFonts w:ascii="Times New Roman" w:eastAsia="CCPEK+TimesNewRomanPSMT" w:hAnsi="Times New Roman" w:cs="Times New Roman"/>
          <w:color w:val="000000"/>
          <w:spacing w:val="1"/>
          <w:w w:val="99"/>
          <w:sz w:val="24"/>
          <w:szCs w:val="24"/>
          <w:lang w:val="ru-RU"/>
        </w:rPr>
        <w:t>нц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овско</w:t>
      </w:r>
      <w:r w:rsidRPr="00024F18">
        <w:rPr>
          <w:rFonts w:ascii="Times New Roman" w:eastAsia="CCPEK+TimesNewRomanPSMT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024F18">
        <w:rPr>
          <w:rFonts w:ascii="Times New Roman" w:eastAsia="CCPEK+TimesNewRomanPSMT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ородс</w:t>
      </w:r>
      <w:r w:rsidRPr="00024F18">
        <w:rPr>
          <w:rFonts w:ascii="Times New Roman" w:eastAsia="CCPEK+TimesNewRomanPSMT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 xml:space="preserve">ого округа </w:t>
      </w:r>
      <w:r w:rsidRPr="00024F18">
        <w:rPr>
          <w:rFonts w:ascii="Times New Roman" w:eastAsia="CCPEK+TimesNewRomanPSMT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о</w:t>
      </w:r>
      <w:r w:rsidRPr="00024F18">
        <w:rPr>
          <w:rFonts w:ascii="Times New Roman" w:eastAsia="CCPEK+TimesNewRomanPSMT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ковской</w:t>
      </w:r>
      <w:r w:rsidRPr="00024F18">
        <w:rPr>
          <w:rFonts w:ascii="Times New Roman" w:eastAsia="CCPEK+TimesNewRomanPSMT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облас</w:t>
      </w:r>
      <w:r w:rsidRPr="00024F18">
        <w:rPr>
          <w:rFonts w:ascii="Times New Roman" w:eastAsia="CCPEK+TimesNewRomanPSMT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и</w:t>
      </w:r>
    </w:p>
    <w:p w:rsidR="00DC678B" w:rsidRPr="00024F18" w:rsidRDefault="00DC678B" w:rsidP="00DC678B">
      <w:pPr>
        <w:spacing w:line="240" w:lineRule="exact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DC678B" w:rsidRPr="00024F18" w:rsidRDefault="00DC678B" w:rsidP="00DC678B">
      <w:pPr>
        <w:spacing w:line="240" w:lineRule="exact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DC678B" w:rsidRPr="00024F18" w:rsidRDefault="00DC678B" w:rsidP="00DC678B">
      <w:pPr>
        <w:spacing w:line="240" w:lineRule="exact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DC678B" w:rsidRPr="00024F18" w:rsidRDefault="00DC678B" w:rsidP="00DC678B">
      <w:pPr>
        <w:spacing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C678B" w:rsidRPr="00024F18" w:rsidRDefault="00DC678B" w:rsidP="00DC678B">
      <w:pPr>
        <w:spacing w:after="11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DC678B" w:rsidRPr="00024F18" w:rsidRDefault="00DC678B" w:rsidP="00DC678B">
      <w:pPr>
        <w:widowControl w:val="0"/>
        <w:spacing w:line="240" w:lineRule="auto"/>
        <w:ind w:right="-20"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УТВЕ</w:t>
      </w:r>
      <w:r w:rsidRPr="00024F18">
        <w:rPr>
          <w:rFonts w:ascii="Times New Roman" w:eastAsia="CCPEK+TimesNewRomanPSMT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024F18">
        <w:rPr>
          <w:rFonts w:ascii="Times New Roman" w:eastAsia="CCPEK+TimesNewRomanPSMT" w:hAnsi="Times New Roman" w:cs="Times New Roman"/>
          <w:color w:val="000000"/>
          <w:spacing w:val="1"/>
          <w:sz w:val="24"/>
          <w:szCs w:val="24"/>
          <w:lang w:val="ru-RU"/>
        </w:rPr>
        <w:t>Ж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ДАЮ</w:t>
      </w:r>
    </w:p>
    <w:p w:rsidR="00DC678B" w:rsidRPr="00024F18" w:rsidRDefault="00DC678B" w:rsidP="00DC678B">
      <w:pPr>
        <w:widowControl w:val="0"/>
        <w:spacing w:before="101" w:line="236" w:lineRule="auto"/>
        <w:ind w:right="134"/>
        <w:jc w:val="right"/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</w:pPr>
      <w:r w:rsidRPr="00024F18">
        <w:rPr>
          <w:rFonts w:ascii="Times New Roman" w:eastAsia="CCPEK+TimesNewRomanPSMT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ирек</w:t>
      </w:r>
      <w:r w:rsidRPr="00024F18">
        <w:rPr>
          <w:rFonts w:ascii="Times New Roman" w:eastAsia="CCPEK+TimesNewRomanPSMT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ор_</w:t>
      </w:r>
      <w:r w:rsidRPr="00024F18">
        <w:rPr>
          <w:rFonts w:ascii="Times New Roman" w:eastAsia="CCPEK+TimesNewRomanPSMT" w:hAnsi="Times New Roman" w:cs="Times New Roman"/>
          <w:color w:val="000000"/>
          <w:spacing w:val="1"/>
          <w:sz w:val="24"/>
          <w:szCs w:val="24"/>
          <w:lang w:val="ru-RU"/>
        </w:rPr>
        <w:t>_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________</w:t>
      </w:r>
      <w:r w:rsidRPr="00024F18">
        <w:rPr>
          <w:rFonts w:ascii="Times New Roman" w:eastAsia="CCPEK+TimesNewRomanPSMT" w:hAnsi="Times New Roman" w:cs="Times New Roman"/>
          <w:color w:val="000000"/>
          <w:spacing w:val="-2"/>
          <w:sz w:val="24"/>
          <w:szCs w:val="24"/>
          <w:lang w:val="ru-RU"/>
        </w:rPr>
        <w:t>_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__И.В.Шу</w:t>
      </w:r>
      <w:r w:rsidRPr="00024F18">
        <w:rPr>
          <w:rFonts w:ascii="Times New Roman" w:eastAsia="CCPEK+TimesNewRomanPSMT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024F18">
        <w:rPr>
          <w:rFonts w:ascii="Times New Roman" w:eastAsia="CCPEK+TimesNewRomanPSMT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024F18">
        <w:rPr>
          <w:rFonts w:ascii="Times New Roman" w:eastAsia="CCPEK+TimesNewRomanPSMT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DC678B" w:rsidRPr="00024F18" w:rsidRDefault="00DC678B" w:rsidP="00DC678B">
      <w:pPr>
        <w:widowControl w:val="0"/>
        <w:spacing w:before="101" w:line="236" w:lineRule="auto"/>
        <w:ind w:right="134"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При</w:t>
      </w:r>
      <w:r w:rsidRPr="00024F18">
        <w:rPr>
          <w:rFonts w:ascii="Times New Roman" w:eastAsia="CCPEK+TimesNewRomanPSMT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а</w:t>
      </w:r>
      <w:r w:rsidRPr="00024F18">
        <w:rPr>
          <w:rFonts w:ascii="Times New Roman" w:eastAsia="CCPEK+TimesNewRomanPSMT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24F18">
        <w:rPr>
          <w:rFonts w:ascii="Times New Roman" w:eastAsia="CCPEK+TimesNewRomanPSMT" w:hAnsi="Times New Roman" w:cs="Times New Roman"/>
          <w:color w:val="000000"/>
          <w:w w:val="99"/>
          <w:sz w:val="24"/>
          <w:szCs w:val="24"/>
          <w:lang w:val="ru-RU"/>
        </w:rPr>
        <w:t>№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 xml:space="preserve"> ___ о</w:t>
      </w:r>
      <w:r w:rsidRPr="00024F18">
        <w:rPr>
          <w:rFonts w:ascii="Times New Roman" w:eastAsia="CCPEK+TimesNewRomanPSMT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024F18">
        <w:rPr>
          <w:rFonts w:ascii="Times New Roman" w:eastAsia="CCPEK+TimesNewRomanPSMT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___</w:t>
      </w:r>
      <w:r w:rsidRPr="00024F18">
        <w:rPr>
          <w:rFonts w:ascii="Times New Roman" w:eastAsia="CCPEK+TimesNewRomanPSMT" w:hAnsi="Times New Roman" w:cs="Times New Roman"/>
          <w:color w:val="000000"/>
          <w:spacing w:val="-2"/>
          <w:sz w:val="24"/>
          <w:szCs w:val="24"/>
          <w:lang w:val="ru-RU"/>
        </w:rPr>
        <w:t>_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 xml:space="preserve">_____ </w:t>
      </w:r>
      <w:r w:rsidRPr="00024F18">
        <w:rPr>
          <w:rFonts w:ascii="Times New Roman" w:eastAsia="CCPEK+TimesNewRomanPSMT" w:hAnsi="Times New Roman" w:cs="Times New Roman"/>
          <w:color w:val="000000"/>
          <w:w w:val="99"/>
          <w:sz w:val="24"/>
          <w:szCs w:val="24"/>
          <w:lang w:val="ru-RU"/>
        </w:rPr>
        <w:t>2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0</w:t>
      </w:r>
      <w:r w:rsidRPr="00024F18">
        <w:rPr>
          <w:rFonts w:ascii="Times New Roman" w:eastAsia="CCPEK+TimesNewRomanPSMT" w:hAnsi="Times New Roman" w:cs="Times New Roman"/>
          <w:color w:val="000000"/>
          <w:spacing w:val="1"/>
          <w:sz w:val="24"/>
          <w:szCs w:val="24"/>
          <w:lang w:val="ru-RU"/>
        </w:rPr>
        <w:t>22</w:t>
      </w:r>
      <w:r w:rsidRPr="00024F18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024F18">
        <w:rPr>
          <w:rFonts w:ascii="Times New Roman" w:eastAsia="CCPEK+TimesNewRomanPSMT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.</w:t>
      </w:r>
    </w:p>
    <w:p w:rsidR="00DC678B" w:rsidRPr="00024F18" w:rsidRDefault="00DC678B" w:rsidP="00DC678B">
      <w:pPr>
        <w:widowControl w:val="0"/>
        <w:spacing w:before="93" w:line="240" w:lineRule="auto"/>
        <w:ind w:right="-20"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М.П.</w:t>
      </w:r>
    </w:p>
    <w:p w:rsidR="00DC678B" w:rsidRPr="00024F18" w:rsidRDefault="00DC678B" w:rsidP="00DC678B">
      <w:pPr>
        <w:spacing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C678B" w:rsidRPr="00024F18" w:rsidRDefault="00DC678B" w:rsidP="00DC678B">
      <w:pPr>
        <w:spacing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C678B" w:rsidRPr="00024F18" w:rsidRDefault="00DC678B" w:rsidP="00DC678B">
      <w:pPr>
        <w:spacing w:after="6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C678B" w:rsidRPr="007C0E42" w:rsidRDefault="00DC678B" w:rsidP="00DC678B">
      <w:pPr>
        <w:pStyle w:val="af1"/>
        <w:spacing w:line="240" w:lineRule="auto"/>
        <w:ind w:left="-454" w:right="-454"/>
        <w:contextualSpacing/>
        <w:jc w:val="center"/>
        <w:rPr>
          <w:b/>
        </w:rPr>
      </w:pPr>
      <w:r w:rsidRPr="007C0E42">
        <w:rPr>
          <w:b/>
        </w:rPr>
        <w:t>РАБОЧАЯ ПРОГРАММА</w:t>
      </w:r>
    </w:p>
    <w:p w:rsidR="00DC678B" w:rsidRPr="00DC678B" w:rsidRDefault="00DC678B" w:rsidP="00DC678B">
      <w:pPr>
        <w:spacing w:after="0" w:line="408" w:lineRule="auto"/>
        <w:ind w:left="120"/>
        <w:jc w:val="center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 xml:space="preserve">( </w:t>
      </w:r>
      <w:r>
        <w:rPr>
          <w:rFonts w:ascii="Times New Roman" w:hAnsi="Times New Roman"/>
          <w:color w:val="000000"/>
          <w:sz w:val="28"/>
        </w:rPr>
        <w:t>ID</w:t>
      </w:r>
      <w:r w:rsidRPr="00DC678B">
        <w:rPr>
          <w:rFonts w:ascii="Times New Roman" w:hAnsi="Times New Roman"/>
          <w:color w:val="000000"/>
          <w:sz w:val="28"/>
          <w:lang w:val="ru-RU"/>
        </w:rPr>
        <w:t xml:space="preserve"> 453883)</w:t>
      </w:r>
    </w:p>
    <w:p w:rsidR="00DC678B" w:rsidRPr="00DC678B" w:rsidRDefault="00DC678B" w:rsidP="00DC678B">
      <w:pPr>
        <w:spacing w:after="0" w:line="408" w:lineRule="auto"/>
        <w:ind w:left="120"/>
        <w:jc w:val="center"/>
        <w:rPr>
          <w:lang w:val="ru-RU"/>
        </w:rPr>
      </w:pPr>
      <w:r w:rsidRPr="00DC678B">
        <w:rPr>
          <w:rFonts w:ascii="Times New Roman" w:hAnsi="Times New Roman"/>
          <w:b/>
          <w:color w:val="000000"/>
          <w:sz w:val="28"/>
          <w:lang w:val="ru-RU"/>
        </w:rPr>
        <w:t>учебный курс «Математика»</w:t>
      </w:r>
    </w:p>
    <w:p w:rsidR="00DC678B" w:rsidRDefault="00DC678B" w:rsidP="00DC678B">
      <w:pPr>
        <w:pStyle w:val="af1"/>
        <w:spacing w:line="240" w:lineRule="auto"/>
        <w:ind w:left="-454" w:right="-454"/>
        <w:contextualSpacing/>
        <w:jc w:val="center"/>
      </w:pPr>
      <w:r w:rsidRPr="00DC678B">
        <w:rPr>
          <w:color w:val="000000"/>
          <w:sz w:val="28"/>
        </w:rPr>
        <w:t>для обучающихся 5-6 классов</w:t>
      </w:r>
      <w:r w:rsidRPr="007C0E42">
        <w:t xml:space="preserve"> </w:t>
      </w:r>
    </w:p>
    <w:p w:rsidR="00DC678B" w:rsidRDefault="00DC678B" w:rsidP="00DC678B">
      <w:pPr>
        <w:pStyle w:val="af1"/>
        <w:spacing w:line="240" w:lineRule="auto"/>
        <w:ind w:left="-454" w:right="-454"/>
        <w:contextualSpacing/>
        <w:jc w:val="center"/>
      </w:pPr>
    </w:p>
    <w:p w:rsidR="00DC678B" w:rsidRDefault="00DC678B" w:rsidP="00DC678B">
      <w:pPr>
        <w:pStyle w:val="af1"/>
        <w:spacing w:line="240" w:lineRule="auto"/>
        <w:ind w:left="-454" w:right="-454"/>
        <w:contextualSpacing/>
        <w:jc w:val="center"/>
      </w:pPr>
    </w:p>
    <w:p w:rsidR="00DC678B" w:rsidRPr="007C0E42" w:rsidRDefault="00DC678B" w:rsidP="00DC678B">
      <w:pPr>
        <w:pStyle w:val="af1"/>
        <w:spacing w:line="240" w:lineRule="auto"/>
        <w:ind w:left="-454" w:right="-454"/>
        <w:contextualSpacing/>
        <w:jc w:val="center"/>
      </w:pPr>
    </w:p>
    <w:p w:rsidR="00DC678B" w:rsidRPr="00BA4D2D" w:rsidRDefault="00DC678B" w:rsidP="00DC678B">
      <w:pPr>
        <w:shd w:val="clear" w:color="auto" w:fill="FFFFFF"/>
        <w:spacing w:after="0" w:line="240" w:lineRule="auto"/>
        <w:contextualSpacing/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</w:pPr>
      <w:r w:rsidRPr="00BA4D2D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Количество часов в неделю: 5 часов</w:t>
      </w:r>
    </w:p>
    <w:p w:rsidR="00DC678B" w:rsidRPr="00BA4D2D" w:rsidRDefault="00DC678B" w:rsidP="00DC678B">
      <w:pPr>
        <w:shd w:val="clear" w:color="auto" w:fill="FFFFFF"/>
        <w:spacing w:after="0" w:line="240" w:lineRule="auto"/>
        <w:contextualSpacing/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</w:pPr>
      <w:r w:rsidRPr="00BA4D2D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Количество часов за год: 170 часов</w:t>
      </w:r>
    </w:p>
    <w:p w:rsidR="00DC678B" w:rsidRPr="007C0E42" w:rsidRDefault="00DC678B" w:rsidP="00DC678B">
      <w:pPr>
        <w:pStyle w:val="af1"/>
        <w:spacing w:after="0" w:line="240" w:lineRule="auto"/>
        <w:ind w:left="-454" w:right="4"/>
        <w:contextualSpacing/>
        <w:jc w:val="right"/>
      </w:pPr>
    </w:p>
    <w:p w:rsidR="00DC678B" w:rsidRPr="007C0E42" w:rsidRDefault="00DC678B" w:rsidP="00DC678B">
      <w:pPr>
        <w:pStyle w:val="af1"/>
        <w:spacing w:after="0" w:line="240" w:lineRule="auto"/>
        <w:ind w:left="-454" w:right="4"/>
        <w:contextualSpacing/>
        <w:jc w:val="right"/>
      </w:pPr>
    </w:p>
    <w:p w:rsidR="00DC678B" w:rsidRPr="007C0E42" w:rsidRDefault="00DC678B" w:rsidP="00DC678B">
      <w:pPr>
        <w:pStyle w:val="af1"/>
        <w:spacing w:after="0" w:line="240" w:lineRule="auto"/>
        <w:ind w:left="-454" w:right="4"/>
        <w:contextualSpacing/>
        <w:jc w:val="right"/>
      </w:pPr>
      <w:r w:rsidRPr="007C0E42">
        <w:t>Составители:</w:t>
      </w:r>
    </w:p>
    <w:p w:rsidR="00DC678B" w:rsidRDefault="00DC678B" w:rsidP="00DC678B">
      <w:pPr>
        <w:pStyle w:val="af1"/>
        <w:spacing w:after="0" w:line="240" w:lineRule="auto"/>
        <w:ind w:right="4"/>
        <w:contextualSpacing/>
        <w:jc w:val="right"/>
      </w:pPr>
      <w:r>
        <w:t xml:space="preserve">Громова Евгения Валерьевна, </w:t>
      </w:r>
      <w:r w:rsidRPr="007C0E42">
        <w:t>учитель математики</w:t>
      </w:r>
    </w:p>
    <w:p w:rsidR="00DC678B" w:rsidRDefault="00DC678B" w:rsidP="00DC678B">
      <w:pPr>
        <w:pStyle w:val="af1"/>
        <w:spacing w:after="0" w:line="240" w:lineRule="auto"/>
        <w:ind w:right="4"/>
        <w:contextualSpacing/>
        <w:jc w:val="right"/>
      </w:pPr>
      <w:r w:rsidRPr="00BA4D2D">
        <w:t xml:space="preserve"> </w:t>
      </w:r>
      <w:r>
        <w:t>высшей</w:t>
      </w:r>
      <w:r w:rsidRPr="007C0E42">
        <w:t xml:space="preserve"> квалификационной категории</w:t>
      </w:r>
      <w:r>
        <w:t>;</w:t>
      </w:r>
    </w:p>
    <w:p w:rsidR="00DC678B" w:rsidRPr="007C0E42" w:rsidRDefault="00DC678B" w:rsidP="00DC678B">
      <w:pPr>
        <w:pStyle w:val="af1"/>
        <w:spacing w:after="0" w:line="240" w:lineRule="auto"/>
        <w:ind w:left="-454" w:right="4"/>
        <w:contextualSpacing/>
        <w:jc w:val="right"/>
      </w:pPr>
      <w:r>
        <w:t>Клочкова Анна Юрьевна</w:t>
      </w:r>
      <w:r w:rsidRPr="007C0E42">
        <w:t>, учитель математики;</w:t>
      </w:r>
    </w:p>
    <w:p w:rsidR="00DC678B" w:rsidRDefault="00DC678B" w:rsidP="00DC678B">
      <w:pPr>
        <w:pStyle w:val="af1"/>
        <w:spacing w:after="0" w:line="240" w:lineRule="auto"/>
        <w:ind w:right="4"/>
        <w:contextualSpacing/>
        <w:jc w:val="right"/>
      </w:pPr>
      <w:r>
        <w:t xml:space="preserve">Павлова Анастасия Федоровна, </w:t>
      </w:r>
      <w:r w:rsidRPr="007C0E42">
        <w:t>учитель математики</w:t>
      </w:r>
    </w:p>
    <w:p w:rsidR="00DC678B" w:rsidRDefault="00DC678B" w:rsidP="00DC678B">
      <w:pPr>
        <w:pStyle w:val="af1"/>
        <w:spacing w:after="0" w:line="240" w:lineRule="auto"/>
        <w:ind w:right="4"/>
        <w:contextualSpacing/>
        <w:jc w:val="right"/>
      </w:pPr>
      <w:r>
        <w:t xml:space="preserve">Пицель Татьяна Федоровна, </w:t>
      </w:r>
      <w:r w:rsidRPr="007C0E42">
        <w:t>учитель математики</w:t>
      </w:r>
    </w:p>
    <w:p w:rsidR="00DC678B" w:rsidRDefault="00DC678B" w:rsidP="00DC678B">
      <w:pPr>
        <w:pStyle w:val="af1"/>
        <w:spacing w:after="0" w:line="240" w:lineRule="auto"/>
        <w:ind w:right="4"/>
        <w:contextualSpacing/>
        <w:jc w:val="right"/>
      </w:pPr>
      <w:r w:rsidRPr="00BA4D2D">
        <w:t xml:space="preserve"> </w:t>
      </w:r>
      <w:r>
        <w:t>первой</w:t>
      </w:r>
      <w:r w:rsidRPr="007C0E42">
        <w:t xml:space="preserve"> квалификационной категории</w:t>
      </w:r>
      <w:r>
        <w:t>;</w:t>
      </w:r>
    </w:p>
    <w:p w:rsidR="00DC678B" w:rsidRDefault="00DC678B" w:rsidP="00DC678B">
      <w:pPr>
        <w:pStyle w:val="af1"/>
        <w:spacing w:after="0" w:line="240" w:lineRule="auto"/>
        <w:ind w:right="4"/>
        <w:contextualSpacing/>
        <w:jc w:val="right"/>
      </w:pPr>
      <w:r w:rsidRPr="00BA4D2D">
        <w:t xml:space="preserve"> </w:t>
      </w:r>
      <w:r>
        <w:t xml:space="preserve">Портареску Елена Александровна, </w:t>
      </w:r>
      <w:r w:rsidRPr="007C0E42">
        <w:t>учитель математики</w:t>
      </w:r>
      <w:r>
        <w:t>;</w:t>
      </w:r>
    </w:p>
    <w:p w:rsidR="00DC678B" w:rsidRDefault="00DC678B" w:rsidP="00DC678B">
      <w:pPr>
        <w:pStyle w:val="af1"/>
        <w:spacing w:after="0" w:line="240" w:lineRule="auto"/>
        <w:ind w:right="4"/>
        <w:contextualSpacing/>
        <w:jc w:val="right"/>
      </w:pPr>
      <w:r w:rsidRPr="00DC678B">
        <w:t xml:space="preserve"> </w:t>
      </w:r>
      <w:r>
        <w:t xml:space="preserve">Шумилина Ольга Сергеевна, </w:t>
      </w:r>
      <w:r w:rsidRPr="007C0E42">
        <w:t>учитель математики</w:t>
      </w:r>
    </w:p>
    <w:p w:rsidR="00DC678B" w:rsidRDefault="00DC678B" w:rsidP="00DC678B">
      <w:pPr>
        <w:pStyle w:val="af1"/>
        <w:spacing w:after="0" w:line="240" w:lineRule="auto"/>
        <w:ind w:right="4"/>
        <w:contextualSpacing/>
        <w:jc w:val="right"/>
      </w:pPr>
      <w:r w:rsidRPr="00BA4D2D">
        <w:t xml:space="preserve"> </w:t>
      </w:r>
      <w:r>
        <w:t>первой</w:t>
      </w:r>
      <w:r w:rsidRPr="007C0E42">
        <w:t xml:space="preserve"> квалификационной категории</w:t>
      </w:r>
      <w:r>
        <w:t>;</w:t>
      </w:r>
    </w:p>
    <w:p w:rsidR="00DC678B" w:rsidRPr="007C0E42" w:rsidRDefault="00DC678B" w:rsidP="00DC678B">
      <w:pPr>
        <w:pStyle w:val="af1"/>
        <w:spacing w:after="0" w:line="240" w:lineRule="auto"/>
        <w:ind w:left="-454" w:right="4"/>
        <w:contextualSpacing/>
        <w:jc w:val="right"/>
      </w:pPr>
    </w:p>
    <w:p w:rsidR="00DC678B" w:rsidRPr="00024F18" w:rsidRDefault="00DC678B" w:rsidP="00DC678B">
      <w:pPr>
        <w:spacing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C678B" w:rsidRPr="00024F18" w:rsidRDefault="00DC678B" w:rsidP="00DC678B">
      <w:pPr>
        <w:spacing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C678B" w:rsidRPr="00024F18" w:rsidRDefault="00DC678B" w:rsidP="00DC678B">
      <w:pPr>
        <w:spacing w:after="12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DC678B" w:rsidRPr="00024F18" w:rsidRDefault="00DC678B" w:rsidP="00DC678B">
      <w:pPr>
        <w:widowControl w:val="0"/>
        <w:spacing w:line="240" w:lineRule="auto"/>
        <w:ind w:left="3236"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24F18">
        <w:rPr>
          <w:rFonts w:ascii="Times New Roman" w:hAnsi="Times New Roman" w:cs="Times New Roman"/>
          <w:color w:val="000000"/>
          <w:w w:val="98"/>
          <w:sz w:val="24"/>
          <w:szCs w:val="24"/>
          <w:lang w:val="ru-RU"/>
        </w:rPr>
        <w:t>202</w:t>
      </w:r>
      <w:r>
        <w:rPr>
          <w:rFonts w:ascii="Times New Roman" w:hAnsi="Times New Roman" w:cs="Times New Roman"/>
          <w:color w:val="000000"/>
          <w:w w:val="98"/>
          <w:sz w:val="24"/>
          <w:szCs w:val="24"/>
          <w:lang w:val="ru-RU"/>
        </w:rPr>
        <w:t>3</w:t>
      </w:r>
      <w:r w:rsidRPr="00024F1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 xml:space="preserve">– </w:t>
      </w:r>
      <w:r w:rsidRPr="00024F18">
        <w:rPr>
          <w:rFonts w:ascii="Times New Roman" w:hAnsi="Times New Roman" w:cs="Times New Roman"/>
          <w:color w:val="000000"/>
          <w:w w:val="98"/>
          <w:sz w:val="24"/>
          <w:szCs w:val="24"/>
          <w:lang w:val="ru-RU"/>
        </w:rPr>
        <w:t>202</w:t>
      </w:r>
      <w:r>
        <w:rPr>
          <w:rFonts w:ascii="Times New Roman" w:hAnsi="Times New Roman" w:cs="Times New Roman"/>
          <w:color w:val="000000"/>
          <w:w w:val="98"/>
          <w:sz w:val="24"/>
          <w:szCs w:val="24"/>
          <w:lang w:val="ru-RU"/>
        </w:rPr>
        <w:t>4</w:t>
      </w:r>
      <w:r w:rsidRPr="00024F18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024F18">
        <w:rPr>
          <w:rFonts w:ascii="Times New Roman" w:eastAsia="CCPEK+TimesNewRomanPSMT" w:hAnsi="Times New Roman" w:cs="Times New Roman"/>
          <w:color w:val="000000"/>
          <w:sz w:val="24"/>
          <w:szCs w:val="24"/>
          <w:lang w:val="ru-RU"/>
        </w:rPr>
        <w:t>учебный год</w:t>
      </w:r>
    </w:p>
    <w:p w:rsidR="00786E29" w:rsidRPr="00DC678B" w:rsidRDefault="00786E29">
      <w:pPr>
        <w:rPr>
          <w:lang w:val="ru-RU"/>
        </w:rPr>
        <w:sectPr w:rsidR="00786E29" w:rsidRPr="00DC678B">
          <w:footerReference w:type="default" r:id="rId7"/>
          <w:pgSz w:w="11906" w:h="16383"/>
          <w:pgMar w:top="1134" w:right="850" w:bottom="1134" w:left="1701" w:header="720" w:footer="720" w:gutter="0"/>
          <w:cols w:space="720"/>
        </w:sectPr>
      </w:pPr>
    </w:p>
    <w:p w:rsidR="00786E29" w:rsidRPr="00DC678B" w:rsidRDefault="00D61B41">
      <w:pPr>
        <w:spacing w:after="0" w:line="264" w:lineRule="auto"/>
        <w:ind w:left="120"/>
        <w:jc w:val="both"/>
        <w:rPr>
          <w:lang w:val="ru-RU"/>
        </w:rPr>
      </w:pPr>
      <w:bookmarkStart w:id="1" w:name="block-3180677"/>
      <w:bookmarkEnd w:id="0"/>
      <w:r w:rsidRPr="00DC678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86E29" w:rsidRPr="00DC678B" w:rsidRDefault="00786E29">
      <w:pPr>
        <w:spacing w:after="0" w:line="264" w:lineRule="auto"/>
        <w:ind w:left="120"/>
        <w:jc w:val="both"/>
        <w:rPr>
          <w:lang w:val="ru-RU"/>
        </w:rPr>
      </w:pP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786E29" w:rsidRPr="00DC678B" w:rsidRDefault="00D61B4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786E29" w:rsidRPr="00DC678B" w:rsidRDefault="00D61B4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786E29" w:rsidRPr="00DC678B" w:rsidRDefault="00D61B4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786E29" w:rsidRPr="00DC678B" w:rsidRDefault="00D61B4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</w:t>
      </w:r>
      <w:r w:rsidRPr="00DC678B">
        <w:rPr>
          <w:rFonts w:ascii="Times New Roman" w:hAnsi="Times New Roman"/>
          <w:color w:val="000000"/>
          <w:sz w:val="28"/>
          <w:lang w:val="ru-RU"/>
        </w:rPr>
        <w:lastRenderedPageBreak/>
        <w:t>предметов и при 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</w:t>
      </w:r>
      <w:r w:rsidRPr="00DC678B">
        <w:rPr>
          <w:rFonts w:ascii="Times New Roman" w:hAnsi="Times New Roman"/>
          <w:color w:val="000000"/>
          <w:sz w:val="28"/>
          <w:lang w:val="ru-RU"/>
        </w:rPr>
        <w:lastRenderedPageBreak/>
        <w:t>простейшие свойства. В процессе изучения наглядной геометрии знания, полученные обучающимися на уровне начального общего образования, систематизируются и расширяются.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b3bba1d8-96c6-4edf-a714-0cf8fa85e20b"/>
      <w:r w:rsidRPr="00DC678B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2"/>
      <w:r w:rsidRPr="00DC678B">
        <w:rPr>
          <w:rFonts w:ascii="Times New Roman" w:hAnsi="Times New Roman"/>
          <w:color w:val="000000"/>
          <w:sz w:val="28"/>
          <w:lang w:val="ru-RU"/>
        </w:rPr>
        <w:t>‌‌‌</w:t>
      </w:r>
    </w:p>
    <w:p w:rsidR="00786E29" w:rsidRPr="00DC678B" w:rsidRDefault="00786E29">
      <w:pPr>
        <w:rPr>
          <w:lang w:val="ru-RU"/>
        </w:rPr>
        <w:sectPr w:rsidR="00786E29" w:rsidRPr="00DC678B">
          <w:pgSz w:w="11906" w:h="16383"/>
          <w:pgMar w:top="1134" w:right="850" w:bottom="1134" w:left="1701" w:header="720" w:footer="720" w:gutter="0"/>
          <w:cols w:space="720"/>
        </w:sectPr>
      </w:pPr>
    </w:p>
    <w:p w:rsidR="00786E29" w:rsidRPr="00DC678B" w:rsidRDefault="00D61B41">
      <w:pPr>
        <w:spacing w:after="0" w:line="264" w:lineRule="auto"/>
        <w:ind w:left="120"/>
        <w:jc w:val="both"/>
        <w:rPr>
          <w:lang w:val="ru-RU"/>
        </w:rPr>
      </w:pPr>
      <w:bookmarkStart w:id="3" w:name="block-3180678"/>
      <w:bookmarkEnd w:id="1"/>
      <w:r w:rsidRPr="00DC678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786E29" w:rsidRPr="00DC678B" w:rsidRDefault="00786E29">
      <w:pPr>
        <w:spacing w:after="0" w:line="264" w:lineRule="auto"/>
        <w:ind w:left="120"/>
        <w:jc w:val="both"/>
        <w:rPr>
          <w:lang w:val="ru-RU"/>
        </w:rPr>
      </w:pPr>
    </w:p>
    <w:p w:rsidR="00786E29" w:rsidRPr="00DC678B" w:rsidRDefault="00D61B41">
      <w:pPr>
        <w:spacing w:after="0" w:line="264" w:lineRule="auto"/>
        <w:ind w:left="120"/>
        <w:jc w:val="both"/>
        <w:rPr>
          <w:lang w:val="ru-RU"/>
        </w:rPr>
      </w:pPr>
      <w:r w:rsidRPr="00DC678B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786E29" w:rsidRPr="00DC678B" w:rsidRDefault="00786E29">
      <w:pPr>
        <w:spacing w:after="0" w:line="264" w:lineRule="auto"/>
        <w:ind w:left="120"/>
        <w:jc w:val="both"/>
        <w:rPr>
          <w:lang w:val="ru-RU"/>
        </w:rPr>
      </w:pP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bookmarkStart w:id="4" w:name="_Toc124426196"/>
      <w:bookmarkEnd w:id="4"/>
      <w:r w:rsidRPr="00DC678B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bookmarkStart w:id="5" w:name="_Toc124426197"/>
      <w:bookmarkEnd w:id="5"/>
      <w:r w:rsidRPr="00DC678B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lastRenderedPageBreak/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Арифметические действия с десятичными дробями. Округление десятичных дробей.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bookmarkStart w:id="6" w:name="_Toc124426198"/>
      <w:bookmarkEnd w:id="6"/>
      <w:r w:rsidRPr="00DC678B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bookmarkStart w:id="7" w:name="_Toc124426200"/>
      <w:bookmarkEnd w:id="7"/>
      <w:r w:rsidRPr="00DC678B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786E29" w:rsidRPr="00DC678B" w:rsidRDefault="00D61B41">
      <w:pPr>
        <w:spacing w:after="0" w:line="264" w:lineRule="auto"/>
        <w:ind w:left="120"/>
        <w:jc w:val="both"/>
        <w:rPr>
          <w:lang w:val="ru-RU"/>
        </w:rPr>
      </w:pPr>
      <w:r w:rsidRPr="00DC678B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786E29" w:rsidRPr="00DC678B" w:rsidRDefault="00786E29">
      <w:pPr>
        <w:spacing w:after="0" w:line="264" w:lineRule="auto"/>
        <w:ind w:left="120"/>
        <w:jc w:val="both"/>
        <w:rPr>
          <w:lang w:val="ru-RU"/>
        </w:rPr>
      </w:pP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bookmarkStart w:id="8" w:name="_Toc124426201"/>
      <w:bookmarkEnd w:id="8"/>
      <w:r w:rsidRPr="00DC678B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bookmarkStart w:id="9" w:name="_Toc124426202"/>
      <w:bookmarkEnd w:id="9"/>
      <w:r w:rsidRPr="00DC678B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3"/>
      <w:bookmarkEnd w:id="10"/>
      <w:r w:rsidRPr="00DC678B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4"/>
      <w:bookmarkEnd w:id="11"/>
      <w:r w:rsidRPr="00DC678B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 xml:space="preserve">Решение задач, содержащих зависимости, связывающих величины: скорость, время, расстояние, цена, количество, стоимость, </w:t>
      </w:r>
      <w:r w:rsidRPr="00DC678B">
        <w:rPr>
          <w:rFonts w:ascii="Times New Roman" w:hAnsi="Times New Roman"/>
          <w:color w:val="000000"/>
          <w:sz w:val="28"/>
          <w:lang w:val="ru-RU"/>
        </w:rPr>
        <w:lastRenderedPageBreak/>
        <w:t>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Оценка и прикидка, округление результата. Составление буквенных выражений по условию задачи.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5"/>
      <w:bookmarkEnd w:id="12"/>
      <w:r w:rsidRPr="00DC678B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786E29" w:rsidRPr="00DC678B" w:rsidRDefault="00D61B41">
      <w:pPr>
        <w:spacing w:after="0" w:line="264" w:lineRule="auto"/>
        <w:ind w:left="12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786E29" w:rsidRPr="00DC678B" w:rsidRDefault="00786E29">
      <w:pPr>
        <w:rPr>
          <w:lang w:val="ru-RU"/>
        </w:rPr>
        <w:sectPr w:rsidR="00786E29" w:rsidRPr="00DC678B">
          <w:pgSz w:w="11906" w:h="16383"/>
          <w:pgMar w:top="1134" w:right="850" w:bottom="1134" w:left="1701" w:header="720" w:footer="720" w:gutter="0"/>
          <w:cols w:space="720"/>
        </w:sectPr>
      </w:pPr>
    </w:p>
    <w:p w:rsidR="00786E29" w:rsidRPr="00DC678B" w:rsidRDefault="00D61B41">
      <w:pPr>
        <w:spacing w:after="0" w:line="264" w:lineRule="auto"/>
        <w:ind w:left="120"/>
        <w:jc w:val="both"/>
        <w:rPr>
          <w:lang w:val="ru-RU"/>
        </w:rPr>
      </w:pPr>
      <w:bookmarkStart w:id="13" w:name="block-3180679"/>
      <w:bookmarkEnd w:id="3"/>
      <w:r w:rsidRPr="00DC678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786E29" w:rsidRPr="00DC678B" w:rsidRDefault="00786E29">
      <w:pPr>
        <w:spacing w:after="0" w:line="264" w:lineRule="auto"/>
        <w:ind w:left="120"/>
        <w:jc w:val="both"/>
        <w:rPr>
          <w:lang w:val="ru-RU"/>
        </w:rPr>
      </w:pPr>
    </w:p>
    <w:p w:rsidR="00786E29" w:rsidRPr="00DC678B" w:rsidRDefault="00D61B41">
      <w:pPr>
        <w:spacing w:after="0" w:line="264" w:lineRule="auto"/>
        <w:ind w:left="120"/>
        <w:jc w:val="both"/>
        <w:rPr>
          <w:lang w:val="ru-RU"/>
        </w:rPr>
      </w:pPr>
      <w:r w:rsidRPr="00DC678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86E29" w:rsidRPr="00DC678B" w:rsidRDefault="00786E29">
      <w:pPr>
        <w:spacing w:after="0" w:line="264" w:lineRule="auto"/>
        <w:ind w:left="120"/>
        <w:jc w:val="both"/>
        <w:rPr>
          <w:lang w:val="ru-RU"/>
        </w:rPr>
      </w:pP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DC678B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786E29" w:rsidRPr="00DC678B" w:rsidRDefault="00D61B41">
      <w:pPr>
        <w:spacing w:after="0" w:line="264" w:lineRule="auto"/>
        <w:ind w:left="120"/>
        <w:jc w:val="both"/>
        <w:rPr>
          <w:lang w:val="ru-RU"/>
        </w:rPr>
      </w:pPr>
      <w:r w:rsidRPr="00DC678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86E29" w:rsidRPr="00DC678B" w:rsidRDefault="00786E29">
      <w:pPr>
        <w:spacing w:after="0" w:line="264" w:lineRule="auto"/>
        <w:ind w:left="120"/>
        <w:jc w:val="both"/>
        <w:rPr>
          <w:lang w:val="ru-RU"/>
        </w:rPr>
      </w:pPr>
    </w:p>
    <w:p w:rsidR="00786E29" w:rsidRPr="00DC678B" w:rsidRDefault="00D61B41">
      <w:pPr>
        <w:spacing w:after="0" w:line="264" w:lineRule="auto"/>
        <w:ind w:left="120"/>
        <w:jc w:val="both"/>
        <w:rPr>
          <w:lang w:val="ru-RU"/>
        </w:rPr>
      </w:pPr>
      <w:r w:rsidRPr="00DC678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86E29" w:rsidRPr="00DC678B" w:rsidRDefault="00786E29">
      <w:pPr>
        <w:spacing w:after="0" w:line="264" w:lineRule="auto"/>
        <w:ind w:left="120"/>
        <w:jc w:val="both"/>
        <w:rPr>
          <w:lang w:val="ru-RU"/>
        </w:rPr>
      </w:pPr>
    </w:p>
    <w:p w:rsidR="00786E29" w:rsidRDefault="00D61B4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786E29" w:rsidRPr="00DC678B" w:rsidRDefault="00D61B4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786E29" w:rsidRPr="00DC678B" w:rsidRDefault="00D61B4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786E29" w:rsidRPr="00DC678B" w:rsidRDefault="00D61B4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786E29" w:rsidRPr="00DC678B" w:rsidRDefault="00D61B4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786E29" w:rsidRPr="00DC678B" w:rsidRDefault="00D61B4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786E29" w:rsidRPr="00DC678B" w:rsidRDefault="00D61B4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786E29" w:rsidRDefault="00D61B4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786E29" w:rsidRPr="00DC678B" w:rsidRDefault="00D61B4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786E29" w:rsidRPr="00DC678B" w:rsidRDefault="00D61B4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786E29" w:rsidRPr="00DC678B" w:rsidRDefault="00D61B4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786E29" w:rsidRPr="00DC678B" w:rsidRDefault="00D61B4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786E29" w:rsidRDefault="00D61B4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786E29" w:rsidRPr="00DC678B" w:rsidRDefault="00D61B4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786E29" w:rsidRPr="00DC678B" w:rsidRDefault="00D61B4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786E29" w:rsidRPr="00DC678B" w:rsidRDefault="00D61B4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786E29" w:rsidRPr="00DC678B" w:rsidRDefault="00D61B4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786E29" w:rsidRDefault="00D61B4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786E29" w:rsidRPr="00DC678B" w:rsidRDefault="00D61B4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DC678B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786E29" w:rsidRPr="00DC678B" w:rsidRDefault="00D61B4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786E29" w:rsidRPr="00DC678B" w:rsidRDefault="00D61B4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786E29" w:rsidRPr="00DC678B" w:rsidRDefault="00D61B4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786E29" w:rsidRPr="00DC678B" w:rsidRDefault="00D61B4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786E29" w:rsidRPr="00DC678B" w:rsidRDefault="00D61B4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786E29" w:rsidRPr="00DC678B" w:rsidRDefault="00D61B41">
      <w:pPr>
        <w:spacing w:after="0" w:line="264" w:lineRule="auto"/>
        <w:ind w:left="120"/>
        <w:jc w:val="both"/>
        <w:rPr>
          <w:lang w:val="ru-RU"/>
        </w:rPr>
      </w:pPr>
      <w:r w:rsidRPr="00DC678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86E29" w:rsidRPr="00DC678B" w:rsidRDefault="00786E29">
      <w:pPr>
        <w:spacing w:after="0" w:line="264" w:lineRule="auto"/>
        <w:ind w:left="120"/>
        <w:jc w:val="both"/>
        <w:rPr>
          <w:lang w:val="ru-RU"/>
        </w:rPr>
      </w:pPr>
    </w:p>
    <w:p w:rsidR="00786E29" w:rsidRPr="00DC678B" w:rsidRDefault="00D61B41">
      <w:pPr>
        <w:spacing w:after="0" w:line="264" w:lineRule="auto"/>
        <w:ind w:left="120"/>
        <w:jc w:val="both"/>
        <w:rPr>
          <w:lang w:val="ru-RU"/>
        </w:rPr>
      </w:pPr>
      <w:r w:rsidRPr="00DC678B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786E29" w:rsidRPr="00DC678B" w:rsidRDefault="00D61B4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786E29" w:rsidRDefault="00D61B4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786E29" w:rsidRPr="00DC678B" w:rsidRDefault="00D61B4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786E29" w:rsidRPr="00DC678B" w:rsidRDefault="00D61B4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786E29" w:rsidRPr="00DC678B" w:rsidRDefault="00D61B4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786E29" w:rsidRPr="00DC678B" w:rsidRDefault="00786E29">
      <w:pPr>
        <w:spacing w:after="0" w:line="264" w:lineRule="auto"/>
        <w:ind w:left="120"/>
        <w:jc w:val="both"/>
        <w:rPr>
          <w:lang w:val="ru-RU"/>
        </w:rPr>
      </w:pPr>
    </w:p>
    <w:p w:rsidR="00786E29" w:rsidRPr="00DC678B" w:rsidRDefault="00D61B41">
      <w:pPr>
        <w:spacing w:after="0" w:line="264" w:lineRule="auto"/>
        <w:ind w:left="120"/>
        <w:jc w:val="both"/>
        <w:rPr>
          <w:lang w:val="ru-RU"/>
        </w:rPr>
      </w:pPr>
      <w:r w:rsidRPr="00DC678B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786E29" w:rsidRPr="00DC678B" w:rsidRDefault="00786E29">
      <w:pPr>
        <w:spacing w:after="0" w:line="264" w:lineRule="auto"/>
        <w:ind w:left="120"/>
        <w:jc w:val="both"/>
        <w:rPr>
          <w:lang w:val="ru-RU"/>
        </w:rPr>
      </w:pP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DC678B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DC678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8"/>
      <w:bookmarkEnd w:id="14"/>
      <w:r w:rsidRPr="00DC678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9"/>
      <w:bookmarkEnd w:id="15"/>
      <w:r w:rsidRPr="00DC678B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bookmarkStart w:id="16" w:name="_Toc124426210"/>
      <w:bookmarkEnd w:id="16"/>
      <w:r w:rsidRPr="00DC678B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C678B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DC678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1"/>
      <w:bookmarkEnd w:id="17"/>
      <w:r w:rsidRPr="00DC678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2"/>
      <w:bookmarkEnd w:id="18"/>
      <w:r w:rsidRPr="00DC678B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3"/>
      <w:bookmarkEnd w:id="19"/>
      <w:r w:rsidRPr="00DC678B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4"/>
      <w:bookmarkEnd w:id="20"/>
      <w:r w:rsidRPr="00DC678B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DC678B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786E29" w:rsidRPr="00DC678B" w:rsidRDefault="00D61B41">
      <w:pPr>
        <w:spacing w:after="0" w:line="264" w:lineRule="auto"/>
        <w:ind w:firstLine="600"/>
        <w:jc w:val="both"/>
        <w:rPr>
          <w:lang w:val="ru-RU"/>
        </w:rPr>
      </w:pPr>
      <w:r w:rsidRPr="00DC678B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786E29" w:rsidRPr="00DC678B" w:rsidRDefault="00786E29">
      <w:pPr>
        <w:rPr>
          <w:lang w:val="ru-RU"/>
        </w:rPr>
        <w:sectPr w:rsidR="00786E29" w:rsidRPr="00DC678B">
          <w:pgSz w:w="11906" w:h="16383"/>
          <w:pgMar w:top="1134" w:right="850" w:bottom="1134" w:left="1701" w:header="720" w:footer="720" w:gutter="0"/>
          <w:cols w:space="720"/>
        </w:sectPr>
      </w:pPr>
    </w:p>
    <w:p w:rsidR="00786E29" w:rsidRDefault="00D61B41">
      <w:pPr>
        <w:spacing w:after="0"/>
        <w:ind w:left="120"/>
      </w:pPr>
      <w:bookmarkStart w:id="21" w:name="block-3180675"/>
      <w:bookmarkEnd w:id="13"/>
      <w:r w:rsidRPr="00DC678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86E29" w:rsidRDefault="00D61B4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12"/>
      </w:tblGrid>
      <w:tr w:rsidR="00786E29" w:rsidTr="00372B99">
        <w:trPr>
          <w:trHeight w:val="144"/>
          <w:tblCellSpacing w:w="20" w:type="nil"/>
        </w:trPr>
        <w:tc>
          <w:tcPr>
            <w:tcW w:w="12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86E29" w:rsidRDefault="00786E29">
            <w:pPr>
              <w:spacing w:after="0"/>
              <w:ind w:left="135"/>
            </w:pPr>
          </w:p>
        </w:tc>
        <w:tc>
          <w:tcPr>
            <w:tcW w:w="45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86E29" w:rsidRDefault="00786E2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86E29" w:rsidRDefault="00786E29">
            <w:pPr>
              <w:spacing w:after="0"/>
              <w:ind w:left="135"/>
            </w:pPr>
          </w:p>
        </w:tc>
      </w:tr>
      <w:tr w:rsidR="00786E29" w:rsidTr="00372B9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6E29" w:rsidRDefault="00786E2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6E29" w:rsidRDefault="00786E29"/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86E29" w:rsidRDefault="00786E2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86E29" w:rsidRDefault="00786E2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86E29" w:rsidRDefault="00786E2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6E29" w:rsidRDefault="00786E29"/>
        </w:tc>
      </w:tr>
      <w:tr w:rsidR="00786E29" w:rsidRPr="00743864" w:rsidTr="00372B99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786E29" w:rsidRPr="00DC678B" w:rsidRDefault="00D61B41">
            <w:pPr>
              <w:spacing w:after="0"/>
              <w:ind w:left="135"/>
              <w:rPr>
                <w:lang w:val="ru-RU"/>
              </w:rPr>
            </w:pPr>
            <w:r w:rsidRPr="00DC678B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  <w:jc w:val="center"/>
            </w:pPr>
            <w:r w:rsidRPr="00DC67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72B99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780344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72B99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6E29" w:rsidRDefault="00786E29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86E29" w:rsidRPr="00DC678B" w:rsidRDefault="00D61B41">
            <w:pPr>
              <w:spacing w:after="0"/>
              <w:ind w:left="135"/>
              <w:rPr>
                <w:lang w:val="ru-RU"/>
              </w:rPr>
            </w:pPr>
            <w:r w:rsidRPr="00DC67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80344" w:rsidRPr="00743864" w:rsidTr="00372B99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780344" w:rsidRPr="00764CCB" w:rsidRDefault="00780344" w:rsidP="0078034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780344" w:rsidRPr="00DC678B" w:rsidRDefault="00780344" w:rsidP="0078034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данных. Диаграммы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80344" w:rsidRPr="00DC678B" w:rsidRDefault="00780344" w:rsidP="00780344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0344" w:rsidRPr="00764CCB" w:rsidRDefault="00780344" w:rsidP="00780344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0344" w:rsidRPr="00764CCB" w:rsidRDefault="00780344" w:rsidP="00780344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80344" w:rsidRPr="00DC678B" w:rsidRDefault="00780344" w:rsidP="0078034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DC67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80344" w:rsidRPr="00743864" w:rsidTr="00372B99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780344" w:rsidRDefault="00780344" w:rsidP="007803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780344" w:rsidRPr="00DC678B" w:rsidRDefault="00780344" w:rsidP="00780344">
            <w:pPr>
              <w:spacing w:after="0"/>
              <w:ind w:left="135"/>
              <w:rPr>
                <w:lang w:val="ru-RU"/>
              </w:rPr>
            </w:pPr>
            <w:r w:rsidRPr="00DC678B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80344" w:rsidRDefault="00780344" w:rsidP="00780344">
            <w:pPr>
              <w:spacing w:after="0"/>
              <w:ind w:left="135"/>
              <w:jc w:val="center"/>
            </w:pPr>
            <w:r w:rsidRPr="00DC67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0344" w:rsidRPr="00372B99" w:rsidRDefault="00780344" w:rsidP="0078034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0344" w:rsidRDefault="00780344" w:rsidP="00780344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80344" w:rsidRPr="00DC678B" w:rsidRDefault="00780344" w:rsidP="00780344">
            <w:pPr>
              <w:spacing w:after="0"/>
              <w:ind w:left="135"/>
              <w:rPr>
                <w:lang w:val="ru-RU"/>
              </w:rPr>
            </w:pPr>
            <w:r w:rsidRPr="00DC67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80344" w:rsidRPr="00743864" w:rsidTr="00372B99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780344" w:rsidRDefault="00780344" w:rsidP="007803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780344" w:rsidRDefault="00780344" w:rsidP="007803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80344" w:rsidRDefault="00780344" w:rsidP="007803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0344" w:rsidRDefault="00780344" w:rsidP="007803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0344" w:rsidRDefault="00780344" w:rsidP="00780344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80344" w:rsidRPr="00DC678B" w:rsidRDefault="00780344" w:rsidP="00780344">
            <w:pPr>
              <w:spacing w:after="0"/>
              <w:ind w:left="135"/>
              <w:rPr>
                <w:lang w:val="ru-RU"/>
              </w:rPr>
            </w:pPr>
            <w:r w:rsidRPr="00DC67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80344" w:rsidRPr="00743864" w:rsidTr="00372B99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780344" w:rsidRDefault="00780344" w:rsidP="007803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780344" w:rsidRDefault="00780344" w:rsidP="007803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80344" w:rsidRDefault="00780344" w:rsidP="007803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0344" w:rsidRPr="00372B99" w:rsidRDefault="00780344" w:rsidP="0078034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0344" w:rsidRDefault="00780344" w:rsidP="00780344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80344" w:rsidRPr="00DC678B" w:rsidRDefault="00780344" w:rsidP="00780344">
            <w:pPr>
              <w:spacing w:after="0"/>
              <w:ind w:left="135"/>
              <w:rPr>
                <w:lang w:val="ru-RU"/>
              </w:rPr>
            </w:pPr>
            <w:r w:rsidRPr="00DC67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80344" w:rsidRPr="00743864" w:rsidTr="00372B99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780344" w:rsidRPr="00780344" w:rsidRDefault="00780344" w:rsidP="0078034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780344" w:rsidRPr="00DC678B" w:rsidRDefault="00780344" w:rsidP="00780344">
            <w:pPr>
              <w:spacing w:after="0"/>
              <w:ind w:left="135"/>
              <w:rPr>
                <w:lang w:val="ru-RU"/>
              </w:rPr>
            </w:pPr>
            <w:r w:rsidRPr="00DC678B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80344" w:rsidRDefault="00780344" w:rsidP="00780344">
            <w:pPr>
              <w:spacing w:after="0"/>
              <w:ind w:left="135"/>
              <w:jc w:val="center"/>
            </w:pPr>
            <w:r w:rsidRPr="00DC67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vMerge/>
            <w:tcMar>
              <w:top w:w="50" w:type="dxa"/>
              <w:left w:w="100" w:type="dxa"/>
            </w:tcMar>
            <w:vAlign w:val="center"/>
          </w:tcPr>
          <w:p w:rsidR="00780344" w:rsidRPr="00372B99" w:rsidRDefault="00780344" w:rsidP="00780344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0344" w:rsidRDefault="00780344" w:rsidP="00780344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80344" w:rsidRPr="00DC678B" w:rsidRDefault="00780344" w:rsidP="00780344">
            <w:pPr>
              <w:spacing w:after="0"/>
              <w:ind w:left="135"/>
              <w:rPr>
                <w:lang w:val="ru-RU"/>
              </w:rPr>
            </w:pPr>
            <w:r w:rsidRPr="00DC67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80344" w:rsidRPr="00743864" w:rsidTr="00D874AA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780344" w:rsidRPr="00780344" w:rsidRDefault="00780344" w:rsidP="00D874A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780344" w:rsidRDefault="00780344" w:rsidP="00D874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80344" w:rsidRDefault="00780344" w:rsidP="00D874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0344" w:rsidRDefault="00780344" w:rsidP="00D874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0344" w:rsidRDefault="00780344" w:rsidP="00D874AA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80344" w:rsidRPr="00DC678B" w:rsidRDefault="00780344" w:rsidP="00D874AA">
            <w:pPr>
              <w:spacing w:after="0"/>
              <w:ind w:left="135"/>
              <w:rPr>
                <w:lang w:val="ru-RU"/>
              </w:rPr>
            </w:pPr>
            <w:r w:rsidRPr="00DC67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72B99" w:rsidRPr="00743864" w:rsidTr="00372B99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372B99" w:rsidRPr="00780344" w:rsidRDefault="00780344" w:rsidP="00372B99">
            <w:pPr>
              <w:spacing w:after="0"/>
              <w:rPr>
                <w:lang w:val="ru-RU"/>
              </w:rPr>
            </w:pPr>
            <w:r w:rsidRPr="00780344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372B99" w:rsidRDefault="00372B99" w:rsidP="00372B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72B99" w:rsidRDefault="00372B99" w:rsidP="00372B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2B99" w:rsidRDefault="00372B99" w:rsidP="00372B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2B99" w:rsidRDefault="00372B99" w:rsidP="00372B99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72B99" w:rsidRPr="00DC678B" w:rsidRDefault="00372B99" w:rsidP="00372B99">
            <w:pPr>
              <w:spacing w:after="0"/>
              <w:ind w:left="135"/>
              <w:rPr>
                <w:lang w:val="ru-RU"/>
              </w:rPr>
            </w:pPr>
            <w:r w:rsidRPr="00DC67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72B99" w:rsidTr="00372B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2B99" w:rsidRPr="00DC678B" w:rsidRDefault="00372B99" w:rsidP="00372B99">
            <w:pPr>
              <w:spacing w:after="0"/>
              <w:ind w:left="135"/>
              <w:rPr>
                <w:lang w:val="ru-RU"/>
              </w:rPr>
            </w:pPr>
            <w:r w:rsidRPr="00DC678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72B99" w:rsidRDefault="00372B99" w:rsidP="00372B99">
            <w:pPr>
              <w:spacing w:after="0"/>
              <w:ind w:left="135"/>
              <w:jc w:val="center"/>
            </w:pPr>
            <w:r w:rsidRPr="00DC67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72B99" w:rsidRDefault="00372B99" w:rsidP="00372B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72B99" w:rsidRDefault="00372B99" w:rsidP="00372B99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72B99" w:rsidRDefault="00372B99" w:rsidP="00372B99"/>
        </w:tc>
      </w:tr>
    </w:tbl>
    <w:p w:rsidR="00786E29" w:rsidRDefault="00786E29">
      <w:pPr>
        <w:sectPr w:rsidR="00786E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86E29" w:rsidRDefault="00D61B4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37"/>
      </w:tblGrid>
      <w:tr w:rsidR="00786E29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86E29" w:rsidRDefault="00786E29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86E29" w:rsidRDefault="00786E2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86E29" w:rsidRDefault="00786E29">
            <w:pPr>
              <w:spacing w:after="0"/>
              <w:ind w:left="135"/>
            </w:pPr>
          </w:p>
        </w:tc>
      </w:tr>
      <w:tr w:rsidR="00786E2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6E29" w:rsidRDefault="00786E2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6E29" w:rsidRDefault="00786E29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86E29" w:rsidRDefault="00786E29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86E29" w:rsidRDefault="00786E29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86E29" w:rsidRDefault="00786E2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6E29" w:rsidRDefault="00786E29"/>
        </w:tc>
      </w:tr>
      <w:tr w:rsidR="00786E29" w:rsidRPr="0074386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E6396"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86E29" w:rsidRDefault="00786E2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86E29" w:rsidRPr="00DC678B" w:rsidRDefault="00D61B41">
            <w:pPr>
              <w:spacing w:after="0"/>
              <w:ind w:left="135"/>
              <w:rPr>
                <w:lang w:val="ru-RU"/>
              </w:rPr>
            </w:pPr>
            <w:r w:rsidRPr="00DC67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86E29" w:rsidRPr="0074386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86E29" w:rsidRPr="00DC678B" w:rsidRDefault="00D61B41">
            <w:pPr>
              <w:spacing w:after="0"/>
              <w:ind w:left="135"/>
              <w:rPr>
                <w:lang w:val="ru-RU"/>
              </w:rPr>
            </w:pPr>
            <w:r w:rsidRPr="00DC678B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  <w:jc w:val="center"/>
            </w:pPr>
            <w:r w:rsidRPr="00DC67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2E6396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86E29" w:rsidRDefault="00786E2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86E29" w:rsidRDefault="00786E2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86E29" w:rsidRPr="00DC678B" w:rsidRDefault="00D61B41">
            <w:pPr>
              <w:spacing w:after="0"/>
              <w:ind w:left="135"/>
              <w:rPr>
                <w:lang w:val="ru-RU"/>
              </w:rPr>
            </w:pPr>
            <w:r w:rsidRPr="00DC67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86E29" w:rsidRPr="0074386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E6396">
              <w:rPr>
                <w:rFonts w:ascii="Times New Roman" w:hAnsi="Times New Roman"/>
                <w:color w:val="000000"/>
                <w:sz w:val="24"/>
                <w:lang w:val="ru-RU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E6396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86E29" w:rsidRDefault="00786E2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86E29" w:rsidRPr="00DC678B" w:rsidRDefault="00D61B41">
            <w:pPr>
              <w:spacing w:after="0"/>
              <w:ind w:left="135"/>
              <w:rPr>
                <w:lang w:val="ru-RU"/>
              </w:rPr>
            </w:pPr>
            <w:r w:rsidRPr="00DC67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86E29" w:rsidRPr="0074386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E6396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86E29" w:rsidRDefault="00786E2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86E29" w:rsidRPr="00DC678B" w:rsidRDefault="00D61B41">
            <w:pPr>
              <w:spacing w:after="0"/>
              <w:ind w:left="135"/>
              <w:rPr>
                <w:lang w:val="ru-RU"/>
              </w:rPr>
            </w:pPr>
            <w:r w:rsidRPr="00DC67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86E29" w:rsidRPr="0074386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E6396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86E29" w:rsidRPr="002E6396" w:rsidRDefault="002E639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86E29" w:rsidRDefault="00786E2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86E29" w:rsidRPr="00DC678B" w:rsidRDefault="00D61B41">
            <w:pPr>
              <w:spacing w:after="0"/>
              <w:ind w:left="135"/>
              <w:rPr>
                <w:lang w:val="ru-RU"/>
              </w:rPr>
            </w:pPr>
            <w:r w:rsidRPr="00DC67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86E29" w:rsidRPr="0074386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86E29" w:rsidRPr="00DC678B" w:rsidRDefault="00D61B41">
            <w:pPr>
              <w:spacing w:after="0"/>
              <w:ind w:left="135"/>
              <w:rPr>
                <w:lang w:val="ru-RU"/>
              </w:rPr>
            </w:pPr>
            <w:r w:rsidRPr="00DC678B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  <w:jc w:val="center"/>
            </w:pPr>
            <w:r w:rsidRPr="00DC67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2E6396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86E29" w:rsidRDefault="00786E2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86E29" w:rsidRPr="00DC678B" w:rsidRDefault="00D61B41">
            <w:pPr>
              <w:spacing w:after="0"/>
              <w:ind w:left="135"/>
              <w:rPr>
                <w:lang w:val="ru-RU"/>
              </w:rPr>
            </w:pPr>
            <w:r w:rsidRPr="00DC67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86E29" w:rsidRPr="0074386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  <w:r w:rsidR="002E6396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E6396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86E29" w:rsidRDefault="00786E2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86E29" w:rsidRPr="00DC678B" w:rsidRDefault="00D61B41">
            <w:pPr>
              <w:spacing w:after="0"/>
              <w:ind w:left="135"/>
              <w:rPr>
                <w:lang w:val="ru-RU"/>
              </w:rPr>
            </w:pPr>
            <w:r w:rsidRPr="00DC67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86E29" w:rsidRPr="0074386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E6396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86E29" w:rsidRPr="002E6396" w:rsidRDefault="002E639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86E29" w:rsidRDefault="00786E2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86E29" w:rsidRPr="00DC678B" w:rsidRDefault="00D61B41">
            <w:pPr>
              <w:spacing w:after="0"/>
              <w:ind w:left="135"/>
              <w:rPr>
                <w:lang w:val="ru-RU"/>
              </w:rPr>
            </w:pPr>
            <w:r w:rsidRPr="00DC67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86E29" w:rsidRPr="0074386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86E29" w:rsidRPr="00DC678B" w:rsidRDefault="00D61B41">
            <w:pPr>
              <w:spacing w:after="0"/>
              <w:ind w:left="135"/>
              <w:rPr>
                <w:lang w:val="ru-RU"/>
              </w:rPr>
            </w:pPr>
            <w:r w:rsidRPr="00DC678B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  <w:jc w:val="center"/>
            </w:pPr>
            <w:r w:rsidRPr="00DC67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2E6396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86E29" w:rsidRDefault="002E63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86E29" w:rsidRDefault="00786E2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86E29" w:rsidRPr="00DC678B" w:rsidRDefault="00D61B41">
            <w:pPr>
              <w:spacing w:after="0"/>
              <w:ind w:left="135"/>
              <w:rPr>
                <w:lang w:val="ru-RU"/>
              </w:rPr>
            </w:pPr>
            <w:r w:rsidRPr="00DC67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86E29" w:rsidRPr="0074386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E6396"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86E29" w:rsidRDefault="00786E2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86E29" w:rsidRPr="00DC678B" w:rsidRDefault="00D61B41">
            <w:pPr>
              <w:spacing w:after="0"/>
              <w:ind w:left="135"/>
              <w:rPr>
                <w:lang w:val="ru-RU"/>
              </w:rPr>
            </w:pPr>
            <w:r w:rsidRPr="00DC67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67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786E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6E29" w:rsidRPr="00DC678B" w:rsidRDefault="00D61B41">
            <w:pPr>
              <w:spacing w:after="0"/>
              <w:ind w:left="135"/>
              <w:rPr>
                <w:lang w:val="ru-RU"/>
              </w:rPr>
            </w:pPr>
            <w:r w:rsidRPr="00DC678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  <w:jc w:val="center"/>
            </w:pPr>
            <w:r w:rsidRPr="00DC67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E6396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786E29" w:rsidRDefault="00D61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E6396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786E29" w:rsidRDefault="00786E29"/>
        </w:tc>
      </w:tr>
    </w:tbl>
    <w:p w:rsidR="00786E29" w:rsidRDefault="00786E29">
      <w:pPr>
        <w:sectPr w:rsidR="00786E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86E29" w:rsidRPr="00E14A76" w:rsidRDefault="00D61B41">
      <w:pPr>
        <w:spacing w:after="0"/>
        <w:ind w:left="120"/>
        <w:rPr>
          <w:lang w:val="ru-RU"/>
        </w:rPr>
      </w:pPr>
      <w:bookmarkStart w:id="22" w:name="block-3180674"/>
      <w:bookmarkEnd w:id="21"/>
      <w:r w:rsidRPr="00E14A7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ПОУРОЧНОЕ ПЛАНИРОВАНИЕ </w:t>
      </w:r>
    </w:p>
    <w:p w:rsidR="00786E29" w:rsidRPr="00E14A76" w:rsidRDefault="00D61B4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E14A76">
        <w:rPr>
          <w:rFonts w:ascii="Times New Roman" w:hAnsi="Times New Roman"/>
          <w:b/>
          <w:color w:val="000000"/>
          <w:sz w:val="28"/>
          <w:lang w:val="ru-RU"/>
        </w:rPr>
        <w:t xml:space="preserve"> 5</w:t>
      </w:r>
      <w:r w:rsidR="00E14A76">
        <w:rPr>
          <w:rFonts w:ascii="Times New Roman" w:hAnsi="Times New Roman"/>
          <w:b/>
          <w:color w:val="000000"/>
          <w:sz w:val="28"/>
          <w:lang w:val="ru-RU"/>
        </w:rPr>
        <w:t xml:space="preserve"> «А»</w:t>
      </w:r>
      <w:r w:rsidRPr="00E14A76">
        <w:rPr>
          <w:rFonts w:ascii="Times New Roman" w:hAnsi="Times New Roman"/>
          <w:b/>
          <w:color w:val="000000"/>
          <w:sz w:val="28"/>
          <w:lang w:val="ru-RU"/>
        </w:rPr>
        <w:t xml:space="preserve"> КЛАСС </w:t>
      </w:r>
      <w:r w:rsidR="00E14A76">
        <w:rPr>
          <w:rFonts w:ascii="Times New Roman" w:hAnsi="Times New Roman"/>
          <w:b/>
          <w:color w:val="000000"/>
          <w:sz w:val="28"/>
          <w:lang w:val="ru-RU"/>
        </w:rPr>
        <w:t xml:space="preserve">                    </w:t>
      </w:r>
      <w:r w:rsidR="00EF175E">
        <w:rPr>
          <w:rFonts w:ascii="Times New Roman" w:hAnsi="Times New Roman"/>
          <w:b/>
          <w:color w:val="000000"/>
          <w:sz w:val="28"/>
          <w:lang w:val="ru-RU"/>
        </w:rPr>
        <w:t xml:space="preserve">          </w:t>
      </w:r>
      <w:r w:rsidR="00E14A76">
        <w:rPr>
          <w:rFonts w:ascii="Times New Roman" w:hAnsi="Times New Roman"/>
          <w:b/>
          <w:color w:val="000000"/>
          <w:sz w:val="28"/>
          <w:lang w:val="ru-RU"/>
        </w:rPr>
        <w:t xml:space="preserve">      Учитель Павлова Анастасия Федоровна</w:t>
      </w:r>
    </w:p>
    <w:p w:rsidR="00E14A76" w:rsidRDefault="00E14A76">
      <w:pPr>
        <w:spacing w:after="0"/>
        <w:ind w:left="120"/>
        <w:rPr>
          <w:lang w:val="ru-RU"/>
        </w:rPr>
      </w:pPr>
    </w:p>
    <w:tbl>
      <w:tblPr>
        <w:tblStyle w:val="af"/>
        <w:tblW w:w="10289" w:type="dxa"/>
        <w:tblLayout w:type="fixed"/>
        <w:tblLook w:val="04A0"/>
      </w:tblPr>
      <w:tblGrid>
        <w:gridCol w:w="675"/>
        <w:gridCol w:w="5928"/>
        <w:gridCol w:w="1417"/>
        <w:gridCol w:w="1276"/>
        <w:gridCol w:w="993"/>
      </w:tblGrid>
      <w:tr w:rsidR="00E14A76" w:rsidRPr="00E110AC" w:rsidTr="005A715A">
        <w:trPr>
          <w:trHeight w:val="1441"/>
          <w:tblHeader/>
        </w:trPr>
        <w:tc>
          <w:tcPr>
            <w:tcW w:w="675" w:type="dxa"/>
            <w:hideMark/>
          </w:tcPr>
          <w:p w:rsidR="00E14A76" w:rsidRPr="00E110AC" w:rsidRDefault="00E14A76" w:rsidP="005A715A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23" w:name="RANGE!A1"/>
            <w:r w:rsidRPr="00E110AC">
              <w:rPr>
                <w:rFonts w:ascii="Times New Roman" w:hAnsi="Times New Roman"/>
                <w:sz w:val="24"/>
                <w:szCs w:val="24"/>
              </w:rPr>
              <w:t>№ урока</w:t>
            </w:r>
            <w:bookmarkEnd w:id="23"/>
          </w:p>
        </w:tc>
        <w:tc>
          <w:tcPr>
            <w:tcW w:w="5928" w:type="dxa"/>
            <w:hideMark/>
          </w:tcPr>
          <w:p w:rsidR="00E14A76" w:rsidRPr="00E110AC" w:rsidRDefault="00E14A76" w:rsidP="005A715A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417" w:type="dxa"/>
            <w:hideMark/>
          </w:tcPr>
          <w:p w:rsidR="00E14A76" w:rsidRPr="00E110AC" w:rsidRDefault="00E14A76" w:rsidP="005A715A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Плановые сроки прохождения программы</w:t>
            </w:r>
          </w:p>
        </w:tc>
        <w:tc>
          <w:tcPr>
            <w:tcW w:w="1276" w:type="dxa"/>
            <w:hideMark/>
          </w:tcPr>
          <w:p w:rsidR="00E14A76" w:rsidRPr="00E110AC" w:rsidRDefault="00E14A76" w:rsidP="005A715A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  <w:lang w:val="ru-RU"/>
              </w:rPr>
              <w:t>Фактические сроки и/или коррекция</w:t>
            </w:r>
          </w:p>
        </w:tc>
        <w:tc>
          <w:tcPr>
            <w:tcW w:w="993" w:type="dxa"/>
            <w:hideMark/>
          </w:tcPr>
          <w:p w:rsidR="00E14A76" w:rsidRPr="00E110AC" w:rsidRDefault="00E14A76" w:rsidP="005A715A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E14A76" w:rsidRPr="00743864" w:rsidTr="005A715A">
        <w:trPr>
          <w:trHeight w:val="315"/>
        </w:trPr>
        <w:tc>
          <w:tcPr>
            <w:tcW w:w="675" w:type="dxa"/>
            <w:hideMark/>
          </w:tcPr>
          <w:p w:rsidR="00E14A76" w:rsidRPr="00E110AC" w:rsidRDefault="00E14A76" w:rsidP="005A715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28" w:type="dxa"/>
            <w:hideMark/>
          </w:tcPr>
          <w:p w:rsidR="00E14A76" w:rsidRPr="00E711F9" w:rsidRDefault="000F654B" w:rsidP="005A715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Представление числовой информации в таблицах</w:t>
            </w:r>
            <w:r w:rsidR="00E14A76" w:rsidRPr="00E711F9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="00E14A7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E14A76" w:rsidRPr="00E711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Инструктаж по ТБ, ОТ на уроках математики.</w:t>
            </w:r>
          </w:p>
        </w:tc>
        <w:tc>
          <w:tcPr>
            <w:tcW w:w="1417" w:type="dxa"/>
            <w:hideMark/>
          </w:tcPr>
          <w:p w:rsidR="00E14A76" w:rsidRPr="00E711F9" w:rsidRDefault="00E14A76" w:rsidP="005A715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E14A76" w:rsidRPr="00E711F9" w:rsidRDefault="00E14A76" w:rsidP="005A715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E14A76" w:rsidRPr="00E711F9" w:rsidRDefault="00E14A76" w:rsidP="005A715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866A3" w:rsidRPr="00743864" w:rsidTr="005A715A">
        <w:trPr>
          <w:trHeight w:val="315"/>
        </w:trPr>
        <w:tc>
          <w:tcPr>
            <w:tcW w:w="675" w:type="dxa"/>
          </w:tcPr>
          <w:p w:rsidR="006866A3" w:rsidRPr="006866A3" w:rsidRDefault="006866A3" w:rsidP="006866A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28" w:type="dxa"/>
          </w:tcPr>
          <w:p w:rsidR="006866A3" w:rsidRPr="000F654B" w:rsidRDefault="006866A3" w:rsidP="006866A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Представление числовой информации в таблицах</w:t>
            </w:r>
          </w:p>
        </w:tc>
        <w:tc>
          <w:tcPr>
            <w:tcW w:w="1417" w:type="dxa"/>
          </w:tcPr>
          <w:p w:rsidR="006866A3" w:rsidRPr="006866A3" w:rsidRDefault="006866A3" w:rsidP="006866A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6866A3" w:rsidRPr="006866A3" w:rsidRDefault="006866A3" w:rsidP="006866A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6866A3" w:rsidRPr="006866A3" w:rsidRDefault="006866A3" w:rsidP="006866A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866A3" w:rsidRPr="00E110AC" w:rsidTr="005A715A">
        <w:trPr>
          <w:trHeight w:val="315"/>
        </w:trPr>
        <w:tc>
          <w:tcPr>
            <w:tcW w:w="675" w:type="dxa"/>
            <w:hideMark/>
          </w:tcPr>
          <w:p w:rsidR="006866A3" w:rsidRPr="00E110AC" w:rsidRDefault="006866A3" w:rsidP="006866A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28" w:type="dxa"/>
            <w:hideMark/>
          </w:tcPr>
          <w:p w:rsidR="006866A3" w:rsidRPr="000F654B" w:rsidRDefault="006866A3" w:rsidP="006866A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Цифры и числа</w:t>
            </w:r>
          </w:p>
        </w:tc>
        <w:tc>
          <w:tcPr>
            <w:tcW w:w="1417" w:type="dxa"/>
            <w:hideMark/>
          </w:tcPr>
          <w:p w:rsidR="006866A3" w:rsidRPr="00E110AC" w:rsidRDefault="006866A3" w:rsidP="006866A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6866A3" w:rsidRPr="00E110AC" w:rsidRDefault="006866A3" w:rsidP="006866A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6866A3" w:rsidRPr="00E110AC" w:rsidRDefault="006866A3" w:rsidP="006866A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E110AC" w:rsidTr="005A715A">
        <w:trPr>
          <w:trHeight w:val="315"/>
        </w:trPr>
        <w:tc>
          <w:tcPr>
            <w:tcW w:w="675" w:type="dxa"/>
            <w:hideMark/>
          </w:tcPr>
          <w:p w:rsidR="000F654B" w:rsidRPr="006866A3" w:rsidRDefault="006866A3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928" w:type="dxa"/>
            <w:hideMark/>
          </w:tcPr>
          <w:p w:rsidR="000F654B" w:rsidRPr="000F654B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Цифры и числа</w:t>
            </w:r>
          </w:p>
        </w:tc>
        <w:tc>
          <w:tcPr>
            <w:tcW w:w="1417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FC1E60" w:rsidTr="005A715A">
        <w:trPr>
          <w:trHeight w:val="315"/>
        </w:trPr>
        <w:tc>
          <w:tcPr>
            <w:tcW w:w="675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28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Отрезок и его длина. Ломаная. Многоугольник</w:t>
            </w:r>
          </w:p>
        </w:tc>
        <w:tc>
          <w:tcPr>
            <w:tcW w:w="1417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FC1E60" w:rsidTr="005A715A">
        <w:trPr>
          <w:trHeight w:val="315"/>
        </w:trPr>
        <w:tc>
          <w:tcPr>
            <w:tcW w:w="675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28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Отрезок и его длина. Ломаная. Многоугольник</w:t>
            </w:r>
          </w:p>
        </w:tc>
        <w:tc>
          <w:tcPr>
            <w:tcW w:w="1417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743864" w:rsidTr="005A715A">
        <w:trPr>
          <w:trHeight w:val="315"/>
        </w:trPr>
        <w:tc>
          <w:tcPr>
            <w:tcW w:w="675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928" w:type="dxa"/>
            <w:hideMark/>
          </w:tcPr>
          <w:p w:rsidR="000F654B" w:rsidRPr="00E110AC" w:rsidRDefault="006866A3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66A3">
              <w:rPr>
                <w:rFonts w:ascii="Times New Roman" w:hAnsi="Times New Roman"/>
                <w:sz w:val="24"/>
                <w:szCs w:val="24"/>
                <w:lang w:val="ru-RU"/>
              </w:rPr>
              <w:t>Плоскость, представление о плоскости. Прямая</w:t>
            </w:r>
          </w:p>
        </w:tc>
        <w:tc>
          <w:tcPr>
            <w:tcW w:w="1417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E110AC" w:rsidTr="005A715A">
        <w:trPr>
          <w:trHeight w:val="315"/>
        </w:trPr>
        <w:tc>
          <w:tcPr>
            <w:tcW w:w="675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928" w:type="dxa"/>
            <w:hideMark/>
          </w:tcPr>
          <w:p w:rsidR="000F654B" w:rsidRPr="000F654B" w:rsidRDefault="006866A3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66A3">
              <w:rPr>
                <w:rFonts w:ascii="Times New Roman" w:hAnsi="Times New Roman"/>
                <w:sz w:val="24"/>
                <w:szCs w:val="24"/>
                <w:lang w:val="ru-RU"/>
              </w:rPr>
              <w:t>Прямая, луч, угол</w:t>
            </w:r>
          </w:p>
        </w:tc>
        <w:tc>
          <w:tcPr>
            <w:tcW w:w="1417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E110AC" w:rsidTr="005A715A">
        <w:trPr>
          <w:trHeight w:val="315"/>
        </w:trPr>
        <w:tc>
          <w:tcPr>
            <w:tcW w:w="675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928" w:type="dxa"/>
            <w:hideMark/>
          </w:tcPr>
          <w:p w:rsidR="000F654B" w:rsidRPr="000F654B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Шкалы и координатная прямая</w:t>
            </w:r>
          </w:p>
        </w:tc>
        <w:tc>
          <w:tcPr>
            <w:tcW w:w="1417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FC1E60" w:rsidTr="005A715A">
        <w:trPr>
          <w:trHeight w:val="315"/>
        </w:trPr>
        <w:tc>
          <w:tcPr>
            <w:tcW w:w="675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928" w:type="dxa"/>
            <w:hideMark/>
          </w:tcPr>
          <w:p w:rsidR="000F654B" w:rsidRPr="00E110AC" w:rsidRDefault="006866A3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66A3">
              <w:rPr>
                <w:rFonts w:ascii="Times New Roman" w:hAnsi="Times New Roman"/>
                <w:sz w:val="24"/>
                <w:szCs w:val="24"/>
                <w:lang w:val="ru-RU"/>
              </w:rPr>
              <w:t>Координатная прямая</w:t>
            </w:r>
          </w:p>
        </w:tc>
        <w:tc>
          <w:tcPr>
            <w:tcW w:w="1417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E110AC" w:rsidTr="005A715A">
        <w:trPr>
          <w:trHeight w:val="315"/>
        </w:trPr>
        <w:tc>
          <w:tcPr>
            <w:tcW w:w="675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928" w:type="dxa"/>
            <w:hideMark/>
          </w:tcPr>
          <w:p w:rsidR="000F654B" w:rsidRPr="000F654B" w:rsidRDefault="006866A3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66A3">
              <w:rPr>
                <w:rFonts w:ascii="Times New Roman" w:hAnsi="Times New Roman"/>
                <w:sz w:val="24"/>
                <w:szCs w:val="24"/>
                <w:lang w:val="ru-RU"/>
              </w:rPr>
              <w:t>Сравнение натуральных чисел</w:t>
            </w:r>
          </w:p>
        </w:tc>
        <w:tc>
          <w:tcPr>
            <w:tcW w:w="1417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E110AC" w:rsidTr="005A715A">
        <w:trPr>
          <w:trHeight w:val="315"/>
        </w:trPr>
        <w:tc>
          <w:tcPr>
            <w:tcW w:w="675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928" w:type="dxa"/>
            <w:hideMark/>
          </w:tcPr>
          <w:p w:rsidR="000F654B" w:rsidRPr="000F654B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натуральных чисел</w:t>
            </w:r>
          </w:p>
        </w:tc>
        <w:tc>
          <w:tcPr>
            <w:tcW w:w="1417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743864" w:rsidTr="005A715A">
        <w:trPr>
          <w:trHeight w:val="315"/>
        </w:trPr>
        <w:tc>
          <w:tcPr>
            <w:tcW w:w="675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928" w:type="dxa"/>
            <w:hideMark/>
          </w:tcPr>
          <w:p w:rsidR="000F654B" w:rsidRPr="000F654B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натуральных чисел</w:t>
            </w:r>
            <w:r w:rsidR="00FC7890" w:rsidRPr="00FC7890">
              <w:rPr>
                <w:lang w:val="ru-RU"/>
              </w:rPr>
              <w:t xml:space="preserve"> </w:t>
            </w:r>
            <w:r w:rsidR="00FC7890" w:rsidRPr="00FC7890">
              <w:rPr>
                <w:rFonts w:ascii="Times New Roman" w:hAnsi="Times New Roman"/>
                <w:sz w:val="24"/>
                <w:szCs w:val="24"/>
                <w:lang w:val="ru-RU"/>
              </w:rPr>
              <w:t>с помощью рисунка, схемы (таблицы, диаграммы)</w:t>
            </w:r>
            <w:r w:rsidR="00FC789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hideMark/>
          </w:tcPr>
          <w:p w:rsidR="000F654B" w:rsidRPr="00FC7890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FC7890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FC7890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743864" w:rsidTr="005A715A">
        <w:trPr>
          <w:trHeight w:val="630"/>
        </w:trPr>
        <w:tc>
          <w:tcPr>
            <w:tcW w:w="675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928" w:type="dxa"/>
            <w:hideMark/>
          </w:tcPr>
          <w:p w:rsidR="000F654B" w:rsidRPr="005D0BAF" w:rsidRDefault="00FC7890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7890">
              <w:rPr>
                <w:rFonts w:ascii="Times New Roman" w:hAnsi="Times New Roman"/>
                <w:sz w:val="24"/>
                <w:szCs w:val="24"/>
                <w:lang w:val="ru-RU"/>
              </w:rPr>
              <w:t>Позиционная и непозиционная запись числа, римская нумерация</w:t>
            </w:r>
          </w:p>
        </w:tc>
        <w:tc>
          <w:tcPr>
            <w:tcW w:w="1417" w:type="dxa"/>
            <w:hideMark/>
          </w:tcPr>
          <w:p w:rsidR="000F654B" w:rsidRPr="005D0BAF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5D0BAF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5D0BAF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C7890" w:rsidRPr="00FC1E60" w:rsidTr="004B60FA">
        <w:trPr>
          <w:trHeight w:val="315"/>
        </w:trPr>
        <w:tc>
          <w:tcPr>
            <w:tcW w:w="675" w:type="dxa"/>
            <w:hideMark/>
          </w:tcPr>
          <w:p w:rsidR="00FC7890" w:rsidRPr="00FC7890" w:rsidRDefault="00FC7890" w:rsidP="004B60F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5928" w:type="dxa"/>
            <w:hideMark/>
          </w:tcPr>
          <w:p w:rsidR="00FC7890" w:rsidRPr="002C6A5B" w:rsidRDefault="00FC7890" w:rsidP="004B60FA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1</w:t>
            </w:r>
          </w:p>
        </w:tc>
        <w:tc>
          <w:tcPr>
            <w:tcW w:w="1417" w:type="dxa"/>
            <w:hideMark/>
          </w:tcPr>
          <w:p w:rsidR="00FC7890" w:rsidRPr="005D0BAF" w:rsidRDefault="00FC7890" w:rsidP="004B60F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FC7890" w:rsidRPr="005D0BAF" w:rsidRDefault="00FC7890" w:rsidP="004B60F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FC7890" w:rsidRPr="005D0BAF" w:rsidRDefault="00FC7890" w:rsidP="004B60F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743864" w:rsidTr="005A715A">
        <w:trPr>
          <w:trHeight w:val="315"/>
        </w:trPr>
        <w:tc>
          <w:tcPr>
            <w:tcW w:w="675" w:type="dxa"/>
            <w:hideMark/>
          </w:tcPr>
          <w:p w:rsidR="000F654B" w:rsidRPr="00FC7890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</w:t>
            </w:r>
            <w:r w:rsidR="00FC7890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928" w:type="dxa"/>
            <w:hideMark/>
          </w:tcPr>
          <w:p w:rsidR="000F654B" w:rsidRPr="000F654B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Представление числовой информации в столбчатых диаграммах</w:t>
            </w:r>
          </w:p>
        </w:tc>
        <w:tc>
          <w:tcPr>
            <w:tcW w:w="1417" w:type="dxa"/>
            <w:hideMark/>
          </w:tcPr>
          <w:p w:rsidR="000F654B" w:rsidRPr="000F654B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0F654B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0F654B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C7890" w:rsidRPr="006866A3" w:rsidTr="005A715A">
        <w:trPr>
          <w:trHeight w:val="315"/>
        </w:trPr>
        <w:tc>
          <w:tcPr>
            <w:tcW w:w="675" w:type="dxa"/>
          </w:tcPr>
          <w:p w:rsidR="00FC7890" w:rsidRPr="00E110AC" w:rsidRDefault="00FC7890" w:rsidP="00FC789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928" w:type="dxa"/>
          </w:tcPr>
          <w:p w:rsidR="00FC7890" w:rsidRPr="000F654B" w:rsidRDefault="00FC7890" w:rsidP="00FC789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7890">
              <w:rPr>
                <w:rFonts w:ascii="Times New Roman" w:hAnsi="Times New Roman"/>
                <w:sz w:val="24"/>
                <w:szCs w:val="24"/>
                <w:lang w:val="ru-RU"/>
              </w:rPr>
              <w:t>Чтение информации на диаграммах</w:t>
            </w:r>
          </w:p>
        </w:tc>
        <w:tc>
          <w:tcPr>
            <w:tcW w:w="1417" w:type="dxa"/>
          </w:tcPr>
          <w:p w:rsidR="00FC7890" w:rsidRPr="00E110AC" w:rsidRDefault="00FC7890" w:rsidP="00FC789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7890" w:rsidRPr="00E110AC" w:rsidRDefault="00FC7890" w:rsidP="00FC789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7890" w:rsidRPr="00E110AC" w:rsidRDefault="00FC7890" w:rsidP="00FC789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890" w:rsidRPr="006866A3" w:rsidTr="005A715A">
        <w:trPr>
          <w:trHeight w:val="315"/>
        </w:trPr>
        <w:tc>
          <w:tcPr>
            <w:tcW w:w="675" w:type="dxa"/>
          </w:tcPr>
          <w:p w:rsidR="00FC7890" w:rsidRPr="00E110AC" w:rsidRDefault="00FC7890" w:rsidP="00FC789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928" w:type="dxa"/>
          </w:tcPr>
          <w:p w:rsidR="00FC7890" w:rsidRPr="000F654B" w:rsidRDefault="00FC7890" w:rsidP="00FC789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7890">
              <w:rPr>
                <w:rFonts w:ascii="Times New Roman" w:hAnsi="Times New Roman"/>
                <w:sz w:val="24"/>
                <w:szCs w:val="24"/>
                <w:lang w:val="ru-RU"/>
              </w:rPr>
              <w:t>Построение столбчатых диаграмм</w:t>
            </w:r>
          </w:p>
        </w:tc>
        <w:tc>
          <w:tcPr>
            <w:tcW w:w="1417" w:type="dxa"/>
          </w:tcPr>
          <w:p w:rsidR="00FC7890" w:rsidRPr="00E110AC" w:rsidRDefault="00FC7890" w:rsidP="00FC789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7890" w:rsidRPr="00E110AC" w:rsidRDefault="00FC7890" w:rsidP="00FC789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7890" w:rsidRPr="00E110AC" w:rsidRDefault="00FC7890" w:rsidP="00FC789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044B" w:rsidRPr="00FC1E60" w:rsidTr="005A715A">
        <w:trPr>
          <w:trHeight w:val="630"/>
        </w:trPr>
        <w:tc>
          <w:tcPr>
            <w:tcW w:w="675" w:type="dxa"/>
            <w:hideMark/>
          </w:tcPr>
          <w:p w:rsidR="001C044B" w:rsidRPr="001C044B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5928" w:type="dxa"/>
            <w:hideMark/>
          </w:tcPr>
          <w:p w:rsidR="001C044B" w:rsidRPr="000F654B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сложения. Свойства сложения</w:t>
            </w:r>
          </w:p>
        </w:tc>
        <w:tc>
          <w:tcPr>
            <w:tcW w:w="1417" w:type="dxa"/>
            <w:hideMark/>
          </w:tcPr>
          <w:p w:rsidR="001C044B" w:rsidRPr="005D0BAF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1C044B" w:rsidRPr="005D0BAF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1C044B" w:rsidRPr="005D0BAF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C044B" w:rsidRPr="00FC1E60" w:rsidTr="005A715A">
        <w:trPr>
          <w:trHeight w:val="630"/>
        </w:trPr>
        <w:tc>
          <w:tcPr>
            <w:tcW w:w="675" w:type="dxa"/>
            <w:hideMark/>
          </w:tcPr>
          <w:p w:rsidR="001C044B" w:rsidRPr="00E110AC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928" w:type="dxa"/>
            <w:hideMark/>
          </w:tcPr>
          <w:p w:rsidR="001C044B" w:rsidRPr="005D0BAF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сложения. Свойства сложения</w:t>
            </w:r>
          </w:p>
        </w:tc>
        <w:tc>
          <w:tcPr>
            <w:tcW w:w="1417" w:type="dxa"/>
            <w:hideMark/>
          </w:tcPr>
          <w:p w:rsidR="001C044B" w:rsidRPr="005D0BAF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1C044B" w:rsidRPr="005D0BAF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1C044B" w:rsidRPr="005D0BAF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C044B" w:rsidRPr="00E110AC" w:rsidTr="005A715A">
        <w:trPr>
          <w:trHeight w:val="315"/>
        </w:trPr>
        <w:tc>
          <w:tcPr>
            <w:tcW w:w="675" w:type="dxa"/>
            <w:hideMark/>
          </w:tcPr>
          <w:p w:rsidR="001C044B" w:rsidRPr="00E110AC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928" w:type="dxa"/>
            <w:hideMark/>
          </w:tcPr>
          <w:p w:rsidR="001C044B" w:rsidRPr="000F654B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сложения. Свойства сложения</w:t>
            </w:r>
          </w:p>
        </w:tc>
        <w:tc>
          <w:tcPr>
            <w:tcW w:w="1417" w:type="dxa"/>
            <w:hideMark/>
          </w:tcPr>
          <w:p w:rsidR="001C044B" w:rsidRPr="00E110AC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1C044B" w:rsidRPr="00E110AC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1C044B" w:rsidRPr="00E110AC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C044B" w:rsidRPr="00E110AC" w:rsidTr="001C044B">
        <w:trPr>
          <w:trHeight w:val="315"/>
        </w:trPr>
        <w:tc>
          <w:tcPr>
            <w:tcW w:w="675" w:type="dxa"/>
          </w:tcPr>
          <w:p w:rsidR="001C044B" w:rsidRPr="00E110AC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928" w:type="dxa"/>
            <w:hideMark/>
          </w:tcPr>
          <w:p w:rsidR="001C044B" w:rsidRPr="000F654B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вычитания. Свойства вычитания</w:t>
            </w:r>
          </w:p>
        </w:tc>
        <w:tc>
          <w:tcPr>
            <w:tcW w:w="1417" w:type="dxa"/>
            <w:hideMark/>
          </w:tcPr>
          <w:p w:rsidR="001C044B" w:rsidRPr="00E110AC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1C044B" w:rsidRPr="00E110AC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1C044B" w:rsidRPr="00E110AC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C044B" w:rsidRPr="00E110AC" w:rsidTr="001C044B">
        <w:trPr>
          <w:trHeight w:val="315"/>
        </w:trPr>
        <w:tc>
          <w:tcPr>
            <w:tcW w:w="675" w:type="dxa"/>
          </w:tcPr>
          <w:p w:rsidR="001C044B" w:rsidRPr="00E110AC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928" w:type="dxa"/>
            <w:hideMark/>
          </w:tcPr>
          <w:p w:rsidR="001C044B" w:rsidRPr="000F654B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вычитания. Свойства вычитания</w:t>
            </w:r>
          </w:p>
        </w:tc>
        <w:tc>
          <w:tcPr>
            <w:tcW w:w="1417" w:type="dxa"/>
            <w:hideMark/>
          </w:tcPr>
          <w:p w:rsidR="001C044B" w:rsidRPr="00E110AC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1C044B" w:rsidRPr="00E110AC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1C044B" w:rsidRPr="00E110AC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C044B" w:rsidRPr="00E110AC" w:rsidTr="001C044B">
        <w:trPr>
          <w:trHeight w:val="315"/>
        </w:trPr>
        <w:tc>
          <w:tcPr>
            <w:tcW w:w="675" w:type="dxa"/>
          </w:tcPr>
          <w:p w:rsidR="001C044B" w:rsidRPr="00E110AC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928" w:type="dxa"/>
            <w:hideMark/>
          </w:tcPr>
          <w:p w:rsidR="001C044B" w:rsidRPr="000F654B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вычитания. Свойства вычитания</w:t>
            </w:r>
          </w:p>
        </w:tc>
        <w:tc>
          <w:tcPr>
            <w:tcW w:w="1417" w:type="dxa"/>
            <w:hideMark/>
          </w:tcPr>
          <w:p w:rsidR="001C044B" w:rsidRPr="00E110AC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1C044B" w:rsidRPr="00E110AC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1C044B" w:rsidRPr="00E110AC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C044B" w:rsidRPr="00E110AC" w:rsidTr="005A715A">
        <w:trPr>
          <w:trHeight w:val="315"/>
        </w:trPr>
        <w:tc>
          <w:tcPr>
            <w:tcW w:w="675" w:type="dxa"/>
            <w:hideMark/>
          </w:tcPr>
          <w:p w:rsidR="001C044B" w:rsidRPr="00E110AC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928" w:type="dxa"/>
            <w:hideMark/>
          </w:tcPr>
          <w:p w:rsidR="001C044B" w:rsidRPr="002C6A5B" w:rsidRDefault="001C044B" w:rsidP="001C044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2</w:t>
            </w:r>
          </w:p>
        </w:tc>
        <w:tc>
          <w:tcPr>
            <w:tcW w:w="1417" w:type="dxa"/>
            <w:hideMark/>
          </w:tcPr>
          <w:p w:rsidR="001C044B" w:rsidRPr="00E110AC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1C044B" w:rsidRPr="00E110AC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1C044B" w:rsidRPr="00E110AC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C044B" w:rsidRPr="00E110AC" w:rsidTr="001C044B">
        <w:trPr>
          <w:trHeight w:val="315"/>
        </w:trPr>
        <w:tc>
          <w:tcPr>
            <w:tcW w:w="675" w:type="dxa"/>
          </w:tcPr>
          <w:p w:rsidR="001C044B" w:rsidRPr="00315E1B" w:rsidRDefault="00315E1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5928" w:type="dxa"/>
            <w:hideMark/>
          </w:tcPr>
          <w:p w:rsidR="001C044B" w:rsidRPr="000F654B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Числовые и буквенные выражения</w:t>
            </w:r>
          </w:p>
        </w:tc>
        <w:tc>
          <w:tcPr>
            <w:tcW w:w="1417" w:type="dxa"/>
            <w:hideMark/>
          </w:tcPr>
          <w:p w:rsidR="001C044B" w:rsidRPr="00E110AC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1C044B" w:rsidRPr="00E110AC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1C044B" w:rsidRPr="00E110AC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C044B" w:rsidRPr="00E110AC" w:rsidTr="001C044B">
        <w:trPr>
          <w:trHeight w:val="315"/>
        </w:trPr>
        <w:tc>
          <w:tcPr>
            <w:tcW w:w="675" w:type="dxa"/>
          </w:tcPr>
          <w:p w:rsidR="001C044B" w:rsidRPr="00315E1B" w:rsidRDefault="00315E1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5928" w:type="dxa"/>
            <w:hideMark/>
          </w:tcPr>
          <w:p w:rsidR="001C044B" w:rsidRPr="000F654B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Числовые и буквенные выражения</w:t>
            </w:r>
          </w:p>
        </w:tc>
        <w:tc>
          <w:tcPr>
            <w:tcW w:w="1417" w:type="dxa"/>
            <w:hideMark/>
          </w:tcPr>
          <w:p w:rsidR="001C044B" w:rsidRPr="00E110AC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1C044B" w:rsidRPr="00E110AC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1C044B" w:rsidRPr="00E110AC" w:rsidRDefault="001C044B" w:rsidP="001C04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E110AC" w:rsidTr="001C044B">
        <w:trPr>
          <w:trHeight w:val="315"/>
        </w:trPr>
        <w:tc>
          <w:tcPr>
            <w:tcW w:w="675" w:type="dxa"/>
          </w:tcPr>
          <w:p w:rsidR="000F654B" w:rsidRPr="00315E1B" w:rsidRDefault="00315E1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5928" w:type="dxa"/>
            <w:hideMark/>
          </w:tcPr>
          <w:p w:rsidR="000F654B" w:rsidRPr="000F654B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Числовые и буквенные выражения</w:t>
            </w:r>
          </w:p>
        </w:tc>
        <w:tc>
          <w:tcPr>
            <w:tcW w:w="1417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E110AC" w:rsidTr="001C044B">
        <w:trPr>
          <w:trHeight w:val="315"/>
        </w:trPr>
        <w:tc>
          <w:tcPr>
            <w:tcW w:w="675" w:type="dxa"/>
          </w:tcPr>
          <w:p w:rsidR="000F654B" w:rsidRPr="00315E1B" w:rsidRDefault="00315E1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5928" w:type="dxa"/>
            <w:hideMark/>
          </w:tcPr>
          <w:p w:rsidR="000F654B" w:rsidRPr="000F654B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Числовые и буквенные выражения</w:t>
            </w:r>
          </w:p>
        </w:tc>
        <w:tc>
          <w:tcPr>
            <w:tcW w:w="1417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15E1B" w:rsidRPr="00FC1E60" w:rsidTr="005A715A">
        <w:trPr>
          <w:trHeight w:val="315"/>
        </w:trPr>
        <w:tc>
          <w:tcPr>
            <w:tcW w:w="675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928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Уравнения</w:t>
            </w:r>
          </w:p>
        </w:tc>
        <w:tc>
          <w:tcPr>
            <w:tcW w:w="1417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15E1B" w:rsidRPr="00FC1E60" w:rsidTr="005A715A">
        <w:trPr>
          <w:trHeight w:val="315"/>
        </w:trPr>
        <w:tc>
          <w:tcPr>
            <w:tcW w:w="675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28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Уравнения</w:t>
            </w:r>
          </w:p>
        </w:tc>
        <w:tc>
          <w:tcPr>
            <w:tcW w:w="1417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15E1B" w:rsidRPr="00FC1E60" w:rsidTr="005A715A">
        <w:trPr>
          <w:trHeight w:val="315"/>
        </w:trPr>
        <w:tc>
          <w:tcPr>
            <w:tcW w:w="675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928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Уравнения</w:t>
            </w:r>
          </w:p>
        </w:tc>
        <w:tc>
          <w:tcPr>
            <w:tcW w:w="1417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15E1B" w:rsidRPr="00FC1E60" w:rsidTr="005A715A">
        <w:trPr>
          <w:trHeight w:val="315"/>
        </w:trPr>
        <w:tc>
          <w:tcPr>
            <w:tcW w:w="675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28" w:type="dxa"/>
            <w:hideMark/>
          </w:tcPr>
          <w:p w:rsidR="00315E1B" w:rsidRPr="002C6A5B" w:rsidRDefault="00315E1B" w:rsidP="00315E1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3</w:t>
            </w:r>
          </w:p>
        </w:tc>
        <w:tc>
          <w:tcPr>
            <w:tcW w:w="1417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15E1B" w:rsidRPr="00FC1E60" w:rsidTr="005A715A">
        <w:trPr>
          <w:trHeight w:val="315"/>
        </w:trPr>
        <w:tc>
          <w:tcPr>
            <w:tcW w:w="675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28" w:type="dxa"/>
            <w:hideMark/>
          </w:tcPr>
          <w:p w:rsidR="00315E1B" w:rsidRPr="00030361" w:rsidRDefault="00315E1B" w:rsidP="00315E1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умножения. Свойства умножения</w:t>
            </w:r>
          </w:p>
        </w:tc>
        <w:tc>
          <w:tcPr>
            <w:tcW w:w="1417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15E1B" w:rsidRPr="00FC1E60" w:rsidTr="00CE073D">
        <w:trPr>
          <w:trHeight w:val="305"/>
        </w:trPr>
        <w:tc>
          <w:tcPr>
            <w:tcW w:w="675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28" w:type="dxa"/>
            <w:hideMark/>
          </w:tcPr>
          <w:p w:rsidR="00315E1B" w:rsidRPr="000F654B" w:rsidRDefault="00315E1B" w:rsidP="00315E1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умножения. Свойства умножения</w:t>
            </w:r>
          </w:p>
        </w:tc>
        <w:tc>
          <w:tcPr>
            <w:tcW w:w="1417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15E1B" w:rsidRPr="00E110AC" w:rsidTr="005A715A">
        <w:trPr>
          <w:trHeight w:val="315"/>
        </w:trPr>
        <w:tc>
          <w:tcPr>
            <w:tcW w:w="675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928" w:type="dxa"/>
            <w:hideMark/>
          </w:tcPr>
          <w:p w:rsidR="00315E1B" w:rsidRPr="000F654B" w:rsidRDefault="00315E1B" w:rsidP="00315E1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умножения. Свойства умножения</w:t>
            </w:r>
          </w:p>
        </w:tc>
        <w:tc>
          <w:tcPr>
            <w:tcW w:w="1417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15E1B" w:rsidRPr="00E110AC" w:rsidTr="005A715A">
        <w:trPr>
          <w:trHeight w:val="315"/>
        </w:trPr>
        <w:tc>
          <w:tcPr>
            <w:tcW w:w="675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5928" w:type="dxa"/>
            <w:hideMark/>
          </w:tcPr>
          <w:p w:rsidR="00315E1B" w:rsidRPr="000F654B" w:rsidRDefault="00315E1B" w:rsidP="00315E1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деления. Свойства деления</w:t>
            </w:r>
          </w:p>
        </w:tc>
        <w:tc>
          <w:tcPr>
            <w:tcW w:w="1417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15E1B" w:rsidRPr="00FC1E60" w:rsidTr="005A715A">
        <w:trPr>
          <w:trHeight w:val="315"/>
        </w:trPr>
        <w:tc>
          <w:tcPr>
            <w:tcW w:w="675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5928" w:type="dxa"/>
            <w:hideMark/>
          </w:tcPr>
          <w:p w:rsidR="00315E1B" w:rsidRPr="00030361" w:rsidRDefault="00315E1B" w:rsidP="00315E1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деления. Свойства деления</w:t>
            </w:r>
          </w:p>
        </w:tc>
        <w:tc>
          <w:tcPr>
            <w:tcW w:w="1417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15E1B" w:rsidRPr="00FC1E60" w:rsidTr="005A715A">
        <w:trPr>
          <w:trHeight w:val="315"/>
        </w:trPr>
        <w:tc>
          <w:tcPr>
            <w:tcW w:w="675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928" w:type="dxa"/>
            <w:hideMark/>
          </w:tcPr>
          <w:p w:rsidR="00315E1B" w:rsidRPr="00030361" w:rsidRDefault="00315E1B" w:rsidP="00315E1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деления. Свойства деления</w:t>
            </w:r>
          </w:p>
        </w:tc>
        <w:tc>
          <w:tcPr>
            <w:tcW w:w="1417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15E1B" w:rsidRPr="00E110AC" w:rsidTr="005A715A">
        <w:trPr>
          <w:trHeight w:val="315"/>
        </w:trPr>
        <w:tc>
          <w:tcPr>
            <w:tcW w:w="675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928" w:type="dxa"/>
            <w:hideMark/>
          </w:tcPr>
          <w:p w:rsidR="00315E1B" w:rsidRPr="000F654B" w:rsidRDefault="00315E1B" w:rsidP="00315E1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деления. Свойства деления</w:t>
            </w:r>
          </w:p>
        </w:tc>
        <w:tc>
          <w:tcPr>
            <w:tcW w:w="1417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15E1B" w:rsidRPr="00E110AC" w:rsidTr="005A715A">
        <w:trPr>
          <w:trHeight w:val="315"/>
        </w:trPr>
        <w:tc>
          <w:tcPr>
            <w:tcW w:w="675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5928" w:type="dxa"/>
            <w:hideMark/>
          </w:tcPr>
          <w:p w:rsidR="00315E1B" w:rsidRPr="000F654B" w:rsidRDefault="00315E1B" w:rsidP="00315E1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с остатком</w:t>
            </w:r>
          </w:p>
        </w:tc>
        <w:tc>
          <w:tcPr>
            <w:tcW w:w="1417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15E1B" w:rsidRPr="00FC1E60" w:rsidTr="00CE073D">
        <w:trPr>
          <w:trHeight w:val="272"/>
        </w:trPr>
        <w:tc>
          <w:tcPr>
            <w:tcW w:w="675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928" w:type="dxa"/>
            <w:hideMark/>
          </w:tcPr>
          <w:p w:rsidR="00315E1B" w:rsidRPr="00030361" w:rsidRDefault="00315E1B" w:rsidP="00315E1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с остатком</w:t>
            </w:r>
          </w:p>
        </w:tc>
        <w:tc>
          <w:tcPr>
            <w:tcW w:w="1417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15E1B" w:rsidRPr="00FC1E60" w:rsidTr="00CE073D">
        <w:trPr>
          <w:trHeight w:val="362"/>
        </w:trPr>
        <w:tc>
          <w:tcPr>
            <w:tcW w:w="675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5928" w:type="dxa"/>
            <w:hideMark/>
          </w:tcPr>
          <w:p w:rsidR="00315E1B" w:rsidRPr="00030361" w:rsidRDefault="00315E1B" w:rsidP="00315E1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с остатком</w:t>
            </w:r>
          </w:p>
        </w:tc>
        <w:tc>
          <w:tcPr>
            <w:tcW w:w="1417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15E1B" w:rsidRPr="00FC1E60" w:rsidTr="005A715A">
        <w:trPr>
          <w:trHeight w:val="315"/>
        </w:trPr>
        <w:tc>
          <w:tcPr>
            <w:tcW w:w="675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928" w:type="dxa"/>
            <w:hideMark/>
          </w:tcPr>
          <w:p w:rsidR="00315E1B" w:rsidRPr="002C6A5B" w:rsidRDefault="00315E1B" w:rsidP="00315E1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4</w:t>
            </w:r>
          </w:p>
        </w:tc>
        <w:tc>
          <w:tcPr>
            <w:tcW w:w="1417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15E1B" w:rsidRPr="00962AC6" w:rsidTr="005A715A">
        <w:trPr>
          <w:trHeight w:val="315"/>
        </w:trPr>
        <w:tc>
          <w:tcPr>
            <w:tcW w:w="675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928" w:type="dxa"/>
            <w:hideMark/>
          </w:tcPr>
          <w:p w:rsidR="00315E1B" w:rsidRPr="000F654B" w:rsidRDefault="00315E1B" w:rsidP="00315E1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Упрощение выражений</w:t>
            </w:r>
          </w:p>
        </w:tc>
        <w:tc>
          <w:tcPr>
            <w:tcW w:w="1417" w:type="dxa"/>
            <w:hideMark/>
          </w:tcPr>
          <w:p w:rsidR="00315E1B" w:rsidRPr="00962AC6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15E1B" w:rsidRPr="00962AC6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15E1B" w:rsidRPr="00962AC6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15E1B" w:rsidRPr="00E110AC" w:rsidTr="005A715A">
        <w:trPr>
          <w:trHeight w:val="315"/>
        </w:trPr>
        <w:tc>
          <w:tcPr>
            <w:tcW w:w="675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5928" w:type="dxa"/>
            <w:hideMark/>
          </w:tcPr>
          <w:p w:rsidR="00315E1B" w:rsidRPr="000F654B" w:rsidRDefault="00315E1B" w:rsidP="00315E1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Упрощение выражений</w:t>
            </w:r>
          </w:p>
        </w:tc>
        <w:tc>
          <w:tcPr>
            <w:tcW w:w="1417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15E1B" w:rsidRPr="00E110AC" w:rsidTr="005A715A">
        <w:trPr>
          <w:trHeight w:val="315"/>
        </w:trPr>
        <w:tc>
          <w:tcPr>
            <w:tcW w:w="675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5928" w:type="dxa"/>
            <w:hideMark/>
          </w:tcPr>
          <w:p w:rsidR="00315E1B" w:rsidRPr="000F654B" w:rsidRDefault="00315E1B" w:rsidP="00315E1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Упрощение выражений</w:t>
            </w:r>
          </w:p>
        </w:tc>
        <w:tc>
          <w:tcPr>
            <w:tcW w:w="1417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15E1B" w:rsidRPr="00FC1E60" w:rsidTr="005A715A">
        <w:trPr>
          <w:trHeight w:val="315"/>
        </w:trPr>
        <w:tc>
          <w:tcPr>
            <w:tcW w:w="675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928" w:type="dxa"/>
            <w:hideMark/>
          </w:tcPr>
          <w:p w:rsidR="00315E1B" w:rsidRPr="00030361" w:rsidRDefault="00315E1B" w:rsidP="00315E1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Упрощение выражений</w:t>
            </w:r>
          </w:p>
        </w:tc>
        <w:tc>
          <w:tcPr>
            <w:tcW w:w="1417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15E1B" w:rsidRPr="00E110AC" w:rsidTr="005A715A">
        <w:trPr>
          <w:trHeight w:val="315"/>
        </w:trPr>
        <w:tc>
          <w:tcPr>
            <w:tcW w:w="675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5928" w:type="dxa"/>
            <w:hideMark/>
          </w:tcPr>
          <w:p w:rsidR="00315E1B" w:rsidRPr="000F654B" w:rsidRDefault="00315E1B" w:rsidP="00315E1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Порядок действий в вычислениях</w:t>
            </w:r>
          </w:p>
        </w:tc>
        <w:tc>
          <w:tcPr>
            <w:tcW w:w="1417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15E1B" w:rsidRPr="00FC1E60" w:rsidTr="005A715A">
        <w:trPr>
          <w:trHeight w:val="315"/>
        </w:trPr>
        <w:tc>
          <w:tcPr>
            <w:tcW w:w="675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928" w:type="dxa"/>
            <w:hideMark/>
          </w:tcPr>
          <w:p w:rsidR="00315E1B" w:rsidRPr="000F654B" w:rsidRDefault="00315E1B" w:rsidP="00315E1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Порядок действий в вычислениях</w:t>
            </w:r>
          </w:p>
        </w:tc>
        <w:tc>
          <w:tcPr>
            <w:tcW w:w="1417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15E1B" w:rsidRPr="00E110AC" w:rsidTr="005A715A">
        <w:trPr>
          <w:trHeight w:val="315"/>
        </w:trPr>
        <w:tc>
          <w:tcPr>
            <w:tcW w:w="675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5928" w:type="dxa"/>
            <w:hideMark/>
          </w:tcPr>
          <w:p w:rsidR="00315E1B" w:rsidRPr="000F654B" w:rsidRDefault="00315E1B" w:rsidP="00315E1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Порядок действий в вычислениях</w:t>
            </w:r>
          </w:p>
        </w:tc>
        <w:tc>
          <w:tcPr>
            <w:tcW w:w="1417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15E1B" w:rsidRPr="00FC1E60" w:rsidTr="005A715A">
        <w:trPr>
          <w:trHeight w:val="315"/>
        </w:trPr>
        <w:tc>
          <w:tcPr>
            <w:tcW w:w="675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928" w:type="dxa"/>
            <w:hideMark/>
          </w:tcPr>
          <w:p w:rsidR="00315E1B" w:rsidRPr="00030361" w:rsidRDefault="00315E1B" w:rsidP="00315E1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Степень с натуральным показателем</w:t>
            </w:r>
          </w:p>
        </w:tc>
        <w:tc>
          <w:tcPr>
            <w:tcW w:w="1417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15E1B" w:rsidRPr="00E110AC" w:rsidTr="005A715A">
        <w:trPr>
          <w:trHeight w:val="315"/>
        </w:trPr>
        <w:tc>
          <w:tcPr>
            <w:tcW w:w="675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5928" w:type="dxa"/>
            <w:hideMark/>
          </w:tcPr>
          <w:p w:rsidR="00315E1B" w:rsidRPr="000F654B" w:rsidRDefault="00315E1B" w:rsidP="00315E1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Степень с натуральным показателем</w:t>
            </w:r>
          </w:p>
        </w:tc>
        <w:tc>
          <w:tcPr>
            <w:tcW w:w="1417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15E1B" w:rsidRPr="00E110AC" w:rsidTr="005A715A">
        <w:trPr>
          <w:trHeight w:val="315"/>
        </w:trPr>
        <w:tc>
          <w:tcPr>
            <w:tcW w:w="675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928" w:type="dxa"/>
            <w:hideMark/>
          </w:tcPr>
          <w:p w:rsidR="00315E1B" w:rsidRPr="000F654B" w:rsidRDefault="00315E1B" w:rsidP="00315E1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Делители и кратные</w:t>
            </w:r>
          </w:p>
        </w:tc>
        <w:tc>
          <w:tcPr>
            <w:tcW w:w="1417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15E1B" w:rsidRPr="00E110AC" w:rsidTr="005A715A">
        <w:trPr>
          <w:trHeight w:val="315"/>
        </w:trPr>
        <w:tc>
          <w:tcPr>
            <w:tcW w:w="675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928" w:type="dxa"/>
            <w:hideMark/>
          </w:tcPr>
          <w:p w:rsidR="00315E1B" w:rsidRPr="000F654B" w:rsidRDefault="00315E1B" w:rsidP="00315E1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Делители и кратные</w:t>
            </w:r>
          </w:p>
        </w:tc>
        <w:tc>
          <w:tcPr>
            <w:tcW w:w="1417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15E1B" w:rsidRPr="00FC1E60" w:rsidTr="005A715A">
        <w:trPr>
          <w:trHeight w:val="315"/>
        </w:trPr>
        <w:tc>
          <w:tcPr>
            <w:tcW w:w="675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5928" w:type="dxa"/>
            <w:noWrap/>
            <w:hideMark/>
          </w:tcPr>
          <w:p w:rsidR="00315E1B" w:rsidRPr="00030361" w:rsidRDefault="00315E1B" w:rsidP="00315E1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Делители и кратные</w:t>
            </w:r>
          </w:p>
        </w:tc>
        <w:tc>
          <w:tcPr>
            <w:tcW w:w="1417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15E1B" w:rsidRPr="00030361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15E1B" w:rsidRPr="00FC1E60" w:rsidTr="005A715A">
        <w:trPr>
          <w:trHeight w:val="315"/>
        </w:trPr>
        <w:tc>
          <w:tcPr>
            <w:tcW w:w="675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5928" w:type="dxa"/>
            <w:hideMark/>
          </w:tcPr>
          <w:p w:rsidR="00315E1B" w:rsidRPr="000F654B" w:rsidRDefault="00315E1B" w:rsidP="00315E1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Свойства и признаки делимости</w:t>
            </w:r>
          </w:p>
        </w:tc>
        <w:tc>
          <w:tcPr>
            <w:tcW w:w="1417" w:type="dxa"/>
            <w:hideMark/>
          </w:tcPr>
          <w:p w:rsidR="00315E1B" w:rsidRPr="00C56893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15E1B" w:rsidRPr="00C56893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15E1B" w:rsidRPr="00C56893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15E1B" w:rsidRPr="00E110AC" w:rsidTr="005A715A">
        <w:trPr>
          <w:trHeight w:val="315"/>
        </w:trPr>
        <w:tc>
          <w:tcPr>
            <w:tcW w:w="675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928" w:type="dxa"/>
            <w:hideMark/>
          </w:tcPr>
          <w:p w:rsidR="00315E1B" w:rsidRPr="000F654B" w:rsidRDefault="00315E1B" w:rsidP="00315E1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Свойства и признаки делимости</w:t>
            </w:r>
          </w:p>
        </w:tc>
        <w:tc>
          <w:tcPr>
            <w:tcW w:w="1417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15E1B" w:rsidRPr="00E110AC" w:rsidTr="005A715A">
        <w:trPr>
          <w:trHeight w:val="315"/>
        </w:trPr>
        <w:tc>
          <w:tcPr>
            <w:tcW w:w="675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928" w:type="dxa"/>
            <w:hideMark/>
          </w:tcPr>
          <w:p w:rsidR="00315E1B" w:rsidRPr="000F654B" w:rsidRDefault="00315E1B" w:rsidP="00315E1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Свойства и признаки делимости</w:t>
            </w:r>
          </w:p>
        </w:tc>
        <w:tc>
          <w:tcPr>
            <w:tcW w:w="1417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15E1B" w:rsidRPr="00E110AC" w:rsidTr="005A715A">
        <w:trPr>
          <w:trHeight w:val="315"/>
        </w:trPr>
        <w:tc>
          <w:tcPr>
            <w:tcW w:w="675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928" w:type="dxa"/>
            <w:hideMark/>
          </w:tcPr>
          <w:p w:rsidR="00315E1B" w:rsidRPr="000F654B" w:rsidRDefault="00315E1B" w:rsidP="00315E1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Свойства и признаки делимости</w:t>
            </w:r>
          </w:p>
        </w:tc>
        <w:tc>
          <w:tcPr>
            <w:tcW w:w="1417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15E1B" w:rsidRPr="00E110AC" w:rsidTr="005A715A">
        <w:trPr>
          <w:trHeight w:val="315"/>
        </w:trPr>
        <w:tc>
          <w:tcPr>
            <w:tcW w:w="675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5928" w:type="dxa"/>
            <w:hideMark/>
          </w:tcPr>
          <w:p w:rsidR="00315E1B" w:rsidRPr="000F654B" w:rsidRDefault="00315E1B" w:rsidP="00315E1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№ 5</w:t>
            </w:r>
          </w:p>
        </w:tc>
        <w:tc>
          <w:tcPr>
            <w:tcW w:w="1417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15E1B" w:rsidRPr="00E110AC" w:rsidRDefault="00315E1B" w:rsidP="00315E1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E110AC" w:rsidTr="00315E1B">
        <w:trPr>
          <w:trHeight w:val="315"/>
        </w:trPr>
        <w:tc>
          <w:tcPr>
            <w:tcW w:w="675" w:type="dxa"/>
          </w:tcPr>
          <w:p w:rsidR="000F654B" w:rsidRPr="00737A69" w:rsidRDefault="00737A69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62</w:t>
            </w:r>
          </w:p>
        </w:tc>
        <w:tc>
          <w:tcPr>
            <w:tcW w:w="5928" w:type="dxa"/>
            <w:hideMark/>
          </w:tcPr>
          <w:p w:rsidR="000F654B" w:rsidRPr="000F654B" w:rsidRDefault="000F654B" w:rsidP="000F654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Формулы</w:t>
            </w:r>
          </w:p>
        </w:tc>
        <w:tc>
          <w:tcPr>
            <w:tcW w:w="1417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E110AC" w:rsidTr="005A715A">
        <w:trPr>
          <w:trHeight w:val="315"/>
        </w:trPr>
        <w:tc>
          <w:tcPr>
            <w:tcW w:w="675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</w:t>
            </w:r>
            <w:r w:rsidR="00737A69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928" w:type="dxa"/>
            <w:hideMark/>
          </w:tcPr>
          <w:p w:rsidR="000F654B" w:rsidRPr="000F654B" w:rsidRDefault="00B826E7" w:rsidP="00B826E7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6E7">
              <w:rPr>
                <w:rFonts w:ascii="Times New Roman" w:hAnsi="Times New Roman"/>
                <w:sz w:val="24"/>
                <w:szCs w:val="24"/>
                <w:lang w:val="ru-RU"/>
              </w:rPr>
              <w:t>Фигуры на плоскости, многоугольники. Треугольник, виды треугольников. Четырёхугольники: прямоугольник, квадрат</w:t>
            </w:r>
          </w:p>
        </w:tc>
        <w:tc>
          <w:tcPr>
            <w:tcW w:w="1417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7A69" w:rsidRPr="00743864" w:rsidTr="005A715A">
        <w:trPr>
          <w:trHeight w:val="315"/>
        </w:trPr>
        <w:tc>
          <w:tcPr>
            <w:tcW w:w="675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5928" w:type="dxa"/>
            <w:hideMark/>
          </w:tcPr>
          <w:p w:rsidR="00737A69" w:rsidRPr="000F654B" w:rsidRDefault="00B826E7" w:rsidP="00B826E7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6E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Периметр фигуры, формулы для вычисления </w:t>
            </w:r>
            <w:r w:rsidRPr="00B826E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периметра</w:t>
            </w:r>
          </w:p>
        </w:tc>
        <w:tc>
          <w:tcPr>
            <w:tcW w:w="1417" w:type="dxa"/>
            <w:hideMark/>
          </w:tcPr>
          <w:p w:rsidR="00737A69" w:rsidRPr="00B826E7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1276" w:type="dxa"/>
            <w:hideMark/>
          </w:tcPr>
          <w:p w:rsidR="00737A69" w:rsidRPr="00B826E7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737A69" w:rsidRPr="00B826E7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7A69" w:rsidRPr="00743864" w:rsidTr="005A715A">
        <w:trPr>
          <w:trHeight w:val="315"/>
        </w:trPr>
        <w:tc>
          <w:tcPr>
            <w:tcW w:w="675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5928" w:type="dxa"/>
            <w:hideMark/>
          </w:tcPr>
          <w:p w:rsidR="00737A69" w:rsidRPr="000F654B" w:rsidRDefault="00B826E7" w:rsidP="00B826E7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6E7">
              <w:rPr>
                <w:rFonts w:ascii="Times New Roman" w:hAnsi="Times New Roman"/>
                <w:sz w:val="24"/>
                <w:szCs w:val="24"/>
                <w:lang w:val="ru-RU"/>
              </w:rPr>
              <w:t>Понятие о площади. Площадь единичного квадрата. Единицы измерения площади. Площадь квадра</w:t>
            </w:r>
            <w:r w:rsidR="00973FE1">
              <w:rPr>
                <w:rFonts w:ascii="Times New Roman" w:hAnsi="Times New Roman"/>
                <w:sz w:val="24"/>
                <w:szCs w:val="24"/>
                <w:lang w:val="ru-RU"/>
              </w:rPr>
              <w:t>та</w:t>
            </w:r>
          </w:p>
        </w:tc>
        <w:tc>
          <w:tcPr>
            <w:tcW w:w="1417" w:type="dxa"/>
            <w:hideMark/>
          </w:tcPr>
          <w:p w:rsidR="00737A69" w:rsidRPr="00B826E7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737A69" w:rsidRPr="00B826E7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737A69" w:rsidRPr="00B826E7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7A69" w:rsidRPr="00743864" w:rsidTr="005A715A">
        <w:trPr>
          <w:trHeight w:val="315"/>
        </w:trPr>
        <w:tc>
          <w:tcPr>
            <w:tcW w:w="675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5928" w:type="dxa"/>
            <w:hideMark/>
          </w:tcPr>
          <w:p w:rsidR="00737A69" w:rsidRPr="00030361" w:rsidRDefault="00973FE1" w:rsidP="00B826E7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3FE1">
              <w:rPr>
                <w:rFonts w:ascii="Times New Roman" w:hAnsi="Times New Roman"/>
                <w:sz w:val="24"/>
                <w:szCs w:val="24"/>
                <w:lang w:val="ru-RU"/>
              </w:rPr>
              <w:t>Единицы измерения площадей. Площадь прямоугольника</w:t>
            </w:r>
          </w:p>
        </w:tc>
        <w:tc>
          <w:tcPr>
            <w:tcW w:w="1417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7A69" w:rsidRPr="00E110AC" w:rsidTr="005A715A">
        <w:trPr>
          <w:trHeight w:val="315"/>
        </w:trPr>
        <w:tc>
          <w:tcPr>
            <w:tcW w:w="675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5928" w:type="dxa"/>
            <w:hideMark/>
          </w:tcPr>
          <w:p w:rsidR="00737A69" w:rsidRPr="000F654B" w:rsidRDefault="00973FE1" w:rsidP="00A96544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3FE1">
              <w:rPr>
                <w:rFonts w:ascii="Times New Roman" w:hAnsi="Times New Roman"/>
                <w:sz w:val="24"/>
                <w:szCs w:val="24"/>
                <w:lang w:val="ru-RU"/>
              </w:rPr>
              <w:t>Тела и фигуры в пространстве. Прямоугольный параллелепипед и его свойства. Куб. Свойства куба</w:t>
            </w:r>
          </w:p>
        </w:tc>
        <w:tc>
          <w:tcPr>
            <w:tcW w:w="1417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7A69" w:rsidRPr="00743864" w:rsidTr="005A715A">
        <w:trPr>
          <w:trHeight w:val="315"/>
        </w:trPr>
        <w:tc>
          <w:tcPr>
            <w:tcW w:w="675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5928" w:type="dxa"/>
            <w:hideMark/>
          </w:tcPr>
          <w:p w:rsidR="00737A69" w:rsidRPr="00030361" w:rsidRDefault="00973FE1" w:rsidP="00A96544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3FE1">
              <w:rPr>
                <w:rFonts w:ascii="Times New Roman" w:hAnsi="Times New Roman"/>
                <w:sz w:val="24"/>
                <w:szCs w:val="24"/>
                <w:lang w:val="ru-RU"/>
              </w:rPr>
              <w:t>Измерения параллелепипеда. Понятие поверхности. Площадь поверхности куба и прямоугольного параллелепипеда</w:t>
            </w:r>
          </w:p>
        </w:tc>
        <w:tc>
          <w:tcPr>
            <w:tcW w:w="1417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7A69" w:rsidRPr="00743864" w:rsidTr="005A715A">
        <w:trPr>
          <w:trHeight w:val="315"/>
        </w:trPr>
        <w:tc>
          <w:tcPr>
            <w:tcW w:w="675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5928" w:type="dxa"/>
            <w:hideMark/>
          </w:tcPr>
          <w:p w:rsidR="00737A69" w:rsidRPr="00030361" w:rsidRDefault="00973FE1" w:rsidP="00A96544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3FE1">
              <w:rPr>
                <w:rFonts w:ascii="Times New Roman" w:hAnsi="Times New Roman"/>
                <w:sz w:val="24"/>
                <w:szCs w:val="24"/>
                <w:lang w:val="ru-RU"/>
              </w:rPr>
              <w:t>Понятие объёма. Единичный куб. Единицы измерения объёма</w:t>
            </w:r>
          </w:p>
        </w:tc>
        <w:tc>
          <w:tcPr>
            <w:tcW w:w="1417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7A69" w:rsidRPr="00FC1E60" w:rsidTr="005A715A">
        <w:trPr>
          <w:trHeight w:val="315"/>
        </w:trPr>
        <w:tc>
          <w:tcPr>
            <w:tcW w:w="675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928" w:type="dxa"/>
            <w:hideMark/>
          </w:tcPr>
          <w:p w:rsidR="00737A69" w:rsidRPr="00030361" w:rsidRDefault="00737A69" w:rsidP="00A96544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Объёмы. Объём прямоугольного параллелепипеда</w:t>
            </w:r>
          </w:p>
        </w:tc>
        <w:tc>
          <w:tcPr>
            <w:tcW w:w="1417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7A69" w:rsidRPr="00FC1E60" w:rsidTr="005A715A">
        <w:trPr>
          <w:trHeight w:val="315"/>
        </w:trPr>
        <w:tc>
          <w:tcPr>
            <w:tcW w:w="675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5928" w:type="dxa"/>
            <w:hideMark/>
          </w:tcPr>
          <w:p w:rsidR="00737A69" w:rsidRPr="00030361" w:rsidRDefault="00737A69" w:rsidP="00A96544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№6</w:t>
            </w:r>
          </w:p>
        </w:tc>
        <w:tc>
          <w:tcPr>
            <w:tcW w:w="1417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7A69" w:rsidRPr="00743864" w:rsidTr="005A715A">
        <w:trPr>
          <w:trHeight w:val="315"/>
        </w:trPr>
        <w:tc>
          <w:tcPr>
            <w:tcW w:w="675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5928" w:type="dxa"/>
            <w:hideMark/>
          </w:tcPr>
          <w:p w:rsidR="00737A69" w:rsidRPr="00030361" w:rsidRDefault="00A96544" w:rsidP="00A96544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96544">
              <w:rPr>
                <w:rFonts w:ascii="Times New Roman" w:hAnsi="Times New Roman"/>
                <w:sz w:val="24"/>
                <w:szCs w:val="24"/>
                <w:lang w:val="ru-RU"/>
              </w:rPr>
              <w:t>Окружность, круг. Примеры фигур, содержащих окружность</w:t>
            </w:r>
          </w:p>
        </w:tc>
        <w:tc>
          <w:tcPr>
            <w:tcW w:w="1417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7A69" w:rsidRPr="00C56893" w:rsidTr="005A715A">
        <w:trPr>
          <w:trHeight w:val="315"/>
        </w:trPr>
        <w:tc>
          <w:tcPr>
            <w:tcW w:w="675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5928" w:type="dxa"/>
            <w:hideMark/>
          </w:tcPr>
          <w:p w:rsidR="00737A69" w:rsidRPr="000F654B" w:rsidRDefault="00737A69" w:rsidP="00A96544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Окружность, круг, шар, цилиндр</w:t>
            </w:r>
          </w:p>
        </w:tc>
        <w:tc>
          <w:tcPr>
            <w:tcW w:w="1417" w:type="dxa"/>
            <w:hideMark/>
          </w:tcPr>
          <w:p w:rsidR="00737A69" w:rsidRPr="00C56893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737A69" w:rsidRPr="00C56893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737A69" w:rsidRPr="00C56893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7A69" w:rsidRPr="00743864" w:rsidTr="005A715A">
        <w:trPr>
          <w:trHeight w:val="315"/>
        </w:trPr>
        <w:tc>
          <w:tcPr>
            <w:tcW w:w="675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5928" w:type="dxa"/>
            <w:hideMark/>
          </w:tcPr>
          <w:p w:rsidR="00737A69" w:rsidRPr="00030361" w:rsidRDefault="003F52ED" w:rsidP="00A96544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F52ED">
              <w:rPr>
                <w:rFonts w:ascii="Times New Roman" w:hAnsi="Times New Roman"/>
                <w:sz w:val="24"/>
                <w:szCs w:val="24"/>
                <w:lang w:val="ru-RU"/>
              </w:rPr>
              <w:t>Доли и дроби. Доли. Обыкновенные дроби</w:t>
            </w:r>
          </w:p>
        </w:tc>
        <w:tc>
          <w:tcPr>
            <w:tcW w:w="1417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F52ED" w:rsidRPr="00743864" w:rsidTr="005A715A">
        <w:trPr>
          <w:trHeight w:val="315"/>
        </w:trPr>
        <w:tc>
          <w:tcPr>
            <w:tcW w:w="675" w:type="dxa"/>
            <w:hideMark/>
          </w:tcPr>
          <w:p w:rsidR="003F52ED" w:rsidRPr="00E110AC" w:rsidRDefault="003F52ED" w:rsidP="003F52ED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928" w:type="dxa"/>
            <w:hideMark/>
          </w:tcPr>
          <w:p w:rsidR="003F52ED" w:rsidRPr="000F654B" w:rsidRDefault="003F52ED" w:rsidP="003F52ED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79FF">
              <w:rPr>
                <w:rFonts w:ascii="Times New Roman" w:hAnsi="Times New Roman"/>
                <w:sz w:val="24"/>
                <w:szCs w:val="24"/>
                <w:lang w:val="ru-RU"/>
              </w:rPr>
              <w:t>Доли и дроби. Изображение дробей на координатном луче</w:t>
            </w:r>
          </w:p>
        </w:tc>
        <w:tc>
          <w:tcPr>
            <w:tcW w:w="1417" w:type="dxa"/>
            <w:hideMark/>
          </w:tcPr>
          <w:p w:rsidR="003F52ED" w:rsidRPr="000F654B" w:rsidRDefault="003F52ED" w:rsidP="003F52ED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F52ED" w:rsidRPr="000F654B" w:rsidRDefault="003F52ED" w:rsidP="003F52ED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F52ED" w:rsidRPr="000F654B" w:rsidRDefault="003F52ED" w:rsidP="003F52ED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F52ED" w:rsidRPr="00743864" w:rsidTr="005A715A">
        <w:trPr>
          <w:trHeight w:val="315"/>
        </w:trPr>
        <w:tc>
          <w:tcPr>
            <w:tcW w:w="675" w:type="dxa"/>
            <w:hideMark/>
          </w:tcPr>
          <w:p w:rsidR="003F52ED" w:rsidRPr="00E110AC" w:rsidRDefault="003F52ED" w:rsidP="003F52ED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5928" w:type="dxa"/>
            <w:hideMark/>
          </w:tcPr>
          <w:p w:rsidR="003F52ED" w:rsidRPr="00030361" w:rsidRDefault="003F52ED" w:rsidP="003F52ED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79FF">
              <w:rPr>
                <w:rFonts w:ascii="Times New Roman" w:hAnsi="Times New Roman"/>
                <w:sz w:val="24"/>
                <w:szCs w:val="24"/>
                <w:lang w:val="ru-RU"/>
              </w:rPr>
              <w:t>Доли и дроби. Изображение дробей на координатном луче</w:t>
            </w:r>
          </w:p>
        </w:tc>
        <w:tc>
          <w:tcPr>
            <w:tcW w:w="1417" w:type="dxa"/>
            <w:hideMark/>
          </w:tcPr>
          <w:p w:rsidR="003F52ED" w:rsidRPr="00030361" w:rsidRDefault="003F52ED" w:rsidP="003F52ED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F52ED" w:rsidRPr="00030361" w:rsidRDefault="003F52ED" w:rsidP="003F52ED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F52ED" w:rsidRPr="00030361" w:rsidRDefault="003F52ED" w:rsidP="003F52ED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F52ED" w:rsidRPr="00743864" w:rsidTr="005A715A">
        <w:trPr>
          <w:trHeight w:val="315"/>
        </w:trPr>
        <w:tc>
          <w:tcPr>
            <w:tcW w:w="675" w:type="dxa"/>
            <w:hideMark/>
          </w:tcPr>
          <w:p w:rsidR="003F52ED" w:rsidRPr="00E110AC" w:rsidRDefault="003F52ED" w:rsidP="003F52ED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5928" w:type="dxa"/>
            <w:hideMark/>
          </w:tcPr>
          <w:p w:rsidR="003F52ED" w:rsidRPr="00030361" w:rsidRDefault="003F52ED" w:rsidP="003F52ED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79FF">
              <w:rPr>
                <w:rFonts w:ascii="Times New Roman" w:hAnsi="Times New Roman"/>
                <w:sz w:val="24"/>
                <w:szCs w:val="24"/>
                <w:lang w:val="ru-RU"/>
              </w:rPr>
              <w:t>Доли и дроби. Изображение дробей на координатном луче</w:t>
            </w:r>
          </w:p>
        </w:tc>
        <w:tc>
          <w:tcPr>
            <w:tcW w:w="1417" w:type="dxa"/>
            <w:hideMark/>
          </w:tcPr>
          <w:p w:rsidR="003F52ED" w:rsidRPr="00030361" w:rsidRDefault="003F52ED" w:rsidP="003F52ED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F52ED" w:rsidRPr="00030361" w:rsidRDefault="003F52ED" w:rsidP="003F52ED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F52ED" w:rsidRPr="00030361" w:rsidRDefault="003F52ED" w:rsidP="003F52ED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7A69" w:rsidRPr="00FC1E60" w:rsidTr="005A715A">
        <w:trPr>
          <w:trHeight w:val="315"/>
        </w:trPr>
        <w:tc>
          <w:tcPr>
            <w:tcW w:w="675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5928" w:type="dxa"/>
            <w:hideMark/>
          </w:tcPr>
          <w:p w:rsidR="00737A69" w:rsidRPr="00030361" w:rsidRDefault="00737A69" w:rsidP="00737A69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дробей</w:t>
            </w:r>
          </w:p>
        </w:tc>
        <w:tc>
          <w:tcPr>
            <w:tcW w:w="1417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7A69" w:rsidRPr="00FC1E60" w:rsidTr="005A715A">
        <w:trPr>
          <w:trHeight w:val="315"/>
        </w:trPr>
        <w:tc>
          <w:tcPr>
            <w:tcW w:w="675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5928" w:type="dxa"/>
            <w:hideMark/>
          </w:tcPr>
          <w:p w:rsidR="00737A69" w:rsidRPr="00030361" w:rsidRDefault="00737A69" w:rsidP="00737A69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дробей</w:t>
            </w:r>
          </w:p>
        </w:tc>
        <w:tc>
          <w:tcPr>
            <w:tcW w:w="1417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7A69" w:rsidRPr="00E110AC" w:rsidTr="005A715A">
        <w:trPr>
          <w:trHeight w:val="315"/>
        </w:trPr>
        <w:tc>
          <w:tcPr>
            <w:tcW w:w="675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928" w:type="dxa"/>
            <w:hideMark/>
          </w:tcPr>
          <w:p w:rsidR="00737A69" w:rsidRPr="000F654B" w:rsidRDefault="00737A69" w:rsidP="00737A69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дробей</w:t>
            </w:r>
          </w:p>
        </w:tc>
        <w:tc>
          <w:tcPr>
            <w:tcW w:w="1417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7A69" w:rsidRPr="00E110AC" w:rsidTr="005A715A">
        <w:trPr>
          <w:trHeight w:val="315"/>
        </w:trPr>
        <w:tc>
          <w:tcPr>
            <w:tcW w:w="675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5928" w:type="dxa"/>
            <w:hideMark/>
          </w:tcPr>
          <w:p w:rsidR="00737A69" w:rsidRPr="000F654B" w:rsidRDefault="00737A69" w:rsidP="00737A69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Правильные и неправильные дроби</w:t>
            </w:r>
          </w:p>
        </w:tc>
        <w:tc>
          <w:tcPr>
            <w:tcW w:w="1417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7A69" w:rsidRPr="00E110AC" w:rsidTr="005A715A">
        <w:trPr>
          <w:trHeight w:val="315"/>
        </w:trPr>
        <w:tc>
          <w:tcPr>
            <w:tcW w:w="675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928" w:type="dxa"/>
            <w:hideMark/>
          </w:tcPr>
          <w:p w:rsidR="00737A69" w:rsidRPr="000F654B" w:rsidRDefault="00737A69" w:rsidP="00737A69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Правильные и неправильные дроби</w:t>
            </w:r>
          </w:p>
        </w:tc>
        <w:tc>
          <w:tcPr>
            <w:tcW w:w="1417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7A69" w:rsidRPr="00E110AC" w:rsidTr="005A715A">
        <w:trPr>
          <w:trHeight w:val="315"/>
        </w:trPr>
        <w:tc>
          <w:tcPr>
            <w:tcW w:w="675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5928" w:type="dxa"/>
            <w:hideMark/>
          </w:tcPr>
          <w:p w:rsidR="00737A69" w:rsidRPr="002C6A5B" w:rsidRDefault="00737A69" w:rsidP="00737A69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№7</w:t>
            </w:r>
          </w:p>
        </w:tc>
        <w:tc>
          <w:tcPr>
            <w:tcW w:w="1417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7A69" w:rsidRPr="00743864" w:rsidTr="005A715A">
        <w:trPr>
          <w:trHeight w:val="315"/>
        </w:trPr>
        <w:tc>
          <w:tcPr>
            <w:tcW w:w="675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5928" w:type="dxa"/>
            <w:hideMark/>
          </w:tcPr>
          <w:p w:rsidR="00737A69" w:rsidRPr="000F654B" w:rsidRDefault="00737A69" w:rsidP="00737A69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1417" w:type="dxa"/>
            <w:hideMark/>
          </w:tcPr>
          <w:p w:rsidR="00737A69" w:rsidRPr="000F654B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737A69" w:rsidRPr="000F654B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737A69" w:rsidRPr="000F654B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7A69" w:rsidRPr="00743864" w:rsidTr="005A715A">
        <w:trPr>
          <w:trHeight w:val="315"/>
        </w:trPr>
        <w:tc>
          <w:tcPr>
            <w:tcW w:w="675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5928" w:type="dxa"/>
            <w:hideMark/>
          </w:tcPr>
          <w:p w:rsidR="00737A69" w:rsidRPr="000F654B" w:rsidRDefault="00737A69" w:rsidP="00737A69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1417" w:type="dxa"/>
            <w:hideMark/>
          </w:tcPr>
          <w:p w:rsidR="00737A69" w:rsidRPr="000F654B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737A69" w:rsidRPr="000F654B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737A69" w:rsidRPr="000F654B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7A69" w:rsidRPr="00743864" w:rsidTr="005A715A">
        <w:trPr>
          <w:trHeight w:val="315"/>
        </w:trPr>
        <w:tc>
          <w:tcPr>
            <w:tcW w:w="675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5928" w:type="dxa"/>
            <w:hideMark/>
          </w:tcPr>
          <w:p w:rsidR="00737A69" w:rsidRPr="000F654B" w:rsidRDefault="00737A69" w:rsidP="00737A69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1417" w:type="dxa"/>
            <w:hideMark/>
          </w:tcPr>
          <w:p w:rsidR="00737A69" w:rsidRPr="000F654B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737A69" w:rsidRPr="000F654B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737A69" w:rsidRPr="000F654B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7A69" w:rsidRPr="00743864" w:rsidTr="005A715A">
        <w:trPr>
          <w:trHeight w:val="315"/>
        </w:trPr>
        <w:tc>
          <w:tcPr>
            <w:tcW w:w="675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5928" w:type="dxa"/>
            <w:hideMark/>
          </w:tcPr>
          <w:p w:rsidR="00737A69" w:rsidRPr="00030361" w:rsidRDefault="00737A69" w:rsidP="00737A69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натуральных чисел и дроби</w:t>
            </w:r>
          </w:p>
        </w:tc>
        <w:tc>
          <w:tcPr>
            <w:tcW w:w="1417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7A69" w:rsidRPr="00743864" w:rsidTr="005A715A">
        <w:trPr>
          <w:trHeight w:val="315"/>
        </w:trPr>
        <w:tc>
          <w:tcPr>
            <w:tcW w:w="675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5928" w:type="dxa"/>
            <w:hideMark/>
          </w:tcPr>
          <w:p w:rsidR="00737A69" w:rsidRPr="00030361" w:rsidRDefault="00737A69" w:rsidP="00737A69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натуральных чисел и дроби</w:t>
            </w:r>
          </w:p>
        </w:tc>
        <w:tc>
          <w:tcPr>
            <w:tcW w:w="1417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7A69" w:rsidRPr="00FC1E60" w:rsidTr="005A715A">
        <w:trPr>
          <w:trHeight w:val="315"/>
        </w:trPr>
        <w:tc>
          <w:tcPr>
            <w:tcW w:w="675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89</w:t>
            </w:r>
          </w:p>
        </w:tc>
        <w:tc>
          <w:tcPr>
            <w:tcW w:w="5928" w:type="dxa"/>
            <w:hideMark/>
          </w:tcPr>
          <w:p w:rsidR="00737A69" w:rsidRPr="00030361" w:rsidRDefault="00737A69" w:rsidP="00737A69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Смешанные числа</w:t>
            </w:r>
          </w:p>
        </w:tc>
        <w:tc>
          <w:tcPr>
            <w:tcW w:w="1417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737A69" w:rsidRPr="00030361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7A69" w:rsidRPr="00C56893" w:rsidTr="005A715A">
        <w:trPr>
          <w:trHeight w:val="315"/>
        </w:trPr>
        <w:tc>
          <w:tcPr>
            <w:tcW w:w="675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928" w:type="dxa"/>
            <w:hideMark/>
          </w:tcPr>
          <w:p w:rsidR="00737A69" w:rsidRPr="000F654B" w:rsidRDefault="00737A69" w:rsidP="00737A69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Смешанные числа</w:t>
            </w:r>
          </w:p>
        </w:tc>
        <w:tc>
          <w:tcPr>
            <w:tcW w:w="1417" w:type="dxa"/>
            <w:hideMark/>
          </w:tcPr>
          <w:p w:rsidR="00737A69" w:rsidRPr="00C56893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737A69" w:rsidRPr="00C56893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737A69" w:rsidRPr="00C56893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7A69" w:rsidRPr="00743864" w:rsidTr="005A715A">
        <w:trPr>
          <w:trHeight w:val="630"/>
        </w:trPr>
        <w:tc>
          <w:tcPr>
            <w:tcW w:w="675" w:type="dxa"/>
            <w:hideMark/>
          </w:tcPr>
          <w:p w:rsidR="00737A69" w:rsidRPr="00E110AC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5928" w:type="dxa"/>
            <w:hideMark/>
          </w:tcPr>
          <w:p w:rsidR="00737A69" w:rsidRPr="000F654B" w:rsidRDefault="00737A69" w:rsidP="00737A69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1417" w:type="dxa"/>
            <w:hideMark/>
          </w:tcPr>
          <w:p w:rsidR="00737A69" w:rsidRPr="000F654B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737A69" w:rsidRPr="000F654B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737A69" w:rsidRPr="000F654B" w:rsidRDefault="00737A69" w:rsidP="00737A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743864" w:rsidTr="005A715A">
        <w:trPr>
          <w:trHeight w:val="630"/>
        </w:trPr>
        <w:tc>
          <w:tcPr>
            <w:tcW w:w="675" w:type="dxa"/>
            <w:hideMark/>
          </w:tcPr>
          <w:p w:rsidR="000F654B" w:rsidRPr="005D4F35" w:rsidRDefault="005D4F35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92</w:t>
            </w:r>
          </w:p>
        </w:tc>
        <w:tc>
          <w:tcPr>
            <w:tcW w:w="5928" w:type="dxa"/>
            <w:hideMark/>
          </w:tcPr>
          <w:p w:rsidR="000F654B" w:rsidRPr="000F654B" w:rsidRDefault="000F654B" w:rsidP="000F654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1417" w:type="dxa"/>
            <w:hideMark/>
          </w:tcPr>
          <w:p w:rsidR="000F654B" w:rsidRPr="000F654B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0F654B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0F654B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D4F35" w:rsidRPr="00FC1E60" w:rsidTr="005A715A">
        <w:trPr>
          <w:trHeight w:val="315"/>
        </w:trPr>
        <w:tc>
          <w:tcPr>
            <w:tcW w:w="675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5928" w:type="dxa"/>
            <w:hideMark/>
          </w:tcPr>
          <w:p w:rsidR="005D4F35" w:rsidRPr="002C6A5B" w:rsidRDefault="005D4F35" w:rsidP="005D4F35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8</w:t>
            </w:r>
          </w:p>
        </w:tc>
        <w:tc>
          <w:tcPr>
            <w:tcW w:w="1417" w:type="dxa"/>
            <w:hideMark/>
          </w:tcPr>
          <w:p w:rsidR="005D4F35" w:rsidRPr="00030361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D4F35" w:rsidRPr="00030361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5D4F35" w:rsidRPr="00030361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D4F35" w:rsidRPr="00E110AC" w:rsidTr="005A715A">
        <w:trPr>
          <w:trHeight w:val="315"/>
        </w:trPr>
        <w:tc>
          <w:tcPr>
            <w:tcW w:w="675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5928" w:type="dxa"/>
            <w:hideMark/>
          </w:tcPr>
          <w:p w:rsidR="005D4F35" w:rsidRPr="000F654B" w:rsidRDefault="005D4F35" w:rsidP="005D4F35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Основное свойство дроби</w:t>
            </w:r>
          </w:p>
        </w:tc>
        <w:tc>
          <w:tcPr>
            <w:tcW w:w="1417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D4F35" w:rsidRPr="00E110AC" w:rsidTr="005A715A">
        <w:trPr>
          <w:trHeight w:val="315"/>
        </w:trPr>
        <w:tc>
          <w:tcPr>
            <w:tcW w:w="675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928" w:type="dxa"/>
            <w:hideMark/>
          </w:tcPr>
          <w:p w:rsidR="005D4F35" w:rsidRPr="000F654B" w:rsidRDefault="005D4F35" w:rsidP="005D4F35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Сокращение дробей </w:t>
            </w:r>
          </w:p>
        </w:tc>
        <w:tc>
          <w:tcPr>
            <w:tcW w:w="1417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D4F35" w:rsidRPr="00E110AC" w:rsidTr="005A715A">
        <w:trPr>
          <w:trHeight w:val="630"/>
        </w:trPr>
        <w:tc>
          <w:tcPr>
            <w:tcW w:w="675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5928" w:type="dxa"/>
            <w:hideMark/>
          </w:tcPr>
          <w:p w:rsidR="005D4F35" w:rsidRPr="00030361" w:rsidRDefault="005D4F35" w:rsidP="005D4F35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Сокращение дробей</w:t>
            </w:r>
          </w:p>
        </w:tc>
        <w:tc>
          <w:tcPr>
            <w:tcW w:w="1417" w:type="dxa"/>
            <w:hideMark/>
          </w:tcPr>
          <w:p w:rsidR="005D4F35" w:rsidRPr="00030361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п.9стр63</w:t>
            </w:r>
          </w:p>
        </w:tc>
        <w:tc>
          <w:tcPr>
            <w:tcW w:w="993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D4F35" w:rsidRPr="00743864" w:rsidTr="005A715A">
        <w:trPr>
          <w:trHeight w:val="630"/>
        </w:trPr>
        <w:tc>
          <w:tcPr>
            <w:tcW w:w="675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5928" w:type="dxa"/>
            <w:hideMark/>
          </w:tcPr>
          <w:p w:rsidR="005D4F35" w:rsidRPr="000F654B" w:rsidRDefault="005D4F35" w:rsidP="005D4F35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1417" w:type="dxa"/>
            <w:hideMark/>
          </w:tcPr>
          <w:p w:rsidR="005D4F35" w:rsidRPr="000F654B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D4F35" w:rsidRPr="000F654B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5D4F35" w:rsidRPr="000F654B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D4F35" w:rsidRPr="00743864" w:rsidTr="005A715A">
        <w:trPr>
          <w:trHeight w:val="630"/>
        </w:trPr>
        <w:tc>
          <w:tcPr>
            <w:tcW w:w="675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5928" w:type="dxa"/>
            <w:hideMark/>
          </w:tcPr>
          <w:p w:rsidR="005D4F35" w:rsidRPr="000F654B" w:rsidRDefault="005D4F35" w:rsidP="005D4F35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1417" w:type="dxa"/>
            <w:hideMark/>
          </w:tcPr>
          <w:p w:rsidR="005D4F35" w:rsidRPr="000F654B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D4F35" w:rsidRPr="000F654B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5D4F35" w:rsidRPr="000F654B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D4F35" w:rsidRPr="00743864" w:rsidTr="005A715A">
        <w:trPr>
          <w:trHeight w:val="630"/>
        </w:trPr>
        <w:tc>
          <w:tcPr>
            <w:tcW w:w="675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5928" w:type="dxa"/>
            <w:hideMark/>
          </w:tcPr>
          <w:p w:rsidR="005D4F35" w:rsidRPr="00030361" w:rsidRDefault="005D4F35" w:rsidP="005D4F35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1417" w:type="dxa"/>
            <w:hideMark/>
          </w:tcPr>
          <w:p w:rsidR="005D4F35" w:rsidRPr="00030361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D4F35" w:rsidRPr="00030361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5D4F35" w:rsidRPr="00030361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D4F35" w:rsidRPr="00743864" w:rsidTr="005A715A">
        <w:trPr>
          <w:trHeight w:val="630"/>
        </w:trPr>
        <w:tc>
          <w:tcPr>
            <w:tcW w:w="675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928" w:type="dxa"/>
            <w:hideMark/>
          </w:tcPr>
          <w:p w:rsidR="005D4F35" w:rsidRPr="00030361" w:rsidRDefault="005D4F35" w:rsidP="005D4F35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1417" w:type="dxa"/>
            <w:hideMark/>
          </w:tcPr>
          <w:p w:rsidR="005D4F35" w:rsidRPr="00030361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D4F35" w:rsidRPr="00030361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5D4F35" w:rsidRPr="00030361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D4F35" w:rsidRPr="00743864" w:rsidTr="005A715A">
        <w:trPr>
          <w:trHeight w:val="630"/>
        </w:trPr>
        <w:tc>
          <w:tcPr>
            <w:tcW w:w="675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5928" w:type="dxa"/>
            <w:hideMark/>
          </w:tcPr>
          <w:p w:rsidR="005D4F35" w:rsidRPr="00030361" w:rsidRDefault="005D4F35" w:rsidP="005D4F35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1417" w:type="dxa"/>
            <w:hideMark/>
          </w:tcPr>
          <w:p w:rsidR="005D4F35" w:rsidRPr="00030361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D4F35" w:rsidRPr="00030361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5D4F35" w:rsidRPr="00030361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D4F35" w:rsidRPr="00743864" w:rsidTr="005A715A">
        <w:trPr>
          <w:trHeight w:val="630"/>
        </w:trPr>
        <w:tc>
          <w:tcPr>
            <w:tcW w:w="675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5928" w:type="dxa"/>
            <w:hideMark/>
          </w:tcPr>
          <w:p w:rsidR="005D4F35" w:rsidRPr="00030361" w:rsidRDefault="005D4F35" w:rsidP="005D4F35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1417" w:type="dxa"/>
            <w:hideMark/>
          </w:tcPr>
          <w:p w:rsidR="005D4F35" w:rsidRPr="00030361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D4F35" w:rsidRPr="00030361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5D4F35" w:rsidRPr="00030361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D4F35" w:rsidRPr="00743864" w:rsidTr="005A715A">
        <w:trPr>
          <w:trHeight w:val="315"/>
        </w:trPr>
        <w:tc>
          <w:tcPr>
            <w:tcW w:w="675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5928" w:type="dxa"/>
            <w:hideMark/>
          </w:tcPr>
          <w:p w:rsidR="005D4F35" w:rsidRPr="00030361" w:rsidRDefault="005D4F35" w:rsidP="005D4F35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1417" w:type="dxa"/>
            <w:hideMark/>
          </w:tcPr>
          <w:p w:rsidR="005D4F35" w:rsidRPr="00030361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D4F35" w:rsidRPr="00030361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5D4F35" w:rsidRPr="00030361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D4F35" w:rsidRPr="00743864" w:rsidTr="005A715A">
        <w:trPr>
          <w:trHeight w:val="315"/>
        </w:trPr>
        <w:tc>
          <w:tcPr>
            <w:tcW w:w="675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5928" w:type="dxa"/>
            <w:hideMark/>
          </w:tcPr>
          <w:p w:rsidR="005D4F35" w:rsidRPr="000F654B" w:rsidRDefault="005D4F35" w:rsidP="005D4F35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1417" w:type="dxa"/>
            <w:hideMark/>
          </w:tcPr>
          <w:p w:rsidR="005D4F35" w:rsidRPr="000F654B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D4F35" w:rsidRPr="000F654B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5D4F35" w:rsidRPr="000F654B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D4F35" w:rsidRPr="00E110AC" w:rsidTr="005A715A">
        <w:trPr>
          <w:trHeight w:val="315"/>
        </w:trPr>
        <w:tc>
          <w:tcPr>
            <w:tcW w:w="675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5928" w:type="dxa"/>
            <w:hideMark/>
          </w:tcPr>
          <w:p w:rsidR="005D4F35" w:rsidRPr="002C6A5B" w:rsidRDefault="005D4F35" w:rsidP="005D4F35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9</w:t>
            </w:r>
          </w:p>
        </w:tc>
        <w:tc>
          <w:tcPr>
            <w:tcW w:w="1417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D4F35" w:rsidRPr="00E110AC" w:rsidTr="005A715A">
        <w:trPr>
          <w:trHeight w:val="315"/>
        </w:trPr>
        <w:tc>
          <w:tcPr>
            <w:tcW w:w="675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5928" w:type="dxa"/>
            <w:hideMark/>
          </w:tcPr>
          <w:p w:rsidR="005D4F35" w:rsidRPr="000F654B" w:rsidRDefault="005D4F35" w:rsidP="005D4F35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Умножения дробей</w:t>
            </w:r>
          </w:p>
        </w:tc>
        <w:tc>
          <w:tcPr>
            <w:tcW w:w="1417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D4F35" w:rsidRPr="00E110AC" w:rsidTr="005A715A">
        <w:trPr>
          <w:trHeight w:val="315"/>
        </w:trPr>
        <w:tc>
          <w:tcPr>
            <w:tcW w:w="675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5928" w:type="dxa"/>
            <w:hideMark/>
          </w:tcPr>
          <w:p w:rsidR="005D4F35" w:rsidRPr="000F654B" w:rsidRDefault="005D4F35" w:rsidP="005D4F35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Умножения дробей</w:t>
            </w:r>
          </w:p>
        </w:tc>
        <w:tc>
          <w:tcPr>
            <w:tcW w:w="1417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D4F35" w:rsidRPr="00E110AC" w:rsidTr="005A715A">
        <w:trPr>
          <w:trHeight w:val="315"/>
        </w:trPr>
        <w:tc>
          <w:tcPr>
            <w:tcW w:w="675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5928" w:type="dxa"/>
            <w:hideMark/>
          </w:tcPr>
          <w:p w:rsidR="005D4F35" w:rsidRPr="000F654B" w:rsidRDefault="005D4F35" w:rsidP="005D4F35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части целого</w:t>
            </w:r>
          </w:p>
        </w:tc>
        <w:tc>
          <w:tcPr>
            <w:tcW w:w="1417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D4F35" w:rsidRPr="00FC1E60" w:rsidTr="005A715A">
        <w:trPr>
          <w:trHeight w:val="630"/>
        </w:trPr>
        <w:tc>
          <w:tcPr>
            <w:tcW w:w="675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5928" w:type="dxa"/>
            <w:hideMark/>
          </w:tcPr>
          <w:p w:rsidR="005D4F35" w:rsidRPr="00030361" w:rsidRDefault="005D4F35" w:rsidP="005D4F35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части целого</w:t>
            </w:r>
          </w:p>
        </w:tc>
        <w:tc>
          <w:tcPr>
            <w:tcW w:w="1417" w:type="dxa"/>
            <w:hideMark/>
          </w:tcPr>
          <w:p w:rsidR="005D4F35" w:rsidRPr="00030361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D4F35" w:rsidRPr="00030361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5D4F35" w:rsidRPr="00030361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D4F35" w:rsidRPr="00E110AC" w:rsidTr="005A715A">
        <w:trPr>
          <w:trHeight w:val="315"/>
        </w:trPr>
        <w:tc>
          <w:tcPr>
            <w:tcW w:w="675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928" w:type="dxa"/>
            <w:hideMark/>
          </w:tcPr>
          <w:p w:rsidR="005D4F35" w:rsidRPr="000F654B" w:rsidRDefault="005D4F35" w:rsidP="005D4F35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части целого</w:t>
            </w:r>
          </w:p>
        </w:tc>
        <w:tc>
          <w:tcPr>
            <w:tcW w:w="1417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5D4F35" w:rsidRPr="00E110AC" w:rsidRDefault="005D4F35" w:rsidP="005D4F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03BE7" w:rsidRPr="00FC1E60" w:rsidTr="005A715A">
        <w:trPr>
          <w:trHeight w:val="315"/>
        </w:trPr>
        <w:tc>
          <w:tcPr>
            <w:tcW w:w="675" w:type="dxa"/>
            <w:hideMark/>
          </w:tcPr>
          <w:p w:rsidR="00303BE7" w:rsidRPr="00303BE7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928" w:type="dxa"/>
            <w:hideMark/>
          </w:tcPr>
          <w:p w:rsidR="00303BE7" w:rsidRPr="00030361" w:rsidRDefault="00303BE7" w:rsidP="00303BE7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дробей</w:t>
            </w:r>
          </w:p>
        </w:tc>
        <w:tc>
          <w:tcPr>
            <w:tcW w:w="1417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03BE7" w:rsidRPr="00FC1E60" w:rsidTr="005A715A">
        <w:trPr>
          <w:trHeight w:val="315"/>
        </w:trPr>
        <w:tc>
          <w:tcPr>
            <w:tcW w:w="675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928" w:type="dxa"/>
            <w:hideMark/>
          </w:tcPr>
          <w:p w:rsidR="00303BE7" w:rsidRPr="00030361" w:rsidRDefault="00303BE7" w:rsidP="00303BE7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дробей</w:t>
            </w:r>
          </w:p>
        </w:tc>
        <w:tc>
          <w:tcPr>
            <w:tcW w:w="1417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03BE7" w:rsidRPr="00743864" w:rsidTr="00303BE7">
        <w:trPr>
          <w:trHeight w:val="202"/>
        </w:trPr>
        <w:tc>
          <w:tcPr>
            <w:tcW w:w="675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5928" w:type="dxa"/>
            <w:hideMark/>
          </w:tcPr>
          <w:p w:rsidR="00303BE7" w:rsidRPr="000F654B" w:rsidRDefault="00303BE7" w:rsidP="00303BE7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целого по его части</w:t>
            </w:r>
          </w:p>
        </w:tc>
        <w:tc>
          <w:tcPr>
            <w:tcW w:w="1417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03BE7" w:rsidRPr="00743864" w:rsidTr="005A715A">
        <w:trPr>
          <w:trHeight w:val="315"/>
        </w:trPr>
        <w:tc>
          <w:tcPr>
            <w:tcW w:w="675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5928" w:type="dxa"/>
            <w:hideMark/>
          </w:tcPr>
          <w:p w:rsidR="00303BE7" w:rsidRPr="00030361" w:rsidRDefault="00303BE7" w:rsidP="00303BE7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целого по его части</w:t>
            </w:r>
          </w:p>
        </w:tc>
        <w:tc>
          <w:tcPr>
            <w:tcW w:w="1417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03BE7" w:rsidRPr="00743864" w:rsidTr="005A715A">
        <w:trPr>
          <w:trHeight w:val="315"/>
        </w:trPr>
        <w:tc>
          <w:tcPr>
            <w:tcW w:w="675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115</w:t>
            </w:r>
          </w:p>
        </w:tc>
        <w:tc>
          <w:tcPr>
            <w:tcW w:w="5928" w:type="dxa"/>
            <w:hideMark/>
          </w:tcPr>
          <w:p w:rsidR="00303BE7" w:rsidRPr="00030361" w:rsidRDefault="00303BE7" w:rsidP="00303BE7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целого по его части</w:t>
            </w:r>
          </w:p>
        </w:tc>
        <w:tc>
          <w:tcPr>
            <w:tcW w:w="1417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03BE7" w:rsidRPr="00E110AC" w:rsidTr="005A715A">
        <w:trPr>
          <w:trHeight w:val="315"/>
        </w:trPr>
        <w:tc>
          <w:tcPr>
            <w:tcW w:w="675" w:type="dxa"/>
            <w:hideMark/>
          </w:tcPr>
          <w:p w:rsidR="00303BE7" w:rsidRPr="003D3C2E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</w:t>
            </w:r>
            <w:r w:rsidR="003D3C2E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928" w:type="dxa"/>
            <w:hideMark/>
          </w:tcPr>
          <w:p w:rsidR="00303BE7" w:rsidRPr="002C6A5B" w:rsidRDefault="00303BE7" w:rsidP="00303BE7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10</w:t>
            </w:r>
          </w:p>
        </w:tc>
        <w:tc>
          <w:tcPr>
            <w:tcW w:w="1417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03BE7" w:rsidRPr="00E110AC" w:rsidTr="005A715A">
        <w:trPr>
          <w:trHeight w:val="315"/>
        </w:trPr>
        <w:tc>
          <w:tcPr>
            <w:tcW w:w="675" w:type="dxa"/>
            <w:hideMark/>
          </w:tcPr>
          <w:p w:rsidR="00303BE7" w:rsidRPr="003D3C2E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</w:t>
            </w:r>
            <w:r w:rsidR="003D3C2E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928" w:type="dxa"/>
            <w:hideMark/>
          </w:tcPr>
          <w:p w:rsidR="00303BE7" w:rsidRPr="000F654B" w:rsidRDefault="00303BE7" w:rsidP="00303BE7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Десятичная запись дробей</w:t>
            </w:r>
          </w:p>
        </w:tc>
        <w:tc>
          <w:tcPr>
            <w:tcW w:w="1417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03BE7" w:rsidRPr="00E110AC" w:rsidTr="005A715A">
        <w:trPr>
          <w:trHeight w:val="315"/>
        </w:trPr>
        <w:tc>
          <w:tcPr>
            <w:tcW w:w="675" w:type="dxa"/>
            <w:hideMark/>
          </w:tcPr>
          <w:p w:rsidR="00303BE7" w:rsidRPr="003D3C2E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</w:t>
            </w:r>
            <w:r w:rsidR="003D3C2E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928" w:type="dxa"/>
            <w:hideMark/>
          </w:tcPr>
          <w:p w:rsidR="00303BE7" w:rsidRPr="000F654B" w:rsidRDefault="00303BE7" w:rsidP="00303BE7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Десятичная запись дробей</w:t>
            </w:r>
          </w:p>
        </w:tc>
        <w:tc>
          <w:tcPr>
            <w:tcW w:w="1417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D3C2E" w:rsidRPr="00E110AC" w:rsidTr="005A715A">
        <w:trPr>
          <w:trHeight w:val="315"/>
        </w:trPr>
        <w:tc>
          <w:tcPr>
            <w:tcW w:w="675" w:type="dxa"/>
          </w:tcPr>
          <w:p w:rsidR="003D3C2E" w:rsidRPr="003D3C2E" w:rsidRDefault="003D3C2E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119</w:t>
            </w:r>
          </w:p>
        </w:tc>
        <w:tc>
          <w:tcPr>
            <w:tcW w:w="5928" w:type="dxa"/>
          </w:tcPr>
          <w:p w:rsidR="003D3C2E" w:rsidRPr="000F654B" w:rsidRDefault="003D3C2E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3C2E">
              <w:rPr>
                <w:rFonts w:ascii="Times New Roman" w:hAnsi="Times New Roman"/>
                <w:sz w:val="24"/>
                <w:szCs w:val="24"/>
                <w:lang w:val="ru-RU"/>
              </w:rPr>
              <w:t>Величины и десятичные дроби</w:t>
            </w:r>
          </w:p>
        </w:tc>
        <w:tc>
          <w:tcPr>
            <w:tcW w:w="1417" w:type="dxa"/>
          </w:tcPr>
          <w:p w:rsidR="003D3C2E" w:rsidRPr="00E110AC" w:rsidRDefault="003D3C2E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3C2E" w:rsidRPr="00E110AC" w:rsidRDefault="003D3C2E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D3C2E" w:rsidRPr="00E110AC" w:rsidRDefault="003D3C2E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BE7" w:rsidRPr="00E110AC" w:rsidTr="005A715A">
        <w:trPr>
          <w:trHeight w:val="315"/>
        </w:trPr>
        <w:tc>
          <w:tcPr>
            <w:tcW w:w="675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928" w:type="dxa"/>
            <w:hideMark/>
          </w:tcPr>
          <w:p w:rsidR="00303BE7" w:rsidRPr="000F654B" w:rsidRDefault="00303BE7" w:rsidP="00303BE7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десятичных дробей</w:t>
            </w:r>
          </w:p>
        </w:tc>
        <w:tc>
          <w:tcPr>
            <w:tcW w:w="1417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03BE7" w:rsidRPr="00E110AC" w:rsidTr="005A715A">
        <w:trPr>
          <w:trHeight w:val="315"/>
        </w:trPr>
        <w:tc>
          <w:tcPr>
            <w:tcW w:w="675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5928" w:type="dxa"/>
            <w:hideMark/>
          </w:tcPr>
          <w:p w:rsidR="00303BE7" w:rsidRPr="000F654B" w:rsidRDefault="00303BE7" w:rsidP="00303BE7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десятичных дробей</w:t>
            </w:r>
          </w:p>
        </w:tc>
        <w:tc>
          <w:tcPr>
            <w:tcW w:w="1417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D3C2E" w:rsidRPr="00E110AC" w:rsidTr="005A715A">
        <w:trPr>
          <w:trHeight w:val="315"/>
        </w:trPr>
        <w:tc>
          <w:tcPr>
            <w:tcW w:w="675" w:type="dxa"/>
            <w:hideMark/>
          </w:tcPr>
          <w:p w:rsidR="003D3C2E" w:rsidRPr="00E110AC" w:rsidRDefault="003D3C2E" w:rsidP="003D3C2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5928" w:type="dxa"/>
            <w:hideMark/>
          </w:tcPr>
          <w:p w:rsidR="003D3C2E" w:rsidRPr="000F654B" w:rsidRDefault="003D3C2E" w:rsidP="003D3C2E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Округление чисел. Прикидка</w:t>
            </w:r>
          </w:p>
        </w:tc>
        <w:tc>
          <w:tcPr>
            <w:tcW w:w="1417" w:type="dxa"/>
            <w:hideMark/>
          </w:tcPr>
          <w:p w:rsidR="003D3C2E" w:rsidRPr="00E110AC" w:rsidRDefault="003D3C2E" w:rsidP="003D3C2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D3C2E" w:rsidRPr="00E110AC" w:rsidRDefault="003D3C2E" w:rsidP="003D3C2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D3C2E" w:rsidRPr="00E110AC" w:rsidRDefault="003D3C2E" w:rsidP="003D3C2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D3C2E" w:rsidRPr="006866A3" w:rsidTr="005A715A">
        <w:trPr>
          <w:trHeight w:val="315"/>
        </w:trPr>
        <w:tc>
          <w:tcPr>
            <w:tcW w:w="675" w:type="dxa"/>
            <w:hideMark/>
          </w:tcPr>
          <w:p w:rsidR="003D3C2E" w:rsidRPr="00E110AC" w:rsidRDefault="003D3C2E" w:rsidP="003D3C2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5928" w:type="dxa"/>
            <w:hideMark/>
          </w:tcPr>
          <w:p w:rsidR="003D3C2E" w:rsidRPr="000F654B" w:rsidRDefault="003D3C2E" w:rsidP="003D3C2E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Округление чисел. Прикидка</w:t>
            </w:r>
          </w:p>
        </w:tc>
        <w:tc>
          <w:tcPr>
            <w:tcW w:w="1417" w:type="dxa"/>
            <w:hideMark/>
          </w:tcPr>
          <w:p w:rsidR="003D3C2E" w:rsidRPr="000F654B" w:rsidRDefault="003D3C2E" w:rsidP="003D3C2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D3C2E" w:rsidRPr="000F654B" w:rsidRDefault="003D3C2E" w:rsidP="003D3C2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D3C2E" w:rsidRPr="000F654B" w:rsidRDefault="003D3C2E" w:rsidP="003D3C2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03BE7" w:rsidRPr="00743864" w:rsidTr="005A715A">
        <w:trPr>
          <w:trHeight w:val="315"/>
        </w:trPr>
        <w:tc>
          <w:tcPr>
            <w:tcW w:w="675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5928" w:type="dxa"/>
            <w:hideMark/>
          </w:tcPr>
          <w:p w:rsidR="00303BE7" w:rsidRPr="000F654B" w:rsidRDefault="00303BE7" w:rsidP="00303BE7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303BE7" w:rsidRPr="000F654B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03BE7" w:rsidRPr="000F654B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03BE7" w:rsidRPr="000F654B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03BE7" w:rsidRPr="00743864" w:rsidTr="005A715A">
        <w:trPr>
          <w:trHeight w:val="315"/>
        </w:trPr>
        <w:tc>
          <w:tcPr>
            <w:tcW w:w="675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5928" w:type="dxa"/>
            <w:hideMark/>
          </w:tcPr>
          <w:p w:rsidR="00303BE7" w:rsidRPr="000F654B" w:rsidRDefault="00303BE7" w:rsidP="00303BE7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303BE7" w:rsidRPr="000F654B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03BE7" w:rsidRPr="000F654B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03BE7" w:rsidRPr="000F654B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03BE7" w:rsidRPr="00743864" w:rsidTr="005A715A">
        <w:trPr>
          <w:trHeight w:val="315"/>
        </w:trPr>
        <w:tc>
          <w:tcPr>
            <w:tcW w:w="675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5928" w:type="dxa"/>
            <w:hideMark/>
          </w:tcPr>
          <w:p w:rsidR="00303BE7" w:rsidRPr="000F654B" w:rsidRDefault="00303BE7" w:rsidP="00303BE7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303BE7" w:rsidRPr="000F654B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03BE7" w:rsidRPr="000F654B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03BE7" w:rsidRPr="000F654B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03BE7" w:rsidRPr="00743864" w:rsidTr="005A715A">
        <w:trPr>
          <w:trHeight w:val="315"/>
        </w:trPr>
        <w:tc>
          <w:tcPr>
            <w:tcW w:w="675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5928" w:type="dxa"/>
            <w:hideMark/>
          </w:tcPr>
          <w:p w:rsidR="00303BE7" w:rsidRPr="00030361" w:rsidRDefault="00303BE7" w:rsidP="00303BE7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D3C2E" w:rsidRPr="00743864" w:rsidTr="005A715A">
        <w:trPr>
          <w:trHeight w:val="315"/>
        </w:trPr>
        <w:tc>
          <w:tcPr>
            <w:tcW w:w="675" w:type="dxa"/>
            <w:hideMark/>
          </w:tcPr>
          <w:p w:rsidR="003D3C2E" w:rsidRPr="00E110AC" w:rsidRDefault="003D3C2E" w:rsidP="003D3C2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5928" w:type="dxa"/>
            <w:hideMark/>
          </w:tcPr>
          <w:p w:rsidR="003D3C2E" w:rsidRPr="000F654B" w:rsidRDefault="003D3C2E" w:rsidP="003D3C2E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3D3C2E" w:rsidRPr="00C56893" w:rsidRDefault="003D3C2E" w:rsidP="003D3C2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D3C2E" w:rsidRPr="00C56893" w:rsidRDefault="003D3C2E" w:rsidP="003D3C2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D3C2E" w:rsidRPr="00C56893" w:rsidRDefault="003D3C2E" w:rsidP="003D3C2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D3C2E" w:rsidRPr="00743864" w:rsidTr="005A715A">
        <w:trPr>
          <w:trHeight w:val="315"/>
        </w:trPr>
        <w:tc>
          <w:tcPr>
            <w:tcW w:w="675" w:type="dxa"/>
            <w:hideMark/>
          </w:tcPr>
          <w:p w:rsidR="003D3C2E" w:rsidRPr="00E110AC" w:rsidRDefault="003D3C2E" w:rsidP="003D3C2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5928" w:type="dxa"/>
            <w:hideMark/>
          </w:tcPr>
          <w:p w:rsidR="003D3C2E" w:rsidRPr="000F654B" w:rsidRDefault="003D3C2E" w:rsidP="003D3C2E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3D3C2E" w:rsidRPr="003D3C2E" w:rsidRDefault="003D3C2E" w:rsidP="003D3C2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D3C2E" w:rsidRPr="003D3C2E" w:rsidRDefault="003D3C2E" w:rsidP="003D3C2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D3C2E" w:rsidRPr="003D3C2E" w:rsidRDefault="003D3C2E" w:rsidP="003D3C2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03BE7" w:rsidRPr="00E110AC" w:rsidTr="005A715A">
        <w:trPr>
          <w:trHeight w:val="315"/>
        </w:trPr>
        <w:tc>
          <w:tcPr>
            <w:tcW w:w="675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5928" w:type="dxa"/>
            <w:hideMark/>
          </w:tcPr>
          <w:p w:rsidR="00303BE7" w:rsidRPr="002C6A5B" w:rsidRDefault="00303BE7" w:rsidP="00303BE7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11</w:t>
            </w:r>
          </w:p>
        </w:tc>
        <w:tc>
          <w:tcPr>
            <w:tcW w:w="1417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03BE7" w:rsidRPr="00743864" w:rsidTr="005A715A">
        <w:trPr>
          <w:trHeight w:val="315"/>
        </w:trPr>
        <w:tc>
          <w:tcPr>
            <w:tcW w:w="675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5928" w:type="dxa"/>
            <w:hideMark/>
          </w:tcPr>
          <w:p w:rsidR="00303BE7" w:rsidRPr="000F654B" w:rsidRDefault="00303BE7" w:rsidP="00303BE7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303BE7" w:rsidRPr="000F654B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03BE7" w:rsidRPr="000F654B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03BE7" w:rsidRPr="000F654B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03BE7" w:rsidRPr="00743864" w:rsidTr="005A715A">
        <w:trPr>
          <w:trHeight w:val="315"/>
        </w:trPr>
        <w:tc>
          <w:tcPr>
            <w:tcW w:w="675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5928" w:type="dxa"/>
            <w:hideMark/>
          </w:tcPr>
          <w:p w:rsidR="00303BE7" w:rsidRPr="000F654B" w:rsidRDefault="00303BE7" w:rsidP="00303BE7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303BE7" w:rsidRPr="000F654B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03BE7" w:rsidRPr="000F654B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03BE7" w:rsidRPr="000F654B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03BE7" w:rsidRPr="00743864" w:rsidTr="005A715A">
        <w:trPr>
          <w:trHeight w:val="315"/>
        </w:trPr>
        <w:tc>
          <w:tcPr>
            <w:tcW w:w="675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5928" w:type="dxa"/>
            <w:hideMark/>
          </w:tcPr>
          <w:p w:rsidR="00303BE7" w:rsidRPr="00030361" w:rsidRDefault="00303BE7" w:rsidP="00303BE7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03BE7" w:rsidRPr="00743864" w:rsidTr="005A715A">
        <w:trPr>
          <w:trHeight w:val="315"/>
        </w:trPr>
        <w:tc>
          <w:tcPr>
            <w:tcW w:w="675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5928" w:type="dxa"/>
            <w:hideMark/>
          </w:tcPr>
          <w:p w:rsidR="00303BE7" w:rsidRPr="00030361" w:rsidRDefault="00303BE7" w:rsidP="00303BE7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03BE7" w:rsidRPr="00743864" w:rsidTr="005A715A">
        <w:trPr>
          <w:trHeight w:val="315"/>
        </w:trPr>
        <w:tc>
          <w:tcPr>
            <w:tcW w:w="675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5928" w:type="dxa"/>
            <w:hideMark/>
          </w:tcPr>
          <w:p w:rsidR="00303BE7" w:rsidRPr="00030361" w:rsidRDefault="00303BE7" w:rsidP="00303BE7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03BE7" w:rsidRPr="00743864" w:rsidTr="005A715A">
        <w:trPr>
          <w:trHeight w:val="315"/>
        </w:trPr>
        <w:tc>
          <w:tcPr>
            <w:tcW w:w="675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5928" w:type="dxa"/>
            <w:hideMark/>
          </w:tcPr>
          <w:p w:rsidR="00303BE7" w:rsidRPr="000F654B" w:rsidRDefault="00303BE7" w:rsidP="00303BE7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303BE7" w:rsidRPr="000F654B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03BE7" w:rsidRPr="000F654B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03BE7" w:rsidRPr="000F654B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03BE7" w:rsidRPr="00743864" w:rsidTr="005A715A">
        <w:trPr>
          <w:trHeight w:val="315"/>
        </w:trPr>
        <w:tc>
          <w:tcPr>
            <w:tcW w:w="675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5928" w:type="dxa"/>
            <w:hideMark/>
          </w:tcPr>
          <w:p w:rsidR="00303BE7" w:rsidRPr="00030361" w:rsidRDefault="00303BE7" w:rsidP="00303BE7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03BE7" w:rsidRPr="00743864" w:rsidTr="005A715A">
        <w:trPr>
          <w:trHeight w:val="315"/>
        </w:trPr>
        <w:tc>
          <w:tcPr>
            <w:tcW w:w="675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5928" w:type="dxa"/>
            <w:hideMark/>
          </w:tcPr>
          <w:p w:rsidR="00303BE7" w:rsidRPr="000F654B" w:rsidRDefault="00303BE7" w:rsidP="00303BE7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303BE7" w:rsidRPr="000F654B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03BE7" w:rsidRPr="000F654B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03BE7" w:rsidRPr="000F654B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03BE7" w:rsidRPr="00E110AC" w:rsidTr="005A715A">
        <w:trPr>
          <w:trHeight w:val="315"/>
        </w:trPr>
        <w:tc>
          <w:tcPr>
            <w:tcW w:w="675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5928" w:type="dxa"/>
            <w:hideMark/>
          </w:tcPr>
          <w:p w:rsidR="00303BE7" w:rsidRPr="000F654B" w:rsidRDefault="00303BE7" w:rsidP="00303BE7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на десятичную дробь</w:t>
            </w:r>
          </w:p>
        </w:tc>
        <w:tc>
          <w:tcPr>
            <w:tcW w:w="1417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03BE7" w:rsidRPr="00E110AC" w:rsidTr="005A715A">
        <w:trPr>
          <w:trHeight w:val="315"/>
        </w:trPr>
        <w:tc>
          <w:tcPr>
            <w:tcW w:w="675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5928" w:type="dxa"/>
            <w:hideMark/>
          </w:tcPr>
          <w:p w:rsidR="00303BE7" w:rsidRPr="000F654B" w:rsidRDefault="00303BE7" w:rsidP="00303BE7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на десятичную дробь</w:t>
            </w:r>
          </w:p>
        </w:tc>
        <w:tc>
          <w:tcPr>
            <w:tcW w:w="1417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03BE7" w:rsidRPr="00FC1E60" w:rsidTr="005A715A">
        <w:trPr>
          <w:trHeight w:val="315"/>
        </w:trPr>
        <w:tc>
          <w:tcPr>
            <w:tcW w:w="675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5928" w:type="dxa"/>
            <w:hideMark/>
          </w:tcPr>
          <w:p w:rsidR="00303BE7" w:rsidRPr="00030361" w:rsidRDefault="00303BE7" w:rsidP="00303BE7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на десятичную дробь</w:t>
            </w:r>
          </w:p>
        </w:tc>
        <w:tc>
          <w:tcPr>
            <w:tcW w:w="1417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03BE7" w:rsidRPr="00FC1E60" w:rsidTr="005A715A">
        <w:trPr>
          <w:trHeight w:val="315"/>
        </w:trPr>
        <w:tc>
          <w:tcPr>
            <w:tcW w:w="675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5928" w:type="dxa"/>
            <w:hideMark/>
          </w:tcPr>
          <w:p w:rsidR="00303BE7" w:rsidRPr="000F654B" w:rsidRDefault="00303BE7" w:rsidP="00303BE7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на десятичную дробь</w:t>
            </w:r>
          </w:p>
        </w:tc>
        <w:tc>
          <w:tcPr>
            <w:tcW w:w="1417" w:type="dxa"/>
            <w:hideMark/>
          </w:tcPr>
          <w:p w:rsidR="00303BE7" w:rsidRPr="00C56893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03BE7" w:rsidRPr="00C56893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03BE7" w:rsidRPr="00C56893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03BE7" w:rsidRPr="00FC1E60" w:rsidTr="005A715A">
        <w:trPr>
          <w:trHeight w:val="315"/>
        </w:trPr>
        <w:tc>
          <w:tcPr>
            <w:tcW w:w="675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5928" w:type="dxa"/>
            <w:hideMark/>
          </w:tcPr>
          <w:p w:rsidR="00303BE7" w:rsidRPr="00030361" w:rsidRDefault="00303BE7" w:rsidP="00303BE7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на десятичную дробь</w:t>
            </w:r>
          </w:p>
        </w:tc>
        <w:tc>
          <w:tcPr>
            <w:tcW w:w="1417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03BE7" w:rsidRPr="00FC1E60" w:rsidTr="005A715A">
        <w:trPr>
          <w:trHeight w:val="315"/>
        </w:trPr>
        <w:tc>
          <w:tcPr>
            <w:tcW w:w="675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5928" w:type="dxa"/>
            <w:hideMark/>
          </w:tcPr>
          <w:p w:rsidR="00303BE7" w:rsidRPr="00030361" w:rsidRDefault="00303BE7" w:rsidP="00303BE7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десятичную дробь</w:t>
            </w:r>
          </w:p>
        </w:tc>
        <w:tc>
          <w:tcPr>
            <w:tcW w:w="1417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03BE7" w:rsidRPr="00FC1E60" w:rsidTr="005A715A">
        <w:trPr>
          <w:trHeight w:val="315"/>
        </w:trPr>
        <w:tc>
          <w:tcPr>
            <w:tcW w:w="675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5928" w:type="dxa"/>
            <w:hideMark/>
          </w:tcPr>
          <w:p w:rsidR="00303BE7" w:rsidRPr="00030361" w:rsidRDefault="00303BE7" w:rsidP="00303BE7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десятичную дробь</w:t>
            </w:r>
          </w:p>
        </w:tc>
        <w:tc>
          <w:tcPr>
            <w:tcW w:w="1417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03BE7" w:rsidRPr="00FC1E60" w:rsidTr="005A715A">
        <w:trPr>
          <w:trHeight w:val="315"/>
        </w:trPr>
        <w:tc>
          <w:tcPr>
            <w:tcW w:w="675" w:type="dxa"/>
            <w:hideMark/>
          </w:tcPr>
          <w:p w:rsidR="00303BE7" w:rsidRPr="00303BE7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5928" w:type="dxa"/>
            <w:hideMark/>
          </w:tcPr>
          <w:p w:rsidR="00303BE7" w:rsidRPr="00030361" w:rsidRDefault="00303BE7" w:rsidP="00303BE7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десятичную дробь</w:t>
            </w:r>
          </w:p>
        </w:tc>
        <w:tc>
          <w:tcPr>
            <w:tcW w:w="1417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03BE7" w:rsidRPr="00FC1E60" w:rsidTr="005A715A">
        <w:trPr>
          <w:trHeight w:val="315"/>
        </w:trPr>
        <w:tc>
          <w:tcPr>
            <w:tcW w:w="675" w:type="dxa"/>
            <w:hideMark/>
          </w:tcPr>
          <w:p w:rsidR="00303BE7" w:rsidRPr="00E110AC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928" w:type="dxa"/>
            <w:hideMark/>
          </w:tcPr>
          <w:p w:rsidR="00303BE7" w:rsidRPr="00030361" w:rsidRDefault="00303BE7" w:rsidP="00303BE7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десятичную дробь</w:t>
            </w:r>
          </w:p>
        </w:tc>
        <w:tc>
          <w:tcPr>
            <w:tcW w:w="1417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303BE7" w:rsidRPr="00030361" w:rsidRDefault="00303BE7" w:rsidP="00303BE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E110AC" w:rsidTr="005A715A">
        <w:trPr>
          <w:trHeight w:val="315"/>
        </w:trPr>
        <w:tc>
          <w:tcPr>
            <w:tcW w:w="675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5928" w:type="dxa"/>
            <w:hideMark/>
          </w:tcPr>
          <w:p w:rsidR="000F654B" w:rsidRPr="000F654B" w:rsidRDefault="000F654B" w:rsidP="000F654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десятичную дробь</w:t>
            </w:r>
          </w:p>
        </w:tc>
        <w:tc>
          <w:tcPr>
            <w:tcW w:w="1417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743864" w:rsidTr="005A715A">
        <w:trPr>
          <w:trHeight w:val="315"/>
        </w:trPr>
        <w:tc>
          <w:tcPr>
            <w:tcW w:w="675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5928" w:type="dxa"/>
            <w:hideMark/>
          </w:tcPr>
          <w:p w:rsidR="00EA45DD" w:rsidRPr="000F654B" w:rsidRDefault="00EA45DD" w:rsidP="000F654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A45DD">
              <w:rPr>
                <w:rFonts w:ascii="Times New Roman" w:hAnsi="Times New Roman"/>
                <w:sz w:val="24"/>
                <w:szCs w:val="24"/>
                <w:lang w:val="ru-RU"/>
              </w:rPr>
              <w:t>Решение задач с десятичными дробям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</w:p>
        </w:tc>
        <w:tc>
          <w:tcPr>
            <w:tcW w:w="1417" w:type="dxa"/>
            <w:hideMark/>
          </w:tcPr>
          <w:p w:rsidR="000F654B" w:rsidRPr="00EA45DD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EA45DD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EA45DD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743864" w:rsidTr="005A715A">
        <w:trPr>
          <w:trHeight w:val="315"/>
        </w:trPr>
        <w:tc>
          <w:tcPr>
            <w:tcW w:w="675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928" w:type="dxa"/>
            <w:hideMark/>
          </w:tcPr>
          <w:p w:rsidR="000F654B" w:rsidRPr="00030361" w:rsidRDefault="00EA45DD" w:rsidP="000F654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A45DD">
              <w:rPr>
                <w:rFonts w:ascii="Times New Roman" w:hAnsi="Times New Roman"/>
                <w:sz w:val="24"/>
                <w:szCs w:val="24"/>
                <w:lang w:val="ru-RU"/>
              </w:rPr>
              <w:t>Решение задач с десятичными дробям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</w:p>
        </w:tc>
        <w:tc>
          <w:tcPr>
            <w:tcW w:w="1417" w:type="dxa"/>
            <w:hideMark/>
          </w:tcPr>
          <w:p w:rsidR="000F654B" w:rsidRPr="00030361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030361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030361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FC1E60" w:rsidTr="005A715A">
        <w:trPr>
          <w:trHeight w:val="315"/>
        </w:trPr>
        <w:tc>
          <w:tcPr>
            <w:tcW w:w="675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5928" w:type="dxa"/>
            <w:hideMark/>
          </w:tcPr>
          <w:p w:rsidR="000F654B" w:rsidRPr="002C6A5B" w:rsidRDefault="000F654B" w:rsidP="000F654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12</w:t>
            </w:r>
          </w:p>
        </w:tc>
        <w:tc>
          <w:tcPr>
            <w:tcW w:w="1417" w:type="dxa"/>
            <w:hideMark/>
          </w:tcPr>
          <w:p w:rsidR="000F654B" w:rsidRPr="00C56893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C56893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C56893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E110AC" w:rsidTr="005A715A">
        <w:trPr>
          <w:trHeight w:val="315"/>
        </w:trPr>
        <w:tc>
          <w:tcPr>
            <w:tcW w:w="675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152</w:t>
            </w:r>
          </w:p>
        </w:tc>
        <w:tc>
          <w:tcPr>
            <w:tcW w:w="5928" w:type="dxa"/>
            <w:hideMark/>
          </w:tcPr>
          <w:p w:rsidR="000F654B" w:rsidRPr="000F654B" w:rsidRDefault="000F654B" w:rsidP="000F654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Калькулятор</w:t>
            </w:r>
          </w:p>
        </w:tc>
        <w:tc>
          <w:tcPr>
            <w:tcW w:w="1417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E110AC" w:rsidTr="005A715A">
        <w:trPr>
          <w:trHeight w:val="315"/>
        </w:trPr>
        <w:tc>
          <w:tcPr>
            <w:tcW w:w="675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5928" w:type="dxa"/>
            <w:hideMark/>
          </w:tcPr>
          <w:p w:rsidR="000F654B" w:rsidRPr="000F654B" w:rsidRDefault="000F654B" w:rsidP="000F654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Калькулятор</w:t>
            </w:r>
          </w:p>
        </w:tc>
        <w:tc>
          <w:tcPr>
            <w:tcW w:w="1417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E110AC" w:rsidTr="005A715A">
        <w:trPr>
          <w:trHeight w:val="315"/>
        </w:trPr>
        <w:tc>
          <w:tcPr>
            <w:tcW w:w="675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5928" w:type="dxa"/>
            <w:hideMark/>
          </w:tcPr>
          <w:p w:rsidR="000F654B" w:rsidRPr="000F654B" w:rsidRDefault="000F654B" w:rsidP="000F654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Калькулятор</w:t>
            </w:r>
          </w:p>
        </w:tc>
        <w:tc>
          <w:tcPr>
            <w:tcW w:w="1417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E110AC" w:rsidTr="0019284F">
        <w:trPr>
          <w:trHeight w:val="315"/>
        </w:trPr>
        <w:tc>
          <w:tcPr>
            <w:tcW w:w="675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5928" w:type="dxa"/>
            <w:vAlign w:val="center"/>
            <w:hideMark/>
          </w:tcPr>
          <w:p w:rsidR="000F654B" w:rsidRPr="000F654B" w:rsidRDefault="000F654B" w:rsidP="000F654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Виды углов. Чертёжный треугольник</w:t>
            </w:r>
          </w:p>
        </w:tc>
        <w:tc>
          <w:tcPr>
            <w:tcW w:w="1417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E110AC" w:rsidTr="0019284F">
        <w:trPr>
          <w:trHeight w:val="315"/>
        </w:trPr>
        <w:tc>
          <w:tcPr>
            <w:tcW w:w="675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5928" w:type="dxa"/>
            <w:vAlign w:val="center"/>
            <w:hideMark/>
          </w:tcPr>
          <w:p w:rsidR="000F654B" w:rsidRPr="000F654B" w:rsidRDefault="000F654B" w:rsidP="000F654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Виды углов. Чертёжный треугольник</w:t>
            </w:r>
          </w:p>
        </w:tc>
        <w:tc>
          <w:tcPr>
            <w:tcW w:w="1417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E110AC" w:rsidTr="0019284F">
        <w:trPr>
          <w:trHeight w:val="315"/>
        </w:trPr>
        <w:tc>
          <w:tcPr>
            <w:tcW w:w="675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5928" w:type="dxa"/>
            <w:vAlign w:val="center"/>
            <w:hideMark/>
          </w:tcPr>
          <w:p w:rsidR="000F654B" w:rsidRPr="000F654B" w:rsidRDefault="000F654B" w:rsidP="000F654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Виды углов. Чертёжный треугольник</w:t>
            </w:r>
          </w:p>
        </w:tc>
        <w:tc>
          <w:tcPr>
            <w:tcW w:w="1417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E110AC" w:rsidTr="0019284F">
        <w:trPr>
          <w:trHeight w:val="315"/>
        </w:trPr>
        <w:tc>
          <w:tcPr>
            <w:tcW w:w="675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5928" w:type="dxa"/>
            <w:vAlign w:val="center"/>
            <w:hideMark/>
          </w:tcPr>
          <w:p w:rsidR="000F654B" w:rsidRPr="000F654B" w:rsidRDefault="000F654B" w:rsidP="000F654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Виды углов. Чертёжный треугольник</w:t>
            </w:r>
          </w:p>
        </w:tc>
        <w:tc>
          <w:tcPr>
            <w:tcW w:w="1417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E110AC" w:rsidTr="0019284F">
        <w:trPr>
          <w:trHeight w:val="315"/>
        </w:trPr>
        <w:tc>
          <w:tcPr>
            <w:tcW w:w="675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5928" w:type="dxa"/>
            <w:noWrap/>
            <w:vAlign w:val="center"/>
            <w:hideMark/>
          </w:tcPr>
          <w:p w:rsidR="000F654B" w:rsidRPr="000F654B" w:rsidRDefault="000F654B" w:rsidP="000F654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Измерение углов. Транспортир</w:t>
            </w:r>
          </w:p>
        </w:tc>
        <w:tc>
          <w:tcPr>
            <w:tcW w:w="1417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E110AC" w:rsidTr="0019284F">
        <w:trPr>
          <w:trHeight w:val="315"/>
        </w:trPr>
        <w:tc>
          <w:tcPr>
            <w:tcW w:w="675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5928" w:type="dxa"/>
            <w:noWrap/>
            <w:vAlign w:val="center"/>
            <w:hideMark/>
          </w:tcPr>
          <w:p w:rsidR="000F654B" w:rsidRPr="000F654B" w:rsidRDefault="000F654B" w:rsidP="000F654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Измерение углов. Транспортир</w:t>
            </w:r>
          </w:p>
        </w:tc>
        <w:tc>
          <w:tcPr>
            <w:tcW w:w="1417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FC1E60" w:rsidTr="000F654B">
        <w:trPr>
          <w:trHeight w:val="254"/>
        </w:trPr>
        <w:tc>
          <w:tcPr>
            <w:tcW w:w="675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5928" w:type="dxa"/>
            <w:vAlign w:val="center"/>
            <w:hideMark/>
          </w:tcPr>
          <w:p w:rsidR="000F654B" w:rsidRPr="00030361" w:rsidRDefault="000F654B" w:rsidP="000F654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Измерение углов. Транспортир</w:t>
            </w:r>
          </w:p>
        </w:tc>
        <w:tc>
          <w:tcPr>
            <w:tcW w:w="1417" w:type="dxa"/>
            <w:hideMark/>
          </w:tcPr>
          <w:p w:rsidR="000F654B" w:rsidRPr="00030361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030361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030361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FC1E60" w:rsidTr="000F654B">
        <w:trPr>
          <w:trHeight w:val="216"/>
        </w:trPr>
        <w:tc>
          <w:tcPr>
            <w:tcW w:w="675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5928" w:type="dxa"/>
            <w:vAlign w:val="center"/>
            <w:hideMark/>
          </w:tcPr>
          <w:p w:rsidR="000F654B" w:rsidRPr="00030361" w:rsidRDefault="000F654B" w:rsidP="000F654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№13</w:t>
            </w:r>
          </w:p>
        </w:tc>
        <w:tc>
          <w:tcPr>
            <w:tcW w:w="1417" w:type="dxa"/>
            <w:hideMark/>
          </w:tcPr>
          <w:p w:rsidR="000F654B" w:rsidRPr="00030361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030361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030361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743864" w:rsidTr="000F654B">
        <w:trPr>
          <w:trHeight w:val="178"/>
        </w:trPr>
        <w:tc>
          <w:tcPr>
            <w:tcW w:w="675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5928" w:type="dxa"/>
            <w:vAlign w:val="center"/>
            <w:hideMark/>
          </w:tcPr>
          <w:p w:rsidR="000F654B" w:rsidRPr="00030361" w:rsidRDefault="000F654B" w:rsidP="000F654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0F654B" w:rsidRPr="00030361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030361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030361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743864" w:rsidTr="000F654B">
        <w:trPr>
          <w:trHeight w:val="112"/>
        </w:trPr>
        <w:tc>
          <w:tcPr>
            <w:tcW w:w="675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5928" w:type="dxa"/>
            <w:vAlign w:val="center"/>
            <w:hideMark/>
          </w:tcPr>
          <w:p w:rsidR="000F654B" w:rsidRPr="00030361" w:rsidRDefault="000F654B" w:rsidP="000F654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0F654B" w:rsidRPr="00030361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030361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030361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743864" w:rsidTr="000F654B">
        <w:trPr>
          <w:trHeight w:val="216"/>
        </w:trPr>
        <w:tc>
          <w:tcPr>
            <w:tcW w:w="675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5928" w:type="dxa"/>
            <w:vAlign w:val="center"/>
            <w:hideMark/>
          </w:tcPr>
          <w:p w:rsidR="000F654B" w:rsidRPr="00030361" w:rsidRDefault="000F654B" w:rsidP="000F654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0F654B" w:rsidRPr="00030361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030361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030361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743864" w:rsidTr="00D86A28">
        <w:trPr>
          <w:trHeight w:val="320"/>
        </w:trPr>
        <w:tc>
          <w:tcPr>
            <w:tcW w:w="675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5928" w:type="dxa"/>
            <w:vAlign w:val="center"/>
            <w:hideMark/>
          </w:tcPr>
          <w:p w:rsidR="000F654B" w:rsidRPr="00030361" w:rsidRDefault="000F654B" w:rsidP="000F654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0F654B" w:rsidRPr="00030361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030361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030361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FC1E60" w:rsidTr="00D86A28">
        <w:trPr>
          <w:trHeight w:val="268"/>
        </w:trPr>
        <w:tc>
          <w:tcPr>
            <w:tcW w:w="675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5928" w:type="dxa"/>
            <w:vAlign w:val="center"/>
            <w:hideMark/>
          </w:tcPr>
          <w:p w:rsidR="000F654B" w:rsidRPr="002C6A5B" w:rsidRDefault="000F654B" w:rsidP="000F654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Итоговая контрольная работа</w:t>
            </w:r>
          </w:p>
        </w:tc>
        <w:tc>
          <w:tcPr>
            <w:tcW w:w="1417" w:type="dxa"/>
            <w:hideMark/>
          </w:tcPr>
          <w:p w:rsidR="000F654B" w:rsidRPr="00030361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030361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030361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743864" w:rsidTr="00EF710F">
        <w:trPr>
          <w:trHeight w:val="315"/>
        </w:trPr>
        <w:tc>
          <w:tcPr>
            <w:tcW w:w="675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5928" w:type="dxa"/>
            <w:vAlign w:val="center"/>
            <w:hideMark/>
          </w:tcPr>
          <w:p w:rsidR="000F654B" w:rsidRPr="000F654B" w:rsidRDefault="000F654B" w:rsidP="000F654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0F654B" w:rsidRPr="000F654B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0F654B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0F654B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743864" w:rsidTr="00D86A28">
        <w:trPr>
          <w:trHeight w:val="334"/>
        </w:trPr>
        <w:tc>
          <w:tcPr>
            <w:tcW w:w="675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5928" w:type="dxa"/>
            <w:vAlign w:val="center"/>
            <w:hideMark/>
          </w:tcPr>
          <w:p w:rsidR="000F654B" w:rsidRPr="00030361" w:rsidRDefault="000F654B" w:rsidP="000F654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0F654B" w:rsidRPr="00030361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030361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030361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54B" w:rsidRPr="00743864" w:rsidTr="00D86A28">
        <w:trPr>
          <w:trHeight w:val="255"/>
        </w:trPr>
        <w:tc>
          <w:tcPr>
            <w:tcW w:w="675" w:type="dxa"/>
            <w:hideMark/>
          </w:tcPr>
          <w:p w:rsidR="000F654B" w:rsidRPr="00E110AC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5928" w:type="dxa"/>
            <w:vAlign w:val="center"/>
            <w:hideMark/>
          </w:tcPr>
          <w:p w:rsidR="000F654B" w:rsidRPr="00030361" w:rsidRDefault="000F654B" w:rsidP="000F654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0F654B" w:rsidRPr="00030361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0F654B" w:rsidRPr="00030361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0F654B" w:rsidRPr="00030361" w:rsidRDefault="000F654B" w:rsidP="000F654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E14A76" w:rsidRPr="00E14A76" w:rsidRDefault="00E14A76">
      <w:pPr>
        <w:spacing w:after="0"/>
        <w:ind w:left="120"/>
        <w:rPr>
          <w:lang w:val="ru-RU"/>
        </w:rPr>
      </w:pPr>
    </w:p>
    <w:p w:rsidR="00786E29" w:rsidRPr="00E14A76" w:rsidRDefault="00786E29">
      <w:pPr>
        <w:rPr>
          <w:lang w:val="ru-RU"/>
        </w:rPr>
        <w:sectPr w:rsidR="00786E29" w:rsidRPr="00E14A76" w:rsidSect="00EF175E">
          <w:pgSz w:w="11906" w:h="16383"/>
          <w:pgMar w:top="850" w:right="707" w:bottom="1701" w:left="1134" w:header="720" w:footer="720" w:gutter="0"/>
          <w:cols w:space="720"/>
          <w:docGrid w:linePitch="299"/>
        </w:sectPr>
      </w:pPr>
    </w:p>
    <w:p w:rsidR="00D61B41" w:rsidRPr="00D61B41" w:rsidRDefault="00D61B41" w:rsidP="00D61B41">
      <w:pPr>
        <w:spacing w:after="0"/>
        <w:ind w:left="120"/>
        <w:rPr>
          <w:lang w:val="ru-RU"/>
        </w:rPr>
      </w:pPr>
      <w:r w:rsidRPr="00D61B41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D61B41" w:rsidRPr="00D61B41" w:rsidRDefault="00D61B41" w:rsidP="00D61B41">
      <w:pPr>
        <w:spacing w:after="0" w:line="480" w:lineRule="auto"/>
        <w:ind w:left="120"/>
        <w:rPr>
          <w:lang w:val="ru-RU"/>
        </w:rPr>
      </w:pPr>
      <w:r w:rsidRPr="00D61B41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D61B41" w:rsidRPr="00D61B41" w:rsidRDefault="00D61B41" w:rsidP="00D61B41">
      <w:pPr>
        <w:spacing w:after="0"/>
        <w:ind w:left="119"/>
        <w:contextualSpacing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Математика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5 класс : базовый уровень : учебник : в 2 частях / Н.Я. Виленкин, В.И. Жохов, А.С. Чесноков и др. – Москва : Просвещение, 2023</w:t>
      </w:r>
    </w:p>
    <w:p w:rsidR="00D61B41" w:rsidRPr="00D61B41" w:rsidRDefault="00D61B41" w:rsidP="00D61B41">
      <w:pPr>
        <w:spacing w:after="0"/>
        <w:ind w:left="120"/>
        <w:rPr>
          <w:lang w:val="ru-RU"/>
        </w:rPr>
      </w:pPr>
      <w:r w:rsidRPr="00D61B41">
        <w:rPr>
          <w:rFonts w:ascii="Times New Roman" w:hAnsi="Times New Roman"/>
          <w:color w:val="000000"/>
          <w:sz w:val="28"/>
          <w:lang w:val="ru-RU"/>
        </w:rPr>
        <w:t>​</w:t>
      </w:r>
    </w:p>
    <w:p w:rsidR="00D61B41" w:rsidRPr="00D61B41" w:rsidRDefault="00D61B41" w:rsidP="00D61B41">
      <w:pPr>
        <w:spacing w:after="0" w:line="480" w:lineRule="auto"/>
        <w:ind w:left="120"/>
        <w:rPr>
          <w:lang w:val="ru-RU"/>
        </w:rPr>
      </w:pPr>
      <w:r w:rsidRPr="00D61B4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61B41" w:rsidRDefault="00D61B41" w:rsidP="006B1E59">
      <w:pPr>
        <w:spacing w:after="0"/>
        <w:ind w:left="119"/>
        <w:contextualSpacing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Методические рекомендац</w:t>
      </w:r>
      <w:r w:rsidR="002C6A5B">
        <w:rPr>
          <w:rFonts w:ascii="Times New Roman" w:hAnsi="Times New Roman"/>
          <w:color w:val="000000"/>
          <w:sz w:val="28"/>
          <w:lang w:val="ru-RU"/>
        </w:rPr>
        <w:t>ии</w:t>
      </w:r>
    </w:p>
    <w:p w:rsidR="006B1E59" w:rsidRPr="006B1E59" w:rsidRDefault="006B1E59" w:rsidP="006B1E59">
      <w:pPr>
        <w:spacing w:after="0"/>
        <w:ind w:left="119"/>
        <w:contextualSpacing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Математика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5 класс : базовый уровень : контрольные работы. Учебное пособие / Л.Б. Крайнева – М.: Просвещение, 2023</w:t>
      </w:r>
    </w:p>
    <w:p w:rsidR="00D61B41" w:rsidRPr="00D61B41" w:rsidRDefault="00D61B41" w:rsidP="00D61B41">
      <w:pPr>
        <w:spacing w:after="0"/>
        <w:ind w:left="120"/>
        <w:rPr>
          <w:lang w:val="ru-RU"/>
        </w:rPr>
      </w:pPr>
    </w:p>
    <w:p w:rsidR="00D61B41" w:rsidRPr="00DC678B" w:rsidRDefault="00D61B41" w:rsidP="00D61B41">
      <w:pPr>
        <w:spacing w:after="0" w:line="480" w:lineRule="auto"/>
        <w:ind w:left="120"/>
        <w:rPr>
          <w:lang w:val="ru-RU"/>
        </w:rPr>
      </w:pPr>
      <w:r w:rsidRPr="00DC678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05DF9" w:rsidRPr="002E6396" w:rsidRDefault="00805DF9" w:rsidP="00805DF9">
      <w:pPr>
        <w:spacing w:after="0"/>
        <w:ind w:left="119"/>
        <w:contextualSpacing/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</w:pPr>
      <w:r w:rsidRPr="00805DF9">
        <w:rPr>
          <w:rFonts w:ascii="Times New Roman" w:hAnsi="Times New Roman"/>
          <w:color w:val="000000"/>
          <w:sz w:val="28"/>
          <w:lang w:val="ru-RU"/>
        </w:rPr>
        <w:t>Библиотека ЦОК</w:t>
      </w:r>
      <w:r w:rsidRPr="00DC678B">
        <w:rPr>
          <w:rFonts w:ascii="Times New Roman" w:hAnsi="Times New Roman"/>
          <w:color w:val="000000"/>
          <w:sz w:val="24"/>
          <w:lang w:val="ru-RU"/>
        </w:rPr>
        <w:t xml:space="preserve"> </w:t>
      </w:r>
      <w:hyperlink r:id="rId26"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://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m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.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edsoo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.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ru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/7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f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4131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ce</w:t>
        </w:r>
      </w:hyperlink>
    </w:p>
    <w:p w:rsidR="00805DF9" w:rsidRPr="00F236E4" w:rsidRDefault="00805DF9" w:rsidP="00805DF9">
      <w:pPr>
        <w:spacing w:after="0"/>
        <w:ind w:left="119"/>
        <w:contextualSpacing/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Библиотека МЭШ </w:t>
      </w:r>
      <w:hyperlink r:id="rId27" w:history="1">
        <w:r w:rsidR="00F236E4" w:rsidRPr="00DD21D6">
          <w:rPr>
            <w:rStyle w:val="ae"/>
            <w:rFonts w:ascii="Times New Roman" w:hAnsi="Times New Roman" w:cs="Times New Roman"/>
            <w:sz w:val="28"/>
            <w:szCs w:val="28"/>
          </w:rPr>
          <w:t>https</w:t>
        </w:r>
        <w:r w:rsidR="00F236E4"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F236E4" w:rsidRPr="00DD21D6">
          <w:rPr>
            <w:rStyle w:val="ae"/>
            <w:rFonts w:ascii="Times New Roman" w:hAnsi="Times New Roman" w:cs="Times New Roman"/>
            <w:sz w:val="28"/>
            <w:szCs w:val="28"/>
          </w:rPr>
          <w:t>uchebnik</w:t>
        </w:r>
        <w:r w:rsidR="00F236E4"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F236E4" w:rsidRPr="00DD21D6">
          <w:rPr>
            <w:rStyle w:val="ae"/>
            <w:rFonts w:ascii="Times New Roman" w:hAnsi="Times New Roman" w:cs="Times New Roman"/>
            <w:sz w:val="28"/>
            <w:szCs w:val="28"/>
          </w:rPr>
          <w:t>mos</w:t>
        </w:r>
        <w:r w:rsidR="00F236E4"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F236E4" w:rsidRPr="00DD21D6">
          <w:rPr>
            <w:rStyle w:val="ae"/>
            <w:rFonts w:ascii="Times New Roman" w:hAnsi="Times New Roman" w:cs="Times New Roman"/>
            <w:sz w:val="28"/>
            <w:szCs w:val="28"/>
          </w:rPr>
          <w:t>ru</w:t>
        </w:r>
        <w:r w:rsidR="00F236E4"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F236E4" w:rsidRPr="00DD21D6">
          <w:rPr>
            <w:rStyle w:val="ae"/>
            <w:rFonts w:ascii="Times New Roman" w:hAnsi="Times New Roman" w:cs="Times New Roman"/>
            <w:sz w:val="28"/>
            <w:szCs w:val="28"/>
          </w:rPr>
          <w:t>catalogue</w:t>
        </w:r>
        <w:r w:rsidR="00F236E4"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?</w:t>
        </w:r>
        <w:r w:rsidR="00F236E4" w:rsidRPr="00DD21D6">
          <w:rPr>
            <w:rStyle w:val="ae"/>
            <w:rFonts w:ascii="Times New Roman" w:hAnsi="Times New Roman" w:cs="Times New Roman"/>
            <w:sz w:val="28"/>
            <w:szCs w:val="28"/>
          </w:rPr>
          <w:t>class</w:t>
        </w:r>
        <w:r w:rsidR="00F236E4"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_</w:t>
        </w:r>
        <w:r w:rsidR="00F236E4" w:rsidRPr="00DD21D6">
          <w:rPr>
            <w:rStyle w:val="ae"/>
            <w:rFonts w:ascii="Times New Roman" w:hAnsi="Times New Roman" w:cs="Times New Roman"/>
            <w:sz w:val="28"/>
            <w:szCs w:val="28"/>
          </w:rPr>
          <w:t>level</w:t>
        </w:r>
        <w:r w:rsidR="00F236E4"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_</w:t>
        </w:r>
        <w:r w:rsidR="00F236E4" w:rsidRPr="00DD21D6">
          <w:rPr>
            <w:rStyle w:val="ae"/>
            <w:rFonts w:ascii="Times New Roman" w:hAnsi="Times New Roman" w:cs="Times New Roman"/>
            <w:sz w:val="28"/>
            <w:szCs w:val="28"/>
          </w:rPr>
          <w:t>ids</w:t>
        </w:r>
        <w:r w:rsidR="00F236E4"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=5&amp;</w:t>
        </w:r>
        <w:r w:rsidR="00F236E4" w:rsidRPr="00DD21D6">
          <w:rPr>
            <w:rStyle w:val="ae"/>
            <w:rFonts w:ascii="Times New Roman" w:hAnsi="Times New Roman" w:cs="Times New Roman"/>
            <w:sz w:val="28"/>
            <w:szCs w:val="28"/>
          </w:rPr>
          <w:t>subject</w:t>
        </w:r>
        <w:r w:rsidR="00F236E4"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_</w:t>
        </w:r>
        <w:r w:rsidR="00F236E4" w:rsidRPr="00DD21D6">
          <w:rPr>
            <w:rStyle w:val="ae"/>
            <w:rFonts w:ascii="Times New Roman" w:hAnsi="Times New Roman" w:cs="Times New Roman"/>
            <w:sz w:val="28"/>
            <w:szCs w:val="28"/>
          </w:rPr>
          <w:t>program</w:t>
        </w:r>
        <w:r w:rsidR="00F236E4"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_</w:t>
        </w:r>
        <w:r w:rsidR="00F236E4" w:rsidRPr="00DD21D6">
          <w:rPr>
            <w:rStyle w:val="ae"/>
            <w:rFonts w:ascii="Times New Roman" w:hAnsi="Times New Roman" w:cs="Times New Roman"/>
            <w:sz w:val="28"/>
            <w:szCs w:val="28"/>
          </w:rPr>
          <w:t>ids</w:t>
        </w:r>
        <w:r w:rsidR="00F236E4"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=31937337</w:t>
        </w:r>
      </w:hyperlink>
    </w:p>
    <w:p w:rsidR="00805DF9" w:rsidRPr="00805DF9" w:rsidRDefault="00805DF9" w:rsidP="00805DF9">
      <w:pPr>
        <w:spacing w:after="0"/>
        <w:ind w:left="119"/>
        <w:contextualSpacing/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</w:pPr>
      <w:r w:rsidRPr="00805DF9">
        <w:rPr>
          <w:rFonts w:ascii="Times New Roman" w:hAnsi="Times New Roman"/>
          <w:color w:val="000000"/>
          <w:sz w:val="28"/>
          <w:lang w:val="ru-RU"/>
        </w:rPr>
        <w:t>Библиотека РЭШ</w:t>
      </w:r>
      <w:r>
        <w:rPr>
          <w:lang w:val="ru-RU"/>
        </w:rPr>
        <w:t xml:space="preserve"> </w:t>
      </w:r>
      <w:hyperlink r:id="rId28" w:history="1">
        <w:r w:rsidRPr="00805DF9">
          <w:rPr>
            <w:rFonts w:ascii="Times New Roman" w:hAnsi="Times New Roman" w:cs="Times New Roman"/>
            <w:color w:val="0000FF"/>
            <w:sz w:val="28"/>
            <w:szCs w:val="28"/>
          </w:rPr>
          <w:t>https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lang w:val="ru-RU"/>
          </w:rPr>
          <w:t>://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</w:rPr>
          <w:t>resh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lang w:val="ru-RU"/>
          </w:rPr>
          <w:t>.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</w:rPr>
          <w:t>edu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lang w:val="ru-RU"/>
          </w:rPr>
          <w:t>.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</w:rPr>
          <w:t>ru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lang w:val="ru-RU"/>
          </w:rPr>
          <w:t>/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</w:rPr>
          <w:t>subject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lang w:val="ru-RU"/>
          </w:rPr>
          <w:t>/12/5/</w:t>
        </w:r>
      </w:hyperlink>
    </w:p>
    <w:p w:rsidR="00D61B41" w:rsidRPr="00805DF9" w:rsidRDefault="00D61B41" w:rsidP="00D61B41">
      <w:pPr>
        <w:spacing w:after="0" w:line="480" w:lineRule="auto"/>
        <w:ind w:left="120"/>
        <w:rPr>
          <w:lang w:val="ru-RU"/>
        </w:rPr>
      </w:pPr>
      <w:r w:rsidRPr="00805DF9">
        <w:rPr>
          <w:rFonts w:ascii="Times New Roman" w:hAnsi="Times New Roman"/>
          <w:color w:val="000000"/>
          <w:sz w:val="28"/>
          <w:lang w:val="ru-RU"/>
        </w:rPr>
        <w:t>​</w:t>
      </w:r>
      <w:r w:rsidRPr="00805DF9">
        <w:rPr>
          <w:rFonts w:ascii="Times New Roman" w:hAnsi="Times New Roman"/>
          <w:color w:val="333333"/>
          <w:sz w:val="28"/>
          <w:lang w:val="ru-RU"/>
        </w:rPr>
        <w:t>​‌‌</w:t>
      </w:r>
      <w:r w:rsidRPr="00805DF9">
        <w:rPr>
          <w:rFonts w:ascii="Times New Roman" w:hAnsi="Times New Roman"/>
          <w:color w:val="000000"/>
          <w:sz w:val="28"/>
          <w:lang w:val="ru-RU"/>
        </w:rPr>
        <w:t>​</w:t>
      </w:r>
    </w:p>
    <w:p w:rsidR="00805DF9" w:rsidRDefault="00805DF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  <w:sectPr w:rsidR="00805DF9" w:rsidSect="00D61B41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F236E4" w:rsidRPr="00400668" w:rsidRDefault="00F236E4" w:rsidP="00F236E4">
      <w:pPr>
        <w:contextualSpacing/>
        <w:jc w:val="right"/>
        <w:rPr>
          <w:rFonts w:asciiTheme="majorBidi" w:hAnsiTheme="majorBidi" w:cstheme="majorBidi"/>
          <w:bCs/>
          <w:lang w:val="ru-RU"/>
        </w:rPr>
      </w:pPr>
      <w:r w:rsidRPr="00400668">
        <w:rPr>
          <w:rFonts w:asciiTheme="majorBidi" w:hAnsiTheme="majorBidi" w:cstheme="majorBidi"/>
          <w:b/>
          <w:bCs/>
          <w:lang w:val="ru-RU"/>
        </w:rPr>
        <w:lastRenderedPageBreak/>
        <w:t>ПРИЛОЖЕНИЕ №</w:t>
      </w:r>
      <w:r w:rsidRPr="00400668">
        <w:rPr>
          <w:rFonts w:asciiTheme="majorBidi" w:hAnsiTheme="majorBidi" w:cstheme="majorBidi"/>
          <w:bCs/>
          <w:u w:val="single"/>
          <w:lang w:val="ru-RU"/>
        </w:rPr>
        <w:tab/>
        <w:t xml:space="preserve">    </w:t>
      </w:r>
      <w:r w:rsidRPr="00400668">
        <w:rPr>
          <w:rFonts w:asciiTheme="majorBidi" w:hAnsiTheme="majorBidi" w:cstheme="majorBidi"/>
          <w:bCs/>
          <w:u w:val="single"/>
          <w:lang w:val="ru-RU"/>
        </w:rPr>
        <w:tab/>
      </w:r>
    </w:p>
    <w:p w:rsidR="00F236E4" w:rsidRPr="00E711F9" w:rsidRDefault="00F236E4" w:rsidP="00F236E4">
      <w:pPr>
        <w:spacing w:line="240" w:lineRule="auto"/>
        <w:contextualSpacing/>
        <w:jc w:val="right"/>
        <w:rPr>
          <w:rFonts w:asciiTheme="majorBidi" w:hAnsiTheme="majorBidi" w:cstheme="majorBidi"/>
          <w:bCs/>
          <w:lang w:val="ru-RU"/>
        </w:rPr>
      </w:pPr>
    </w:p>
    <w:p w:rsidR="00F236E4" w:rsidRPr="00400668" w:rsidRDefault="00F236E4" w:rsidP="00F236E4">
      <w:pPr>
        <w:spacing w:line="240" w:lineRule="auto"/>
        <w:contextualSpacing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400668">
        <w:rPr>
          <w:rFonts w:ascii="Times New Roman" w:eastAsia="Times New Roman" w:hAnsi="Times New Roman"/>
          <w:sz w:val="24"/>
          <w:szCs w:val="24"/>
          <w:lang w:val="ru-RU" w:eastAsia="ru-RU" w:bidi="ru-RU"/>
        </w:rPr>
        <w:t>Учитель математики:</w:t>
      </w:r>
      <w:r w:rsidRPr="009A10B3">
        <w:rPr>
          <w:rFonts w:ascii="Times New Roman" w:eastAsia="Times New Roman" w:hAnsi="Times New Roman"/>
          <w:sz w:val="24"/>
          <w:szCs w:val="24"/>
          <w:lang w:val="ru-RU" w:eastAsia="ru-RU" w:bidi="ru-RU"/>
        </w:rPr>
        <w:t xml:space="preserve"> </w:t>
      </w:r>
      <w:r w:rsidR="00DC3F2C">
        <w:rPr>
          <w:rFonts w:ascii="Times New Roman" w:eastAsia="Times New Roman" w:hAnsi="Times New Roman"/>
          <w:sz w:val="24"/>
          <w:szCs w:val="24"/>
          <w:lang w:val="ru-RU" w:eastAsia="ru-RU" w:bidi="ru-RU"/>
        </w:rPr>
        <w:t>Павло</w:t>
      </w:r>
      <w:r>
        <w:rPr>
          <w:rFonts w:ascii="Times New Roman" w:eastAsia="Times New Roman" w:hAnsi="Times New Roman"/>
          <w:sz w:val="24"/>
          <w:szCs w:val="24"/>
          <w:lang w:val="ru-RU" w:eastAsia="ru-RU" w:bidi="ru-RU"/>
        </w:rPr>
        <w:t>ва А.</w:t>
      </w:r>
      <w:r w:rsidR="00CE073D">
        <w:rPr>
          <w:rFonts w:ascii="Times New Roman" w:eastAsia="Times New Roman" w:hAnsi="Times New Roman"/>
          <w:sz w:val="24"/>
          <w:szCs w:val="24"/>
          <w:lang w:val="ru-RU" w:eastAsia="ru-RU" w:bidi="ru-RU"/>
        </w:rPr>
        <w:t>Ф</w:t>
      </w:r>
      <w:r w:rsidRPr="00400668">
        <w:rPr>
          <w:rFonts w:ascii="Times New Roman" w:eastAsia="Times New Roman" w:hAnsi="Times New Roman"/>
          <w:sz w:val="24"/>
          <w:szCs w:val="24"/>
          <w:lang w:val="ru-RU" w:eastAsia="ru-RU" w:bidi="ru-RU"/>
        </w:rPr>
        <w:t>.</w:t>
      </w:r>
    </w:p>
    <w:p w:rsidR="00F236E4" w:rsidRPr="00400668" w:rsidRDefault="00F236E4" w:rsidP="00F236E4">
      <w:pPr>
        <w:spacing w:line="240" w:lineRule="auto"/>
        <w:contextualSpacing/>
        <w:jc w:val="right"/>
        <w:rPr>
          <w:rFonts w:asciiTheme="majorBidi" w:hAnsiTheme="majorBidi" w:cstheme="majorBidi"/>
          <w:b/>
          <w:bCs/>
          <w:sz w:val="24"/>
          <w:szCs w:val="24"/>
          <w:u w:val="single"/>
          <w:lang w:val="ru-RU"/>
        </w:rPr>
      </w:pPr>
    </w:p>
    <w:p w:rsidR="00F236E4" w:rsidRPr="00400668" w:rsidRDefault="00F236E4" w:rsidP="00F236E4">
      <w:pPr>
        <w:spacing w:line="240" w:lineRule="auto"/>
        <w:contextualSpacing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ru-RU"/>
        </w:rPr>
      </w:pPr>
      <w:r w:rsidRPr="00400668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ru-RU"/>
        </w:rPr>
        <w:t>ОЦЕНОЧНЫЕ ПРОЦЕДУРЫ</w:t>
      </w:r>
    </w:p>
    <w:p w:rsidR="00F236E4" w:rsidRPr="00400668" w:rsidRDefault="00F236E4" w:rsidP="00F236E4">
      <w:pPr>
        <w:spacing w:line="240" w:lineRule="auto"/>
        <w:contextualSpacing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val="ru-RU"/>
        </w:rPr>
      </w:pPr>
      <w:r w:rsidRPr="00400668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ru-RU"/>
        </w:rPr>
        <w:t xml:space="preserve">по предмету </w:t>
      </w:r>
      <w:r w:rsidRPr="00400668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val="ru-RU"/>
        </w:rPr>
        <w:t>МАТЕМАТИКА, 5 «А» класс</w:t>
      </w:r>
    </w:p>
    <w:p w:rsidR="00F236E4" w:rsidRPr="00400668" w:rsidRDefault="00F236E4" w:rsidP="00F236E4">
      <w:pPr>
        <w:spacing w:line="240" w:lineRule="auto"/>
        <w:contextualSpacing/>
        <w:jc w:val="center"/>
        <w:rPr>
          <w:rFonts w:asciiTheme="majorBidi" w:hAnsiTheme="majorBidi" w:cstheme="majorBidi"/>
          <w:b/>
          <w:bCs/>
          <w:color w:val="000000" w:themeColor="text1"/>
          <w:lang w:val="ru-RU"/>
        </w:rPr>
      </w:pPr>
    </w:p>
    <w:tbl>
      <w:tblPr>
        <w:tblStyle w:val="af"/>
        <w:tblW w:w="0" w:type="auto"/>
        <w:tblLook w:val="04A0"/>
      </w:tblPr>
      <w:tblGrid>
        <w:gridCol w:w="1310"/>
        <w:gridCol w:w="2944"/>
        <w:gridCol w:w="5618"/>
      </w:tblGrid>
      <w:tr w:rsidR="00F236E4" w:rsidRPr="00743864" w:rsidTr="007A0854">
        <w:tc>
          <w:tcPr>
            <w:tcW w:w="9872" w:type="dxa"/>
            <w:gridSpan w:val="3"/>
          </w:tcPr>
          <w:p w:rsidR="00F236E4" w:rsidRPr="00144FF4" w:rsidRDefault="00F236E4" w:rsidP="00865820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</w:pPr>
            <w:r w:rsidRPr="00144FF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ru-RU"/>
              </w:rPr>
              <w:t>График проведения для 5 «А» класса</w:t>
            </w:r>
          </w:p>
        </w:tc>
      </w:tr>
      <w:tr w:rsidR="00F236E4" w:rsidRPr="004E18EC" w:rsidTr="007A0854">
        <w:tc>
          <w:tcPr>
            <w:tcW w:w="1310" w:type="dxa"/>
          </w:tcPr>
          <w:p w:rsidR="00F236E4" w:rsidRPr="004E18EC" w:rsidRDefault="00F236E4" w:rsidP="00865820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18E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2944" w:type="dxa"/>
          </w:tcPr>
          <w:p w:rsidR="00F236E4" w:rsidRPr="004E18EC" w:rsidRDefault="00F236E4" w:rsidP="00865820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18E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Вид оценочной работы</w:t>
            </w:r>
          </w:p>
        </w:tc>
        <w:tc>
          <w:tcPr>
            <w:tcW w:w="5618" w:type="dxa"/>
          </w:tcPr>
          <w:p w:rsidR="00F236E4" w:rsidRPr="004E18EC" w:rsidRDefault="00F236E4" w:rsidP="00865820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18E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Название работы</w:t>
            </w:r>
          </w:p>
        </w:tc>
      </w:tr>
      <w:tr w:rsidR="00F236E4" w:rsidRPr="00743864" w:rsidTr="007A0854">
        <w:tc>
          <w:tcPr>
            <w:tcW w:w="1310" w:type="dxa"/>
          </w:tcPr>
          <w:p w:rsidR="00F236E4" w:rsidRPr="00C732B3" w:rsidRDefault="007A0854" w:rsidP="00865820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22/09/2023</w:t>
            </w:r>
          </w:p>
        </w:tc>
        <w:tc>
          <w:tcPr>
            <w:tcW w:w="2944" w:type="dxa"/>
          </w:tcPr>
          <w:p w:rsidR="00F236E4" w:rsidRPr="004E18EC" w:rsidRDefault="00F236E4" w:rsidP="00865820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</w:t>
            </w:r>
          </w:p>
        </w:tc>
        <w:tc>
          <w:tcPr>
            <w:tcW w:w="5618" w:type="dxa"/>
          </w:tcPr>
          <w:p w:rsidR="00F236E4" w:rsidRPr="000404CD" w:rsidRDefault="000404CD" w:rsidP="00865820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Натуральные числа и шкалы. Линии на плоскости</w:t>
            </w:r>
          </w:p>
        </w:tc>
      </w:tr>
      <w:tr w:rsidR="00F236E4" w:rsidRPr="00743864" w:rsidTr="007A0854">
        <w:tc>
          <w:tcPr>
            <w:tcW w:w="1310" w:type="dxa"/>
          </w:tcPr>
          <w:p w:rsidR="00F236E4" w:rsidRPr="00C732B3" w:rsidRDefault="007A0854" w:rsidP="00865820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03/10/2023</w:t>
            </w:r>
          </w:p>
        </w:tc>
        <w:tc>
          <w:tcPr>
            <w:tcW w:w="2944" w:type="dxa"/>
          </w:tcPr>
          <w:p w:rsidR="00F236E4" w:rsidRPr="004E18EC" w:rsidRDefault="00F236E4" w:rsidP="00865820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№2</w:t>
            </w:r>
          </w:p>
        </w:tc>
        <w:tc>
          <w:tcPr>
            <w:tcW w:w="5618" w:type="dxa"/>
          </w:tcPr>
          <w:p w:rsidR="00F236E4" w:rsidRPr="005F79EA" w:rsidRDefault="000404CD" w:rsidP="00865820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Сложение и вычитание натуральных чисел</w:t>
            </w:r>
          </w:p>
        </w:tc>
      </w:tr>
      <w:tr w:rsidR="00F236E4" w:rsidRPr="00F236E4" w:rsidTr="007A0854">
        <w:tc>
          <w:tcPr>
            <w:tcW w:w="1310" w:type="dxa"/>
          </w:tcPr>
          <w:p w:rsidR="00F236E4" w:rsidRPr="000404CD" w:rsidRDefault="007A0854" w:rsidP="00865820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20/10/2023</w:t>
            </w:r>
          </w:p>
        </w:tc>
        <w:tc>
          <w:tcPr>
            <w:tcW w:w="2944" w:type="dxa"/>
          </w:tcPr>
          <w:p w:rsidR="00F236E4" w:rsidRPr="004E18EC" w:rsidRDefault="00F236E4" w:rsidP="00865820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№3</w:t>
            </w:r>
          </w:p>
        </w:tc>
        <w:tc>
          <w:tcPr>
            <w:tcW w:w="5618" w:type="dxa"/>
          </w:tcPr>
          <w:p w:rsidR="00F236E4" w:rsidRPr="005F79EA" w:rsidRDefault="000404CD" w:rsidP="00865820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Числовые и буквенные выражения</w:t>
            </w:r>
          </w:p>
        </w:tc>
      </w:tr>
      <w:tr w:rsidR="00F236E4" w:rsidRPr="00743864" w:rsidTr="007A0854">
        <w:tc>
          <w:tcPr>
            <w:tcW w:w="1310" w:type="dxa"/>
          </w:tcPr>
          <w:p w:rsidR="00F236E4" w:rsidRPr="001E468C" w:rsidRDefault="007A0854" w:rsidP="00865820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06/11/2023</w:t>
            </w:r>
          </w:p>
        </w:tc>
        <w:tc>
          <w:tcPr>
            <w:tcW w:w="2944" w:type="dxa"/>
          </w:tcPr>
          <w:p w:rsidR="00F236E4" w:rsidRPr="004E18EC" w:rsidRDefault="00F236E4" w:rsidP="00865820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№4</w:t>
            </w:r>
          </w:p>
        </w:tc>
        <w:tc>
          <w:tcPr>
            <w:tcW w:w="5618" w:type="dxa"/>
          </w:tcPr>
          <w:p w:rsidR="00F236E4" w:rsidRPr="000404CD" w:rsidRDefault="000404CD" w:rsidP="00865820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Умножение и деление натуральных чисел</w:t>
            </w:r>
          </w:p>
        </w:tc>
      </w:tr>
      <w:tr w:rsidR="00F236E4" w:rsidRPr="00743864" w:rsidTr="007A0854">
        <w:tc>
          <w:tcPr>
            <w:tcW w:w="1310" w:type="dxa"/>
          </w:tcPr>
          <w:p w:rsidR="00F236E4" w:rsidRPr="000404CD" w:rsidRDefault="007A0854" w:rsidP="00865820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06/12/2023</w:t>
            </w:r>
          </w:p>
        </w:tc>
        <w:tc>
          <w:tcPr>
            <w:tcW w:w="2944" w:type="dxa"/>
          </w:tcPr>
          <w:p w:rsidR="00F236E4" w:rsidRPr="004E18EC" w:rsidRDefault="00F236E4" w:rsidP="00865820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№5</w:t>
            </w:r>
          </w:p>
        </w:tc>
        <w:tc>
          <w:tcPr>
            <w:tcW w:w="5618" w:type="dxa"/>
          </w:tcPr>
          <w:p w:rsidR="00F236E4" w:rsidRPr="005F79EA" w:rsidRDefault="000404CD" w:rsidP="00865820">
            <w:pPr>
              <w:spacing w:before="100" w:after="100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 xml:space="preserve">Упрощение выражений. </w:t>
            </w:r>
            <w:r w:rsidR="006A1104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Степень. Признаки делимости</w:t>
            </w:r>
          </w:p>
        </w:tc>
      </w:tr>
      <w:tr w:rsidR="00F236E4" w:rsidTr="007A0854">
        <w:tc>
          <w:tcPr>
            <w:tcW w:w="1310" w:type="dxa"/>
          </w:tcPr>
          <w:p w:rsidR="00F236E4" w:rsidRPr="001E468C" w:rsidRDefault="007A0854" w:rsidP="00865820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21/12/2023</w:t>
            </w:r>
          </w:p>
        </w:tc>
        <w:tc>
          <w:tcPr>
            <w:tcW w:w="2944" w:type="dxa"/>
          </w:tcPr>
          <w:p w:rsidR="00F236E4" w:rsidRPr="004E18EC" w:rsidRDefault="00F236E4" w:rsidP="00865820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№6</w:t>
            </w:r>
          </w:p>
        </w:tc>
        <w:tc>
          <w:tcPr>
            <w:tcW w:w="5618" w:type="dxa"/>
          </w:tcPr>
          <w:p w:rsidR="00F236E4" w:rsidRPr="006A1104" w:rsidRDefault="006A1104" w:rsidP="00865820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Площади и объемы. Формулы</w:t>
            </w:r>
          </w:p>
        </w:tc>
      </w:tr>
      <w:tr w:rsidR="007A0854" w:rsidRPr="00743864" w:rsidTr="007A0854">
        <w:tc>
          <w:tcPr>
            <w:tcW w:w="1310" w:type="dxa"/>
          </w:tcPr>
          <w:p w:rsidR="007A0854" w:rsidRPr="007A0854" w:rsidRDefault="007A0854" w:rsidP="007A0854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17/01/2024</w:t>
            </w:r>
          </w:p>
        </w:tc>
        <w:tc>
          <w:tcPr>
            <w:tcW w:w="2944" w:type="dxa"/>
          </w:tcPr>
          <w:p w:rsidR="007A0854" w:rsidRPr="004E18EC" w:rsidRDefault="007A0854" w:rsidP="007A0854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№7</w:t>
            </w:r>
          </w:p>
        </w:tc>
        <w:tc>
          <w:tcPr>
            <w:tcW w:w="5618" w:type="dxa"/>
          </w:tcPr>
          <w:p w:rsidR="007A0854" w:rsidRPr="005F79EA" w:rsidRDefault="007A0854" w:rsidP="007A0854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Доли и дроби. Сравнение дробей</w:t>
            </w:r>
          </w:p>
        </w:tc>
      </w:tr>
      <w:tr w:rsidR="007A0854" w:rsidRPr="00743864" w:rsidTr="007A0854">
        <w:tc>
          <w:tcPr>
            <w:tcW w:w="1310" w:type="dxa"/>
          </w:tcPr>
          <w:p w:rsidR="007A0854" w:rsidRPr="006A1104" w:rsidRDefault="007A0854" w:rsidP="007A0854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31/01/2024</w:t>
            </w:r>
          </w:p>
        </w:tc>
        <w:tc>
          <w:tcPr>
            <w:tcW w:w="2944" w:type="dxa"/>
          </w:tcPr>
          <w:p w:rsidR="007A0854" w:rsidRPr="004E18EC" w:rsidRDefault="007A0854" w:rsidP="007A0854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№8</w:t>
            </w:r>
          </w:p>
        </w:tc>
        <w:tc>
          <w:tcPr>
            <w:tcW w:w="5618" w:type="dxa"/>
          </w:tcPr>
          <w:p w:rsidR="007A0854" w:rsidRPr="005F79EA" w:rsidRDefault="007A0854" w:rsidP="007A0854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Смешанные числа. Сложение и вычитание дробей с одинаковыми знаменателями</w:t>
            </w:r>
          </w:p>
        </w:tc>
      </w:tr>
      <w:tr w:rsidR="007A0854" w:rsidRPr="00743864" w:rsidTr="007A0854">
        <w:tc>
          <w:tcPr>
            <w:tcW w:w="1310" w:type="dxa"/>
          </w:tcPr>
          <w:p w:rsidR="007A0854" w:rsidRPr="001E468C" w:rsidRDefault="007A0854" w:rsidP="007A0854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16/02/2024</w:t>
            </w:r>
          </w:p>
        </w:tc>
        <w:tc>
          <w:tcPr>
            <w:tcW w:w="2944" w:type="dxa"/>
          </w:tcPr>
          <w:p w:rsidR="007A0854" w:rsidRPr="004E18EC" w:rsidRDefault="007A0854" w:rsidP="007A0854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№9</w:t>
            </w:r>
          </w:p>
        </w:tc>
        <w:tc>
          <w:tcPr>
            <w:tcW w:w="5618" w:type="dxa"/>
          </w:tcPr>
          <w:p w:rsidR="007A0854" w:rsidRPr="005F79EA" w:rsidRDefault="007A0854" w:rsidP="007A0854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Сокращение дробей. Сложение и вычитание дробей с разными знаменателями</w:t>
            </w:r>
          </w:p>
        </w:tc>
      </w:tr>
      <w:tr w:rsidR="007A0854" w:rsidRPr="00F236E4" w:rsidTr="007A0854">
        <w:tc>
          <w:tcPr>
            <w:tcW w:w="1310" w:type="dxa"/>
          </w:tcPr>
          <w:p w:rsidR="007A0854" w:rsidRPr="001E468C" w:rsidRDefault="007A0854" w:rsidP="007A0854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13/03/2024</w:t>
            </w:r>
          </w:p>
        </w:tc>
        <w:tc>
          <w:tcPr>
            <w:tcW w:w="2944" w:type="dxa"/>
          </w:tcPr>
          <w:p w:rsidR="007A0854" w:rsidRPr="004E18EC" w:rsidRDefault="007A0854" w:rsidP="007A0854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№10</w:t>
            </w:r>
          </w:p>
        </w:tc>
        <w:tc>
          <w:tcPr>
            <w:tcW w:w="5618" w:type="dxa"/>
          </w:tcPr>
          <w:p w:rsidR="007A0854" w:rsidRPr="005F79EA" w:rsidRDefault="007A0854" w:rsidP="007A0854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Умножение и деление дробей</w:t>
            </w:r>
          </w:p>
        </w:tc>
      </w:tr>
      <w:tr w:rsidR="007A0854" w:rsidRPr="00743864" w:rsidTr="007A0854">
        <w:tc>
          <w:tcPr>
            <w:tcW w:w="1310" w:type="dxa"/>
          </w:tcPr>
          <w:p w:rsidR="007A0854" w:rsidRPr="001E468C" w:rsidRDefault="007A0854" w:rsidP="007A0854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01/04/2024</w:t>
            </w:r>
          </w:p>
        </w:tc>
        <w:tc>
          <w:tcPr>
            <w:tcW w:w="2944" w:type="dxa"/>
          </w:tcPr>
          <w:p w:rsidR="007A0854" w:rsidRPr="00FD1AF2" w:rsidRDefault="007A0854" w:rsidP="007A0854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5618" w:type="dxa"/>
          </w:tcPr>
          <w:p w:rsidR="007A0854" w:rsidRPr="005F79EA" w:rsidRDefault="007A0854" w:rsidP="007A0854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Сложение и вычитание десятичных дробей</w:t>
            </w:r>
          </w:p>
        </w:tc>
      </w:tr>
      <w:tr w:rsidR="007A0854" w:rsidRPr="00743864" w:rsidTr="007A0854">
        <w:tc>
          <w:tcPr>
            <w:tcW w:w="1310" w:type="dxa"/>
          </w:tcPr>
          <w:p w:rsidR="007A0854" w:rsidRPr="001E468C" w:rsidRDefault="007A0854" w:rsidP="007A0854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07/05/2024</w:t>
            </w:r>
          </w:p>
        </w:tc>
        <w:tc>
          <w:tcPr>
            <w:tcW w:w="2944" w:type="dxa"/>
          </w:tcPr>
          <w:p w:rsidR="007A0854" w:rsidRPr="004E18EC" w:rsidRDefault="007A0854" w:rsidP="007A0854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B1383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5618" w:type="dxa"/>
          </w:tcPr>
          <w:p w:rsidR="007A0854" w:rsidRPr="005F79EA" w:rsidRDefault="007A0854" w:rsidP="007A0854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Умножение и деление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 xml:space="preserve"> десятичных дробей</w:t>
            </w:r>
          </w:p>
        </w:tc>
      </w:tr>
      <w:tr w:rsidR="007A0854" w:rsidRPr="00FD1AF2" w:rsidTr="007A0854">
        <w:tc>
          <w:tcPr>
            <w:tcW w:w="1310" w:type="dxa"/>
          </w:tcPr>
          <w:p w:rsidR="007A0854" w:rsidRPr="001E468C" w:rsidRDefault="007A0854" w:rsidP="007A0854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22/05/2024</w:t>
            </w:r>
          </w:p>
        </w:tc>
        <w:tc>
          <w:tcPr>
            <w:tcW w:w="2944" w:type="dxa"/>
          </w:tcPr>
          <w:p w:rsidR="007A0854" w:rsidRPr="004E18EC" w:rsidRDefault="007A0854" w:rsidP="007A0854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B1383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3</w:t>
            </w:r>
          </w:p>
        </w:tc>
        <w:tc>
          <w:tcPr>
            <w:tcW w:w="5618" w:type="dxa"/>
          </w:tcPr>
          <w:p w:rsidR="007A0854" w:rsidRPr="005F79EA" w:rsidRDefault="007A0854" w:rsidP="007A0854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Многоугольники. Построения и измерения</w:t>
            </w:r>
          </w:p>
        </w:tc>
      </w:tr>
      <w:tr w:rsidR="006A1104" w:rsidRPr="00FD1AF2" w:rsidTr="007A0854">
        <w:tc>
          <w:tcPr>
            <w:tcW w:w="1310" w:type="dxa"/>
          </w:tcPr>
          <w:p w:rsidR="006A1104" w:rsidRPr="001E468C" w:rsidRDefault="007A0854" w:rsidP="006A1104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29/05/2024</w:t>
            </w:r>
          </w:p>
        </w:tc>
        <w:tc>
          <w:tcPr>
            <w:tcW w:w="2944" w:type="dxa"/>
          </w:tcPr>
          <w:p w:rsidR="006A1104" w:rsidRPr="004E18EC" w:rsidRDefault="006A1104" w:rsidP="006A1104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B1383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4</w:t>
            </w:r>
          </w:p>
        </w:tc>
        <w:tc>
          <w:tcPr>
            <w:tcW w:w="5618" w:type="dxa"/>
          </w:tcPr>
          <w:p w:rsidR="006A1104" w:rsidRPr="005F79EA" w:rsidRDefault="006A1104" w:rsidP="006A1104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F79E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Итоговая</w:t>
            </w:r>
          </w:p>
        </w:tc>
      </w:tr>
    </w:tbl>
    <w:p w:rsidR="00F236E4" w:rsidRPr="00FD1AF2" w:rsidRDefault="00F236E4" w:rsidP="00F236E4">
      <w:pPr>
        <w:spacing w:line="240" w:lineRule="auto"/>
        <w:ind w:firstLine="708"/>
        <w:contextualSpacing/>
        <w:rPr>
          <w:rFonts w:asciiTheme="majorBidi" w:hAnsiTheme="majorBidi" w:cstheme="majorBidi"/>
          <w:lang w:val="ru-RU"/>
        </w:rPr>
      </w:pPr>
    </w:p>
    <w:p w:rsidR="00F236E4" w:rsidRPr="00662B46" w:rsidRDefault="00F236E4" w:rsidP="00F236E4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662B46">
        <w:rPr>
          <w:rFonts w:ascii="Times New Roman" w:eastAsia="Times New Roman" w:hAnsi="Times New Roman"/>
          <w:sz w:val="24"/>
          <w:szCs w:val="24"/>
          <w:lang w:val="ru-RU" w:eastAsia="ru-RU" w:bidi="ru-RU"/>
        </w:rPr>
        <w:t>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заданий.</w:t>
      </w:r>
    </w:p>
    <w:p w:rsidR="00F236E4" w:rsidRPr="00D86063" w:rsidRDefault="00F236E4" w:rsidP="00F236E4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D86063">
        <w:rPr>
          <w:rFonts w:ascii="Times New Roman" w:eastAsia="Times New Roman" w:hAnsi="Times New Roman"/>
          <w:sz w:val="24"/>
          <w:szCs w:val="24"/>
          <w:lang w:val="ru-RU" w:eastAsia="ru-RU" w:bidi="ru-RU"/>
        </w:rPr>
        <w:t xml:space="preserve">Основой науки математика являются вычисления и построение логических рассуждений на базе знания закономерностей и взаимосвязей между объектами и величинами. </w:t>
      </w:r>
    </w:p>
    <w:p w:rsidR="00F236E4" w:rsidRPr="00144FF4" w:rsidRDefault="00F236E4" w:rsidP="00F236E4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144FF4">
        <w:rPr>
          <w:rFonts w:ascii="Times New Roman" w:eastAsia="Times New Roman" w:hAnsi="Times New Roman"/>
          <w:sz w:val="24"/>
          <w:szCs w:val="24"/>
          <w:lang w:val="ru-RU" w:eastAsia="ru-RU" w:bidi="ru-RU"/>
        </w:rPr>
        <w:t>Для проверки теоретических знаний проводятся теоретические опросы/тесты, которые оцениваются с выставлением отметки «5», «4», «3», «2» или по принципу «зачет/незачет».</w:t>
      </w:r>
    </w:p>
    <w:p w:rsidR="00F236E4" w:rsidRPr="00144FF4" w:rsidRDefault="00F236E4" w:rsidP="00F236E4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144FF4">
        <w:rPr>
          <w:rFonts w:ascii="Times New Roman" w:eastAsia="Times New Roman" w:hAnsi="Times New Roman"/>
          <w:sz w:val="24"/>
          <w:szCs w:val="24"/>
          <w:lang w:val="ru-RU" w:eastAsia="ru-RU" w:bidi="ru-RU"/>
        </w:rPr>
        <w:t xml:space="preserve">Для проверки практических и вычислительных навыков проводятся кратковременные практические (самостоятельные) работы продолжительностью не более 15-20 минут, которые также оцениваются с выставлением отметки «5», «4», «3», «2» или по принципу «зачет/незачет». </w:t>
      </w:r>
    </w:p>
    <w:p w:rsidR="00F236E4" w:rsidRPr="00144FF4" w:rsidRDefault="00F236E4" w:rsidP="00F236E4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144FF4">
        <w:rPr>
          <w:rFonts w:ascii="Times New Roman" w:eastAsia="Times New Roman" w:hAnsi="Times New Roman"/>
          <w:sz w:val="24"/>
          <w:szCs w:val="24"/>
          <w:lang w:val="ru-RU" w:eastAsia="ru-RU" w:bidi="ru-RU"/>
        </w:rPr>
        <w:t>Проведение контрольных работ позволяет связать теоретический материал, изучаемый на уроках математики, с практическим использованием этих знаний. 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заданий.</w:t>
      </w:r>
    </w:p>
    <w:p w:rsidR="00F236E4" w:rsidRPr="00144FF4" w:rsidRDefault="00F236E4" w:rsidP="00F236E4">
      <w:pPr>
        <w:spacing w:line="240" w:lineRule="auto"/>
        <w:contextualSpacing/>
        <w:jc w:val="both"/>
        <w:rPr>
          <w:rFonts w:asciiTheme="majorBidi" w:hAnsiTheme="majorBidi" w:cstheme="majorBidi"/>
          <w:lang w:val="ru-RU"/>
        </w:rPr>
      </w:pPr>
    </w:p>
    <w:p w:rsidR="00F236E4" w:rsidRPr="00144FF4" w:rsidRDefault="00F236E4" w:rsidP="00F236E4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Перечень тем для подготовки обучающихся к контрольным работам.</w:t>
      </w:r>
    </w:p>
    <w:p w:rsidR="00F236E4" w:rsidRPr="00144FF4" w:rsidRDefault="00F236E4" w:rsidP="00F236E4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>В результате аттестации по учебному предмету «Математика» осуществляется комплексная проверка следующих умений и знаний, а также динамика формирования общих компетенций.</w:t>
      </w:r>
    </w:p>
    <w:p w:rsidR="00F236E4" w:rsidRPr="00144FF4" w:rsidRDefault="00F236E4" w:rsidP="00F236E4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236E4" w:rsidRPr="00144FF4" w:rsidRDefault="00F236E4" w:rsidP="00F236E4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№1.</w:t>
      </w:r>
      <w:r w:rsidRPr="00144FF4"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  <w:t xml:space="preserve"> «</w:t>
      </w:r>
      <w:r w:rsidR="006A1104" w:rsidRPr="006A1104"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  <w:t>Натуральные числа и шкалы. Линии на плоскости</w:t>
      </w:r>
      <w:r w:rsidRPr="00144FF4"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  <w:t>»</w:t>
      </w:r>
    </w:p>
    <w:p w:rsidR="00F236E4" w:rsidRPr="00144FF4" w:rsidRDefault="00F236E4" w:rsidP="00F236E4">
      <w:pPr>
        <w:spacing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bCs/>
          <w:sz w:val="24"/>
          <w:szCs w:val="24"/>
          <w:lang w:val="ru-RU"/>
        </w:rPr>
        <w:t>Темы для изучения:</w:t>
      </w:r>
    </w:p>
    <w:p w:rsidR="00F236E4" w:rsidRPr="00144FF4" w:rsidRDefault="00F236E4" w:rsidP="00F236E4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="006A1104" w:rsidRPr="006A1104">
        <w:rPr>
          <w:rFonts w:ascii="Times New Roman" w:hAnsi="Times New Roman"/>
          <w:sz w:val="24"/>
          <w:szCs w:val="24"/>
          <w:lang w:val="ru-RU"/>
        </w:rPr>
        <w:t>Цифры и числа</w:t>
      </w:r>
    </w:p>
    <w:p w:rsidR="00F236E4" w:rsidRPr="006A1104" w:rsidRDefault="00F236E4" w:rsidP="00F236E4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lastRenderedPageBreak/>
        <w:t>2.</w:t>
      </w:r>
      <w:r w:rsidRPr="00144FF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6A1104" w:rsidRPr="006A110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Отрезок и его длина</w:t>
      </w:r>
    </w:p>
    <w:p w:rsidR="00F236E4" w:rsidRDefault="00F236E4" w:rsidP="00F236E4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 </w:t>
      </w:r>
      <w:r>
        <w:rPr>
          <w:rFonts w:ascii="Times New Roman" w:hAnsi="Times New Roman" w:cs="Times New Roman"/>
          <w:sz w:val="24"/>
          <w:szCs w:val="24"/>
          <w:lang w:val="ru-RU"/>
        </w:rPr>
        <w:t>Натуральные числа на координатной прямой</w:t>
      </w:r>
    </w:p>
    <w:p w:rsidR="00F236E4" w:rsidRPr="00144FF4" w:rsidRDefault="00F236E4" w:rsidP="00F236E4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>
        <w:rPr>
          <w:rFonts w:ascii="Times New Roman" w:hAnsi="Times New Roman" w:cs="Times New Roman"/>
          <w:sz w:val="24"/>
          <w:szCs w:val="24"/>
          <w:lang w:val="ru-RU"/>
        </w:rPr>
        <w:t>Сравнение натуральных чисел</w:t>
      </w:r>
    </w:p>
    <w:p w:rsidR="00F236E4" w:rsidRPr="00144FF4" w:rsidRDefault="00F236E4" w:rsidP="00F236E4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236E4" w:rsidRPr="00144FF4" w:rsidRDefault="00F236E4" w:rsidP="00F236E4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№2.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«</w:t>
      </w:r>
      <w:r w:rsidR="006A1104" w:rsidRPr="006A1104">
        <w:rPr>
          <w:rFonts w:ascii="Times New Roman" w:hAnsi="Times New Roman" w:cs="Times New Roman"/>
          <w:b/>
          <w:bCs/>
          <w:sz w:val="24"/>
          <w:szCs w:val="24"/>
          <w:lang w:val="ru-RU"/>
        </w:rPr>
        <w:t>Сложение и вычитание натуральных чисел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F236E4" w:rsidRPr="00144FF4" w:rsidRDefault="00F236E4" w:rsidP="00F236E4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F236E4" w:rsidRPr="00144FF4" w:rsidRDefault="00F236E4" w:rsidP="00F236E4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>1.</w:t>
      </w:r>
      <w:r w:rsidRPr="00144FF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183043" w:rsidRPr="00183043">
        <w:rPr>
          <w:rFonts w:ascii="Times New Roman" w:hAnsi="Times New Roman" w:cs="Times New Roman"/>
          <w:sz w:val="24"/>
          <w:szCs w:val="24"/>
          <w:lang w:val="ru-RU"/>
        </w:rPr>
        <w:t>Действие сложения</w:t>
      </w:r>
    </w:p>
    <w:p w:rsidR="00F236E4" w:rsidRPr="00144FF4" w:rsidRDefault="00F236E4" w:rsidP="00F236E4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="00183043" w:rsidRPr="00183043">
        <w:rPr>
          <w:rFonts w:ascii="Times New Roman" w:hAnsi="Times New Roman" w:cs="Times New Roman"/>
          <w:sz w:val="24"/>
          <w:szCs w:val="24"/>
          <w:lang w:val="ru-RU"/>
        </w:rPr>
        <w:t>Действие вычитания</w:t>
      </w:r>
    </w:p>
    <w:p w:rsidR="00F236E4" w:rsidRDefault="00F236E4" w:rsidP="00F236E4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3. </w:t>
      </w:r>
      <w:r w:rsidR="00183043">
        <w:rPr>
          <w:rFonts w:ascii="Times New Roman" w:hAnsi="Times New Roman"/>
          <w:sz w:val="24"/>
          <w:szCs w:val="24"/>
          <w:lang w:val="ru-RU"/>
        </w:rPr>
        <w:t>Свойства сложения и вычитания</w:t>
      </w:r>
    </w:p>
    <w:p w:rsidR="00183043" w:rsidRPr="00144FF4" w:rsidRDefault="00183043" w:rsidP="00F236E4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236E4" w:rsidRPr="00144FF4" w:rsidRDefault="00F236E4" w:rsidP="00F236E4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№3.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="00183043" w:rsidRPr="00183043">
        <w:rPr>
          <w:rFonts w:ascii="Times New Roman" w:hAnsi="Times New Roman" w:cs="Times New Roman"/>
          <w:b/>
          <w:bCs/>
          <w:sz w:val="24"/>
          <w:szCs w:val="24"/>
          <w:lang w:val="ru-RU"/>
        </w:rPr>
        <w:t>Числовые и буквенные выражения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F236E4" w:rsidRPr="00144FF4" w:rsidRDefault="00F236E4" w:rsidP="00F236E4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F236E4" w:rsidRPr="00144FF4" w:rsidRDefault="00F236E4" w:rsidP="00F236E4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="00183043" w:rsidRPr="00183043">
        <w:rPr>
          <w:rFonts w:ascii="Times New Roman" w:hAnsi="Times New Roman"/>
          <w:sz w:val="24"/>
          <w:szCs w:val="24"/>
          <w:lang w:val="ru-RU"/>
        </w:rPr>
        <w:t>Числовые и буквенные выражения</w:t>
      </w:r>
    </w:p>
    <w:p w:rsidR="00F236E4" w:rsidRDefault="00F236E4" w:rsidP="0018304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="00183043" w:rsidRPr="00183043">
        <w:rPr>
          <w:rFonts w:ascii="Times New Roman" w:hAnsi="Times New Roman"/>
          <w:sz w:val="24"/>
          <w:szCs w:val="24"/>
          <w:lang w:val="ru-RU"/>
        </w:rPr>
        <w:t>Уравнения</w:t>
      </w:r>
    </w:p>
    <w:p w:rsidR="00183043" w:rsidRPr="00183043" w:rsidRDefault="00183043" w:rsidP="0018304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236E4" w:rsidRPr="00144FF4" w:rsidRDefault="00F236E4" w:rsidP="00F236E4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№4.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«</w:t>
      </w:r>
      <w:r w:rsidR="00141CB1" w:rsidRPr="00141CB1">
        <w:rPr>
          <w:rFonts w:ascii="Times New Roman" w:hAnsi="Times New Roman" w:cs="Times New Roman"/>
          <w:b/>
          <w:bCs/>
          <w:sz w:val="24"/>
          <w:szCs w:val="24"/>
          <w:lang w:val="ru-RU"/>
        </w:rPr>
        <w:t>Умножение и деление натуральных чисел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F236E4" w:rsidRPr="00144FF4" w:rsidRDefault="00F236E4" w:rsidP="00F236E4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F236E4" w:rsidRPr="00ED3207" w:rsidRDefault="00F236E4" w:rsidP="00F236E4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="00141CB1" w:rsidRPr="00141CB1">
        <w:rPr>
          <w:rFonts w:ascii="Times New Roman" w:hAnsi="Times New Roman" w:cs="Times New Roman"/>
          <w:sz w:val="24"/>
          <w:szCs w:val="24"/>
          <w:lang w:val="ru-RU"/>
        </w:rPr>
        <w:t>Действие умножения. Свойства умножения</w:t>
      </w:r>
    </w:p>
    <w:p w:rsidR="00141CB1" w:rsidRDefault="00F236E4" w:rsidP="00141C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="00141CB1" w:rsidRPr="00141CB1">
        <w:rPr>
          <w:rFonts w:ascii="Times New Roman" w:hAnsi="Times New Roman" w:cs="Times New Roman"/>
          <w:sz w:val="24"/>
          <w:szCs w:val="24"/>
          <w:lang w:val="ru-RU"/>
        </w:rPr>
        <w:t xml:space="preserve">Действие деления. Свойства деления </w:t>
      </w:r>
    </w:p>
    <w:p w:rsidR="00F236E4" w:rsidRPr="00144FF4" w:rsidRDefault="00141CB1" w:rsidP="00F236E4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</w:t>
      </w:r>
      <w:r w:rsidR="00F236E4" w:rsidRPr="00144FF4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141CB1">
        <w:rPr>
          <w:rFonts w:ascii="Times New Roman" w:hAnsi="Times New Roman" w:cs="Times New Roman"/>
          <w:sz w:val="24"/>
          <w:szCs w:val="24"/>
          <w:lang w:val="ru-RU"/>
        </w:rPr>
        <w:t>Деление с остатком</w:t>
      </w:r>
    </w:p>
    <w:p w:rsidR="00F236E4" w:rsidRPr="00144FF4" w:rsidRDefault="00F236E4" w:rsidP="00F236E4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F236E4" w:rsidRPr="00144FF4" w:rsidRDefault="00F236E4" w:rsidP="00F236E4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№5.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="00141CB1" w:rsidRPr="00141CB1">
        <w:rPr>
          <w:rFonts w:ascii="Times New Roman" w:hAnsi="Times New Roman" w:cs="Times New Roman"/>
          <w:b/>
          <w:bCs/>
          <w:sz w:val="24"/>
          <w:szCs w:val="24"/>
          <w:lang w:val="ru-RU"/>
        </w:rPr>
        <w:t>Упрощение выражений. Степень. Признаки делимости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F236E4" w:rsidRPr="00144FF4" w:rsidRDefault="00F236E4" w:rsidP="00F236E4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F236E4" w:rsidRPr="00144FF4" w:rsidRDefault="00F236E4" w:rsidP="00F236E4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="00141CB1" w:rsidRPr="00141CB1">
        <w:rPr>
          <w:rFonts w:ascii="Times New Roman" w:hAnsi="Times New Roman"/>
          <w:sz w:val="24"/>
          <w:szCs w:val="24"/>
          <w:lang w:val="ru-RU"/>
        </w:rPr>
        <w:t>Упрощение выражений</w:t>
      </w:r>
    </w:p>
    <w:p w:rsidR="00F236E4" w:rsidRPr="00144FF4" w:rsidRDefault="00F236E4" w:rsidP="00F236E4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="00141CB1" w:rsidRPr="00141CB1">
        <w:rPr>
          <w:rFonts w:ascii="Times New Roman" w:hAnsi="Times New Roman"/>
          <w:sz w:val="24"/>
          <w:szCs w:val="24"/>
          <w:lang w:val="ru-RU"/>
        </w:rPr>
        <w:t>Порядок действий в вычислениях</w:t>
      </w:r>
    </w:p>
    <w:p w:rsidR="00F236E4" w:rsidRDefault="00F236E4" w:rsidP="00F236E4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</w:t>
      </w:r>
      <w:r w:rsidRPr="00144FF4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141CB1" w:rsidRPr="00141CB1">
        <w:rPr>
          <w:rFonts w:ascii="Times New Roman" w:hAnsi="Times New Roman"/>
          <w:sz w:val="24"/>
          <w:szCs w:val="24"/>
          <w:lang w:val="ru-RU"/>
        </w:rPr>
        <w:t>Степень с натуральным показателем</w:t>
      </w:r>
      <w:r w:rsidRPr="00144FF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F236E4" w:rsidRDefault="00F236E4" w:rsidP="00F236E4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 w:rsidR="00141CB1" w:rsidRPr="00141CB1">
        <w:rPr>
          <w:rFonts w:ascii="Times New Roman" w:hAnsi="Times New Roman"/>
          <w:sz w:val="24"/>
          <w:szCs w:val="24"/>
          <w:lang w:val="ru-RU"/>
        </w:rPr>
        <w:t>Делители и кратные</w:t>
      </w:r>
    </w:p>
    <w:p w:rsidR="00F236E4" w:rsidRDefault="00F236E4" w:rsidP="00141CB1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5. </w:t>
      </w:r>
      <w:r w:rsidR="00141CB1" w:rsidRPr="00141CB1">
        <w:rPr>
          <w:rFonts w:ascii="Times New Roman" w:hAnsi="Times New Roman"/>
          <w:sz w:val="24"/>
          <w:szCs w:val="24"/>
          <w:lang w:val="ru-RU"/>
        </w:rPr>
        <w:t>Свойства и признаки делимости</w:t>
      </w:r>
    </w:p>
    <w:p w:rsidR="00141CB1" w:rsidRDefault="00141CB1" w:rsidP="00141CB1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BF7011" w:rsidRPr="00144FF4" w:rsidRDefault="00BF7011" w:rsidP="00BF7011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6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BF7011">
        <w:rPr>
          <w:rFonts w:ascii="Times New Roman" w:hAnsi="Times New Roman" w:cs="Times New Roman"/>
          <w:b/>
          <w:bCs/>
          <w:sz w:val="24"/>
          <w:szCs w:val="24"/>
          <w:lang w:val="ru-RU"/>
        </w:rPr>
        <w:t>Площади и объемы. Формулы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BF7011" w:rsidRPr="00144FF4" w:rsidRDefault="00BF7011" w:rsidP="00BF7011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BF7011" w:rsidRPr="00144FF4" w:rsidRDefault="00BF7011" w:rsidP="00BF7011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BF7011">
        <w:rPr>
          <w:rFonts w:ascii="Times New Roman" w:hAnsi="Times New Roman"/>
          <w:sz w:val="24"/>
          <w:szCs w:val="24"/>
          <w:lang w:val="ru-RU"/>
        </w:rPr>
        <w:t>Формулы</w:t>
      </w:r>
    </w:p>
    <w:p w:rsidR="00BF7011" w:rsidRPr="00144FF4" w:rsidRDefault="00BF7011" w:rsidP="00BF7011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BF7011">
        <w:rPr>
          <w:rFonts w:ascii="Times New Roman" w:hAnsi="Times New Roman"/>
          <w:sz w:val="24"/>
          <w:szCs w:val="24"/>
          <w:lang w:val="ru-RU"/>
        </w:rPr>
        <w:t>Площадь. Формула площади прямоугольника</w:t>
      </w:r>
    </w:p>
    <w:p w:rsidR="00BF7011" w:rsidRDefault="00BF7011" w:rsidP="00BF7011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</w:t>
      </w:r>
      <w:r w:rsidRPr="00144FF4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BF7011">
        <w:rPr>
          <w:rFonts w:ascii="Times New Roman" w:hAnsi="Times New Roman"/>
          <w:sz w:val="24"/>
          <w:szCs w:val="24"/>
          <w:lang w:val="ru-RU"/>
        </w:rPr>
        <w:t>Единицы измерения площадей</w:t>
      </w:r>
    </w:p>
    <w:p w:rsidR="00BF7011" w:rsidRDefault="00BF7011" w:rsidP="00BF7011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 w:rsidRPr="00BF7011">
        <w:rPr>
          <w:rFonts w:ascii="Times New Roman" w:hAnsi="Times New Roman"/>
          <w:sz w:val="24"/>
          <w:szCs w:val="24"/>
          <w:lang w:val="ru-RU"/>
        </w:rPr>
        <w:t>Объёмы. Объём прямоугольного параллелепипеда</w:t>
      </w:r>
    </w:p>
    <w:p w:rsidR="00BF7011" w:rsidRDefault="00BF7011" w:rsidP="00141CB1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BF7011" w:rsidRPr="00144FF4" w:rsidRDefault="00BF7011" w:rsidP="00BF7011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7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BF7011">
        <w:rPr>
          <w:rFonts w:ascii="Times New Roman" w:hAnsi="Times New Roman" w:cs="Times New Roman"/>
          <w:b/>
          <w:bCs/>
          <w:sz w:val="24"/>
          <w:szCs w:val="24"/>
          <w:lang w:val="ru-RU"/>
        </w:rPr>
        <w:t>Доли и дроби. Сравнение дробей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BF7011" w:rsidRPr="00144FF4" w:rsidRDefault="00BF7011" w:rsidP="00BF7011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BF7011" w:rsidRPr="00144FF4" w:rsidRDefault="00BF7011" w:rsidP="00BF7011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BF7011">
        <w:rPr>
          <w:rFonts w:ascii="Times New Roman" w:hAnsi="Times New Roman"/>
          <w:sz w:val="24"/>
          <w:szCs w:val="24"/>
          <w:lang w:val="ru-RU"/>
        </w:rPr>
        <w:t>Доли и дроби. Изображение дробей на координатной прямой</w:t>
      </w:r>
    </w:p>
    <w:p w:rsidR="00BF7011" w:rsidRPr="00144FF4" w:rsidRDefault="00BF7011" w:rsidP="00BF7011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BF7011">
        <w:rPr>
          <w:rFonts w:ascii="Times New Roman" w:hAnsi="Times New Roman"/>
          <w:sz w:val="24"/>
          <w:szCs w:val="24"/>
          <w:lang w:val="ru-RU"/>
        </w:rPr>
        <w:t>Сравнение дробей</w:t>
      </w:r>
    </w:p>
    <w:p w:rsidR="00BF7011" w:rsidRDefault="00BF7011" w:rsidP="00141CB1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AC131C" w:rsidRPr="00144FF4" w:rsidRDefault="00AC131C" w:rsidP="00AC131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8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AC131C">
        <w:rPr>
          <w:rFonts w:ascii="Times New Roman" w:hAnsi="Times New Roman" w:cs="Times New Roman"/>
          <w:b/>
          <w:bCs/>
          <w:sz w:val="24"/>
          <w:szCs w:val="24"/>
          <w:lang w:val="ru-RU"/>
        </w:rPr>
        <w:t>Смешанные числа. Сложение и вычитание дробей с одинаковыми знаменателями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AC131C" w:rsidRPr="00144FF4" w:rsidRDefault="00AC131C" w:rsidP="00AC131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AC131C" w:rsidRPr="00144FF4" w:rsidRDefault="00AC131C" w:rsidP="00AC131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AC131C">
        <w:rPr>
          <w:rFonts w:ascii="Times New Roman" w:hAnsi="Times New Roman"/>
          <w:sz w:val="24"/>
          <w:szCs w:val="24"/>
          <w:lang w:val="ru-RU"/>
        </w:rPr>
        <w:t>Основное свойство дроби</w:t>
      </w:r>
    </w:p>
    <w:p w:rsidR="00AC131C" w:rsidRDefault="00AC131C" w:rsidP="00AC131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AC131C">
        <w:rPr>
          <w:rFonts w:ascii="Times New Roman" w:hAnsi="Times New Roman"/>
          <w:sz w:val="24"/>
          <w:szCs w:val="24"/>
          <w:lang w:val="ru-RU"/>
        </w:rPr>
        <w:t>Сокращение дробей</w:t>
      </w:r>
    </w:p>
    <w:p w:rsidR="00AC131C" w:rsidRDefault="00AC131C" w:rsidP="00AC131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 </w:t>
      </w:r>
      <w:r w:rsidRPr="00AC131C">
        <w:rPr>
          <w:rFonts w:ascii="Times New Roman" w:hAnsi="Times New Roman"/>
          <w:sz w:val="24"/>
          <w:szCs w:val="24"/>
          <w:lang w:val="ru-RU"/>
        </w:rPr>
        <w:t>Приведение дробей к общему знаменателю</w:t>
      </w:r>
    </w:p>
    <w:p w:rsidR="00AC131C" w:rsidRPr="00144FF4" w:rsidRDefault="00AC131C" w:rsidP="00AC131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 w:rsidRPr="00AC131C">
        <w:rPr>
          <w:rFonts w:ascii="Times New Roman" w:hAnsi="Times New Roman"/>
          <w:sz w:val="24"/>
          <w:szCs w:val="24"/>
          <w:lang w:val="ru-RU"/>
        </w:rPr>
        <w:t>Сравнение, сложение и вычитание дробей с разными знаменателями</w:t>
      </w:r>
    </w:p>
    <w:p w:rsidR="00AC131C" w:rsidRDefault="00AC131C" w:rsidP="00AC131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AC131C" w:rsidRPr="00144FF4" w:rsidRDefault="00AC131C" w:rsidP="00AC131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lastRenderedPageBreak/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9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AC131C">
        <w:rPr>
          <w:rFonts w:ascii="Times New Roman" w:hAnsi="Times New Roman" w:cs="Times New Roman"/>
          <w:b/>
          <w:bCs/>
          <w:sz w:val="24"/>
          <w:szCs w:val="24"/>
          <w:lang w:val="ru-RU"/>
        </w:rPr>
        <w:t>Сокращение дробей. Сложение и вычитание дробей с разными знаменателями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AC131C" w:rsidRPr="00144FF4" w:rsidRDefault="00AC131C" w:rsidP="00AC131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AC131C" w:rsidRPr="00144FF4" w:rsidRDefault="00AC131C" w:rsidP="00AC131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AC131C">
        <w:rPr>
          <w:rFonts w:ascii="Times New Roman" w:hAnsi="Times New Roman"/>
          <w:sz w:val="24"/>
          <w:szCs w:val="24"/>
          <w:lang w:val="ru-RU"/>
        </w:rPr>
        <w:t>Сложение и вычитание дробей с одинаковыми знаменателями</w:t>
      </w:r>
    </w:p>
    <w:p w:rsidR="00AC131C" w:rsidRDefault="00AC131C" w:rsidP="00AC131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AC131C">
        <w:rPr>
          <w:rFonts w:ascii="Times New Roman" w:hAnsi="Times New Roman"/>
          <w:sz w:val="24"/>
          <w:szCs w:val="24"/>
          <w:lang w:val="ru-RU"/>
        </w:rPr>
        <w:t>Смешанные числа</w:t>
      </w:r>
    </w:p>
    <w:p w:rsidR="00AC131C" w:rsidRPr="00144FF4" w:rsidRDefault="00AC131C" w:rsidP="00AC131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 </w:t>
      </w:r>
      <w:r w:rsidRPr="00AC131C">
        <w:rPr>
          <w:rFonts w:ascii="Times New Roman" w:hAnsi="Times New Roman"/>
          <w:sz w:val="24"/>
          <w:szCs w:val="24"/>
          <w:lang w:val="ru-RU"/>
        </w:rPr>
        <w:t>Сложение и вычитание смешанных чисел</w:t>
      </w:r>
    </w:p>
    <w:p w:rsidR="00AC131C" w:rsidRDefault="00AC131C" w:rsidP="00AC131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F236E4" w:rsidRPr="00144FF4" w:rsidRDefault="00F236E4" w:rsidP="00F236E4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 w:rsidR="00AC131C">
        <w:rPr>
          <w:rFonts w:ascii="Times New Roman" w:hAnsi="Times New Roman"/>
          <w:b/>
          <w:sz w:val="24"/>
          <w:szCs w:val="24"/>
          <w:lang w:val="ru-RU"/>
        </w:rPr>
        <w:t>10</w:t>
      </w:r>
      <w:r>
        <w:rPr>
          <w:rFonts w:ascii="Times New Roman" w:hAnsi="Times New Roman"/>
          <w:b/>
          <w:sz w:val="24"/>
          <w:szCs w:val="24"/>
          <w:lang w:val="ru-RU"/>
        </w:rPr>
        <w:t>.</w:t>
      </w:r>
      <w:r w:rsidRPr="007315A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«</w:t>
      </w:r>
      <w:r w:rsidR="00553ED7" w:rsidRPr="00553ED7">
        <w:rPr>
          <w:rFonts w:ascii="Times New Roman" w:hAnsi="Times New Roman" w:cs="Times New Roman"/>
          <w:b/>
          <w:bCs/>
          <w:sz w:val="24"/>
          <w:szCs w:val="24"/>
          <w:lang w:val="ru-RU"/>
        </w:rPr>
        <w:t>Умножение и деление дробей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F236E4" w:rsidRPr="00144FF4" w:rsidRDefault="00F236E4" w:rsidP="00F236E4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F236E4" w:rsidRPr="00144FF4" w:rsidRDefault="00F236E4" w:rsidP="00F236E4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="00553ED7" w:rsidRPr="00553ED7">
        <w:rPr>
          <w:rFonts w:ascii="Times New Roman" w:hAnsi="Times New Roman"/>
          <w:sz w:val="24"/>
          <w:szCs w:val="24"/>
          <w:lang w:val="ru-RU"/>
        </w:rPr>
        <w:t>Умножения дробей</w:t>
      </w:r>
    </w:p>
    <w:p w:rsidR="00F236E4" w:rsidRPr="00144FF4" w:rsidRDefault="00F236E4" w:rsidP="00F236E4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="00553ED7" w:rsidRPr="00553ED7">
        <w:rPr>
          <w:rFonts w:ascii="Times New Roman" w:hAnsi="Times New Roman"/>
          <w:sz w:val="24"/>
          <w:szCs w:val="24"/>
          <w:lang w:val="ru-RU"/>
        </w:rPr>
        <w:t>Нахождение части целого</w:t>
      </w:r>
    </w:p>
    <w:p w:rsidR="00F236E4" w:rsidRPr="00BA32BC" w:rsidRDefault="00F236E4" w:rsidP="00F236E4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3. </w:t>
      </w:r>
      <w:r w:rsidR="00553ED7" w:rsidRPr="00553ED7">
        <w:rPr>
          <w:rFonts w:ascii="Times New Roman" w:hAnsi="Times New Roman" w:cs="Times New Roman"/>
          <w:sz w:val="24"/>
          <w:szCs w:val="24"/>
          <w:lang w:val="ru-RU"/>
        </w:rPr>
        <w:t>Деление дробей</w:t>
      </w:r>
    </w:p>
    <w:p w:rsidR="00F236E4" w:rsidRDefault="00F236E4" w:rsidP="00553ED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4. </w:t>
      </w:r>
      <w:r w:rsidR="00553ED7" w:rsidRPr="00553ED7">
        <w:rPr>
          <w:rFonts w:ascii="Times New Roman" w:hAnsi="Times New Roman" w:cs="Times New Roman"/>
          <w:sz w:val="24"/>
          <w:szCs w:val="24"/>
          <w:lang w:val="ru-RU"/>
        </w:rPr>
        <w:t>Нахождение целого по его части</w:t>
      </w:r>
    </w:p>
    <w:p w:rsidR="00553ED7" w:rsidRPr="00144FF4" w:rsidRDefault="00553ED7" w:rsidP="00553ED7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F236E4" w:rsidRDefault="00F236E4" w:rsidP="00F236E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 w:rsidR="00553ED7">
        <w:rPr>
          <w:rFonts w:ascii="Times New Roman" w:hAnsi="Times New Roman"/>
          <w:b/>
          <w:sz w:val="24"/>
          <w:szCs w:val="24"/>
          <w:lang w:val="ru-RU"/>
        </w:rPr>
        <w:t>11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="00553ED7" w:rsidRPr="00553ED7">
        <w:rPr>
          <w:rFonts w:ascii="Times New Roman" w:hAnsi="Times New Roman" w:cs="Times New Roman"/>
          <w:b/>
          <w:bCs/>
          <w:sz w:val="24"/>
          <w:szCs w:val="24"/>
          <w:lang w:val="ru-RU"/>
        </w:rPr>
        <w:t>Сложение и вычитание десятичных дробей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»</w:t>
      </w:r>
    </w:p>
    <w:p w:rsidR="00F236E4" w:rsidRPr="00144FF4" w:rsidRDefault="00F236E4" w:rsidP="00F236E4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F236E4" w:rsidRPr="00144FF4" w:rsidRDefault="00F236E4" w:rsidP="00F236E4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="00553ED7" w:rsidRPr="00553ED7">
        <w:rPr>
          <w:rFonts w:ascii="Times New Roman" w:hAnsi="Times New Roman" w:cs="Times New Roman"/>
          <w:sz w:val="24"/>
          <w:szCs w:val="24"/>
          <w:lang w:val="ru-RU"/>
        </w:rPr>
        <w:t>Десятичная запись дробей</w:t>
      </w:r>
    </w:p>
    <w:p w:rsidR="00553ED7" w:rsidRPr="00553ED7" w:rsidRDefault="00F236E4" w:rsidP="00553ED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="00553ED7" w:rsidRPr="00553ED7">
        <w:rPr>
          <w:rFonts w:ascii="Times New Roman" w:hAnsi="Times New Roman" w:cs="Times New Roman"/>
          <w:sz w:val="24"/>
          <w:szCs w:val="24"/>
          <w:lang w:val="ru-RU"/>
        </w:rPr>
        <w:t>Сравнение десятичных дробей</w:t>
      </w:r>
    </w:p>
    <w:p w:rsidR="00F236E4" w:rsidRPr="00B16255" w:rsidRDefault="00553ED7" w:rsidP="00553ED7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553ED7">
        <w:rPr>
          <w:rFonts w:ascii="Times New Roman" w:hAnsi="Times New Roman" w:cs="Times New Roman"/>
          <w:sz w:val="24"/>
          <w:szCs w:val="24"/>
          <w:lang w:val="ru-RU"/>
        </w:rPr>
        <w:t>Сложение и вычитание десятичных дробей</w:t>
      </w:r>
    </w:p>
    <w:p w:rsidR="00F236E4" w:rsidRDefault="00553ED7" w:rsidP="00553ED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</w:t>
      </w:r>
      <w:r w:rsidR="00F236E4" w:rsidRPr="00144FF4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553ED7">
        <w:rPr>
          <w:rFonts w:ascii="Times New Roman" w:hAnsi="Times New Roman" w:cs="Times New Roman"/>
          <w:sz w:val="24"/>
          <w:szCs w:val="24"/>
          <w:lang w:val="ru-RU"/>
        </w:rPr>
        <w:t>Округление чисел. Прикидка</w:t>
      </w:r>
    </w:p>
    <w:p w:rsidR="00553ED7" w:rsidRPr="00144FF4" w:rsidRDefault="00553ED7" w:rsidP="00553ED7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F236E4" w:rsidRPr="00144FF4" w:rsidRDefault="00F236E4" w:rsidP="00F236E4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 w:rsidR="00DA7C83">
        <w:rPr>
          <w:rFonts w:ascii="Times New Roman" w:hAnsi="Times New Roman"/>
          <w:b/>
          <w:sz w:val="24"/>
          <w:szCs w:val="24"/>
          <w:lang w:val="ru-RU"/>
        </w:rPr>
        <w:t>12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="00DA7C83" w:rsidRPr="00DA7C83">
        <w:rPr>
          <w:rFonts w:ascii="Times New Roman" w:hAnsi="Times New Roman"/>
          <w:b/>
          <w:sz w:val="24"/>
          <w:szCs w:val="24"/>
          <w:lang w:val="ru-RU"/>
        </w:rPr>
        <w:t>Умножение и деление десятичных дробей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»</w:t>
      </w:r>
    </w:p>
    <w:p w:rsidR="00F236E4" w:rsidRPr="00144FF4" w:rsidRDefault="00F236E4" w:rsidP="00F236E4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A7C83" w:rsidRPr="00DA7C83" w:rsidRDefault="00F236E4" w:rsidP="00DA7C8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="00DA7C83" w:rsidRPr="00DA7C83">
        <w:rPr>
          <w:rFonts w:ascii="Times New Roman" w:hAnsi="Times New Roman"/>
          <w:sz w:val="24"/>
          <w:szCs w:val="24"/>
          <w:lang w:val="ru-RU"/>
        </w:rPr>
        <w:t>Умножение десятичной дроби на натуральное число</w:t>
      </w:r>
    </w:p>
    <w:p w:rsidR="00DA7C83" w:rsidRPr="00DA7C83" w:rsidRDefault="00DA7C83" w:rsidP="00DA7C8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DA7C83">
        <w:rPr>
          <w:rFonts w:ascii="Times New Roman" w:hAnsi="Times New Roman"/>
          <w:sz w:val="24"/>
          <w:szCs w:val="24"/>
          <w:lang w:val="ru-RU"/>
        </w:rPr>
        <w:t>Деление десятичной дроби на натуральное число</w:t>
      </w:r>
    </w:p>
    <w:p w:rsidR="00DA7C83" w:rsidRPr="00DA7C83" w:rsidRDefault="00DA7C83" w:rsidP="00DA7C8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 </w:t>
      </w:r>
      <w:r w:rsidRPr="00DA7C83">
        <w:rPr>
          <w:rFonts w:ascii="Times New Roman" w:hAnsi="Times New Roman"/>
          <w:sz w:val="24"/>
          <w:szCs w:val="24"/>
          <w:lang w:val="ru-RU"/>
        </w:rPr>
        <w:t>Умножение на десятичную дробь</w:t>
      </w:r>
    </w:p>
    <w:p w:rsidR="00F236E4" w:rsidRDefault="00DA7C83" w:rsidP="00DA7C8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 w:rsidRPr="00DA7C83">
        <w:rPr>
          <w:rFonts w:ascii="Times New Roman" w:hAnsi="Times New Roman"/>
          <w:sz w:val="24"/>
          <w:szCs w:val="24"/>
          <w:lang w:val="ru-RU"/>
        </w:rPr>
        <w:t>Деление на десятичную дробь</w:t>
      </w:r>
    </w:p>
    <w:p w:rsidR="00DA7C83" w:rsidRPr="00144FF4" w:rsidRDefault="00DA7C83" w:rsidP="00DA7C8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236E4" w:rsidRDefault="00F236E4" w:rsidP="00F236E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 w:rsidR="00DA7C83">
        <w:rPr>
          <w:rFonts w:ascii="Times New Roman" w:hAnsi="Times New Roman"/>
          <w:b/>
          <w:sz w:val="24"/>
          <w:szCs w:val="24"/>
          <w:lang w:val="ru-RU"/>
        </w:rPr>
        <w:t>13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«</w:t>
      </w:r>
      <w:r w:rsidR="00992DDF" w:rsidRPr="00992DDF">
        <w:rPr>
          <w:rFonts w:ascii="Times New Roman" w:hAnsi="Times New Roman" w:cs="Times New Roman"/>
          <w:b/>
          <w:bCs/>
          <w:sz w:val="24"/>
          <w:szCs w:val="24"/>
          <w:lang w:val="ru-RU"/>
        </w:rPr>
        <w:t>Многоугольники. Построения и измерения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»</w:t>
      </w:r>
    </w:p>
    <w:p w:rsidR="00F236E4" w:rsidRPr="00144FF4" w:rsidRDefault="00F236E4" w:rsidP="00F236E4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F236E4" w:rsidRPr="00144FF4" w:rsidRDefault="00F236E4" w:rsidP="00F236E4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="00992DDF" w:rsidRPr="00992DDF">
        <w:rPr>
          <w:rFonts w:ascii="Times New Roman" w:hAnsi="Times New Roman"/>
          <w:sz w:val="24"/>
          <w:szCs w:val="24"/>
          <w:lang w:val="ru-RU"/>
        </w:rPr>
        <w:t>Виды углов. Чертёжный треугольник</w:t>
      </w:r>
    </w:p>
    <w:p w:rsidR="00F236E4" w:rsidRPr="00144FF4" w:rsidRDefault="00F236E4" w:rsidP="00F236E4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="00992DDF" w:rsidRPr="00992DDF">
        <w:rPr>
          <w:rFonts w:ascii="Times New Roman" w:hAnsi="Times New Roman"/>
          <w:sz w:val="24"/>
          <w:szCs w:val="24"/>
          <w:lang w:val="ru-RU"/>
        </w:rPr>
        <w:t>Измерение углов. Транспортир</w:t>
      </w:r>
    </w:p>
    <w:p w:rsidR="00F236E4" w:rsidRDefault="00F236E4" w:rsidP="00F236E4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3. </w:t>
      </w:r>
      <w:r w:rsidR="00992DDF" w:rsidRPr="00992DDF">
        <w:rPr>
          <w:rFonts w:ascii="Times New Roman" w:hAnsi="Times New Roman"/>
          <w:sz w:val="24"/>
          <w:szCs w:val="24"/>
          <w:lang w:val="ru-RU"/>
        </w:rPr>
        <w:t>Плоскость, прямая, луч, угол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F236E4" w:rsidRPr="00144FF4" w:rsidRDefault="00F236E4" w:rsidP="00992DD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992DDF" w:rsidRPr="00992DDF">
        <w:rPr>
          <w:rFonts w:ascii="Times New Roman" w:hAnsi="Times New Roman" w:cs="Times New Roman"/>
          <w:sz w:val="24"/>
          <w:szCs w:val="24"/>
          <w:lang w:val="ru-RU"/>
        </w:rPr>
        <w:t>Ломаная. Многоугольник</w:t>
      </w:r>
    </w:p>
    <w:p w:rsidR="00F236E4" w:rsidRPr="00144FF4" w:rsidRDefault="00F236E4" w:rsidP="00F236E4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236E4" w:rsidRPr="00C55DFA" w:rsidRDefault="00F236E4" w:rsidP="00F236E4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№1</w:t>
      </w:r>
      <w:r w:rsidR="00992DDF">
        <w:rPr>
          <w:rFonts w:ascii="Times New Roman" w:hAnsi="Times New Roman"/>
          <w:b/>
          <w:sz w:val="24"/>
          <w:szCs w:val="24"/>
          <w:lang w:val="ru-RU"/>
        </w:rPr>
        <w:t>4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C55DFA">
        <w:rPr>
          <w:rFonts w:ascii="Times New Roman" w:hAnsi="Times New Roman"/>
          <w:b/>
          <w:sz w:val="24"/>
          <w:szCs w:val="24"/>
          <w:lang w:val="ru-RU"/>
        </w:rPr>
        <w:t>Итоговая контрольная работа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F236E4" w:rsidRPr="00144FF4" w:rsidRDefault="00F236E4" w:rsidP="00F236E4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повторения:</w:t>
      </w:r>
    </w:p>
    <w:p w:rsidR="00F236E4" w:rsidRPr="00144FF4" w:rsidRDefault="00F236E4" w:rsidP="00F236E4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="00992DDF">
        <w:rPr>
          <w:rFonts w:ascii="Times New Roman" w:hAnsi="Times New Roman"/>
          <w:sz w:val="24"/>
          <w:szCs w:val="24"/>
          <w:lang w:val="ru-RU"/>
        </w:rPr>
        <w:t>Вычисления. Порядок действий</w:t>
      </w:r>
    </w:p>
    <w:p w:rsidR="00F236E4" w:rsidRPr="00144FF4" w:rsidRDefault="00992DDF" w:rsidP="00F236E4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</w:t>
      </w:r>
      <w:r w:rsidR="00F236E4" w:rsidRPr="00144FF4">
        <w:rPr>
          <w:rFonts w:ascii="Times New Roman" w:hAnsi="Times New Roman"/>
          <w:sz w:val="24"/>
          <w:szCs w:val="24"/>
          <w:lang w:val="ru-RU"/>
        </w:rPr>
        <w:t>. Решение уравнений</w:t>
      </w:r>
    </w:p>
    <w:p w:rsidR="00F236E4" w:rsidRPr="00144FF4" w:rsidRDefault="00992DDF" w:rsidP="00F236E4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</w:t>
      </w:r>
      <w:r w:rsidR="00F236E4" w:rsidRPr="00144FF4">
        <w:rPr>
          <w:rFonts w:ascii="Times New Roman" w:hAnsi="Times New Roman"/>
          <w:sz w:val="24"/>
          <w:szCs w:val="24"/>
          <w:lang w:val="ru-RU"/>
        </w:rPr>
        <w:t>. Решение задач на движение с использованием десятичных дробей</w:t>
      </w:r>
    </w:p>
    <w:p w:rsidR="00F236E4" w:rsidRDefault="00992DDF" w:rsidP="00F236E4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</w:t>
      </w:r>
      <w:r w:rsidR="00F236E4" w:rsidRPr="00144FF4">
        <w:rPr>
          <w:rFonts w:ascii="Times New Roman" w:hAnsi="Times New Roman"/>
          <w:sz w:val="24"/>
          <w:szCs w:val="24"/>
          <w:lang w:val="ru-RU"/>
        </w:rPr>
        <w:t>. Объём параллелепипеда</w:t>
      </w:r>
    </w:p>
    <w:p w:rsidR="00F236E4" w:rsidRPr="00144FF4" w:rsidRDefault="00F236E4" w:rsidP="00F236E4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236E4" w:rsidRPr="00144FF4" w:rsidRDefault="00F236E4" w:rsidP="00F236E4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>Система оценки достижений - один из инструментов реализации требований стандарта. Контроль знаний, проводимый в процессе обучения, призван соотнести достижения обучающегося с планируемыми результатами, заложенными в образовательную программу.</w:t>
      </w:r>
    </w:p>
    <w:tbl>
      <w:tblPr>
        <w:tblStyle w:val="af"/>
        <w:tblW w:w="0" w:type="auto"/>
        <w:tblLook w:val="04A0"/>
      </w:tblPr>
      <w:tblGrid>
        <w:gridCol w:w="1129"/>
        <w:gridCol w:w="8492"/>
      </w:tblGrid>
      <w:tr w:rsidR="00F236E4" w:rsidRPr="004E18EC" w:rsidTr="00865820">
        <w:tc>
          <w:tcPr>
            <w:tcW w:w="1129" w:type="dxa"/>
          </w:tcPr>
          <w:p w:rsidR="00F236E4" w:rsidRPr="004E18EC" w:rsidRDefault="00F236E4" w:rsidP="00865820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492" w:type="dxa"/>
          </w:tcPr>
          <w:p w:rsidR="00F236E4" w:rsidRPr="004E18EC" w:rsidRDefault="00F236E4" w:rsidP="00865820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оценки результатов</w:t>
            </w:r>
          </w:p>
        </w:tc>
      </w:tr>
      <w:tr w:rsidR="00F236E4" w:rsidRPr="00743864" w:rsidTr="00865820">
        <w:tc>
          <w:tcPr>
            <w:tcW w:w="1129" w:type="dxa"/>
          </w:tcPr>
          <w:p w:rsidR="00F236E4" w:rsidRPr="004E18EC" w:rsidRDefault="00F236E4" w:rsidP="00865820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8492" w:type="dxa"/>
          </w:tcPr>
          <w:p w:rsidR="00F236E4" w:rsidRPr="00144FF4" w:rsidRDefault="00F236E4" w:rsidP="00865820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работа выполнена полностью; в логических рассуждениях и обосновании решения нет пробелов и ошибок; 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      </w:r>
          </w:p>
        </w:tc>
      </w:tr>
      <w:tr w:rsidR="00F236E4" w:rsidRPr="00743864" w:rsidTr="00865820">
        <w:tc>
          <w:tcPr>
            <w:tcW w:w="1129" w:type="dxa"/>
          </w:tcPr>
          <w:p w:rsidR="00F236E4" w:rsidRPr="004E18EC" w:rsidRDefault="00F236E4" w:rsidP="00865820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«4»</w:t>
            </w:r>
          </w:p>
        </w:tc>
        <w:tc>
          <w:tcPr>
            <w:tcW w:w="8492" w:type="dxa"/>
          </w:tcPr>
          <w:p w:rsidR="00F236E4" w:rsidRPr="00144FF4" w:rsidRDefault="00F236E4" w:rsidP="00865820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 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</w:t>
            </w:r>
          </w:p>
        </w:tc>
      </w:tr>
      <w:tr w:rsidR="00F236E4" w:rsidRPr="00743864" w:rsidTr="00865820">
        <w:tc>
          <w:tcPr>
            <w:tcW w:w="1129" w:type="dxa"/>
          </w:tcPr>
          <w:p w:rsidR="00F236E4" w:rsidRPr="004E18EC" w:rsidRDefault="00F236E4" w:rsidP="00865820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8492" w:type="dxa"/>
          </w:tcPr>
          <w:p w:rsidR="00F236E4" w:rsidRPr="00144FF4" w:rsidRDefault="00F236E4" w:rsidP="00865820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допущено более одной ошибки или более двух – трех недочетов в выкладках, чертежах или графиках, но учащийся обладает обязательными умениями по проверяемой теме.</w:t>
            </w:r>
          </w:p>
        </w:tc>
      </w:tr>
      <w:tr w:rsidR="00F236E4" w:rsidRPr="00743864" w:rsidTr="00865820">
        <w:tc>
          <w:tcPr>
            <w:tcW w:w="1129" w:type="dxa"/>
          </w:tcPr>
          <w:p w:rsidR="00F236E4" w:rsidRPr="004E18EC" w:rsidRDefault="00F236E4" w:rsidP="00865820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8492" w:type="dxa"/>
          </w:tcPr>
          <w:p w:rsidR="00F236E4" w:rsidRPr="00144FF4" w:rsidRDefault="00F236E4" w:rsidP="0086582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допущены существенные ошибки, показавшие, что учащийся не обладает обязательными умениями по данной теме в полной мере; полное незнание изученного материала, отсутствия элементарных умений и навыков.</w:t>
            </w:r>
          </w:p>
        </w:tc>
      </w:tr>
    </w:tbl>
    <w:p w:rsidR="00F236E4" w:rsidRPr="00144FF4" w:rsidRDefault="00F236E4" w:rsidP="00F236E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F236E4" w:rsidRDefault="00F236E4" w:rsidP="00F236E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4FF4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Оценка за контроль ключевых компетенций обучающихся производится по пятибалльной системе. </w:t>
      </w:r>
      <w:r w:rsidRPr="00CB21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выполнении заданий ставится отметка, учитывая процент выполненных заданий:</w:t>
      </w:r>
    </w:p>
    <w:p w:rsidR="00F236E4" w:rsidRPr="00CB217F" w:rsidRDefault="00F236E4" w:rsidP="00F236E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0" w:type="auto"/>
        <w:tblLook w:val="04A0"/>
      </w:tblPr>
      <w:tblGrid>
        <w:gridCol w:w="1205"/>
        <w:gridCol w:w="3043"/>
        <w:gridCol w:w="5373"/>
      </w:tblGrid>
      <w:tr w:rsidR="00F236E4" w:rsidRPr="00743864" w:rsidTr="00865820">
        <w:tc>
          <w:tcPr>
            <w:tcW w:w="1205" w:type="dxa"/>
          </w:tcPr>
          <w:p w:rsidR="00F236E4" w:rsidRPr="00CB217F" w:rsidRDefault="00F236E4" w:rsidP="00865820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B217F">
              <w:rPr>
                <w:rFonts w:ascii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416" w:type="dxa"/>
            <w:gridSpan w:val="2"/>
          </w:tcPr>
          <w:p w:rsidR="00F236E4" w:rsidRPr="00144FF4" w:rsidRDefault="00F236E4" w:rsidP="00865820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Критерии оценки результатов работ, состоящих из заданий обязательного уровня и дополнительных заданий</w:t>
            </w:r>
          </w:p>
        </w:tc>
      </w:tr>
      <w:tr w:rsidR="00F236E4" w:rsidRPr="00743864" w:rsidTr="00865820">
        <w:tc>
          <w:tcPr>
            <w:tcW w:w="1205" w:type="dxa"/>
          </w:tcPr>
          <w:p w:rsidR="00F236E4" w:rsidRPr="00CB217F" w:rsidRDefault="00F236E4" w:rsidP="00865820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217F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3043" w:type="dxa"/>
          </w:tcPr>
          <w:p w:rsidR="00F236E4" w:rsidRPr="00144FF4" w:rsidRDefault="00F236E4" w:rsidP="00865820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не менее 85% от всей работы</w:t>
            </w:r>
          </w:p>
        </w:tc>
        <w:tc>
          <w:tcPr>
            <w:tcW w:w="5373" w:type="dxa"/>
          </w:tcPr>
          <w:p w:rsidR="00F236E4" w:rsidRPr="00144FF4" w:rsidRDefault="00F236E4" w:rsidP="00865820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выставляется за ответ, в котором обучающийся демонстрирует глубокое понимание сущности материала, логично его излагает, используя в деятельности</w:t>
            </w:r>
          </w:p>
        </w:tc>
      </w:tr>
      <w:tr w:rsidR="00F236E4" w:rsidRPr="00743864" w:rsidTr="00865820">
        <w:tc>
          <w:tcPr>
            <w:tcW w:w="1205" w:type="dxa"/>
          </w:tcPr>
          <w:p w:rsidR="00F236E4" w:rsidRPr="00CB217F" w:rsidRDefault="00F236E4" w:rsidP="00865820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217F">
              <w:rPr>
                <w:rFonts w:ascii="Times New Roman" w:hAnsi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043" w:type="dxa"/>
          </w:tcPr>
          <w:p w:rsidR="00F236E4" w:rsidRPr="00144FF4" w:rsidRDefault="00F236E4" w:rsidP="00865820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от 70% до 84% от всей работы</w:t>
            </w:r>
          </w:p>
        </w:tc>
        <w:tc>
          <w:tcPr>
            <w:tcW w:w="5373" w:type="dxa"/>
          </w:tcPr>
          <w:p w:rsidR="00F236E4" w:rsidRPr="00144FF4" w:rsidRDefault="00F236E4" w:rsidP="00865820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ставится за ответ, в котором содержатся небольшие неточности и незначительные ошибки</w:t>
            </w:r>
          </w:p>
        </w:tc>
      </w:tr>
      <w:tr w:rsidR="00F236E4" w:rsidRPr="00743864" w:rsidTr="00865820">
        <w:tc>
          <w:tcPr>
            <w:tcW w:w="1205" w:type="dxa"/>
          </w:tcPr>
          <w:p w:rsidR="00F236E4" w:rsidRPr="00CB217F" w:rsidRDefault="00F236E4" w:rsidP="00865820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217F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043" w:type="dxa"/>
          </w:tcPr>
          <w:p w:rsidR="00F236E4" w:rsidRPr="00144FF4" w:rsidRDefault="00F236E4" w:rsidP="00865820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от 50% до 69% от всей работы, или все задания обязательного уровня</w:t>
            </w:r>
          </w:p>
        </w:tc>
        <w:tc>
          <w:tcPr>
            <w:tcW w:w="5373" w:type="dxa"/>
          </w:tcPr>
          <w:p w:rsidR="00F236E4" w:rsidRPr="00144FF4" w:rsidRDefault="00F236E4" w:rsidP="00865820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получают за ответ, в котором отсутствует логическая последовательность, имеются пробелы в знании материала, нет должной аргументации и умения использовать знания на практике</w:t>
            </w:r>
          </w:p>
        </w:tc>
      </w:tr>
      <w:tr w:rsidR="00F236E4" w:rsidRPr="00743864" w:rsidTr="00865820">
        <w:tc>
          <w:tcPr>
            <w:tcW w:w="1205" w:type="dxa"/>
          </w:tcPr>
          <w:p w:rsidR="00F236E4" w:rsidRPr="00CB217F" w:rsidRDefault="00F236E4" w:rsidP="00865820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217F">
              <w:rPr>
                <w:rFonts w:ascii="Times New Roman" w:hAnsi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3043" w:type="dxa"/>
          </w:tcPr>
          <w:p w:rsidR="00F236E4" w:rsidRPr="00144FF4" w:rsidRDefault="00F236E4" w:rsidP="00865820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выполнение заданий менее 50% от общей работы</w:t>
            </w:r>
          </w:p>
        </w:tc>
        <w:tc>
          <w:tcPr>
            <w:tcW w:w="5373" w:type="dxa"/>
          </w:tcPr>
          <w:p w:rsidR="00F236E4" w:rsidRPr="00144FF4" w:rsidRDefault="00F236E4" w:rsidP="00865820">
            <w:pPr>
              <w:keepNext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выставляется за непонимание и незнание материала программы</w:t>
            </w:r>
          </w:p>
        </w:tc>
      </w:tr>
    </w:tbl>
    <w:p w:rsidR="00F236E4" w:rsidRPr="00144FF4" w:rsidRDefault="00F236E4" w:rsidP="00F236E4">
      <w:pPr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F236E4" w:rsidRDefault="00F236E4" w:rsidP="00F236E4">
      <w:pPr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E18EC">
        <w:rPr>
          <w:rFonts w:ascii="Times New Roman" w:hAnsi="Times New Roman"/>
          <w:b/>
          <w:color w:val="000000"/>
          <w:sz w:val="24"/>
          <w:szCs w:val="24"/>
        </w:rPr>
        <w:t>Общая классификация ошибок.</w:t>
      </w:r>
    </w:p>
    <w:p w:rsidR="00F236E4" w:rsidRPr="004E18EC" w:rsidRDefault="00F236E4" w:rsidP="00F236E4">
      <w:pPr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1413"/>
        <w:gridCol w:w="8208"/>
      </w:tblGrid>
      <w:tr w:rsidR="00F236E4" w:rsidRPr="004E18EC" w:rsidTr="00865820">
        <w:tc>
          <w:tcPr>
            <w:tcW w:w="1413" w:type="dxa"/>
          </w:tcPr>
          <w:p w:rsidR="00F236E4" w:rsidRPr="004E18EC" w:rsidRDefault="00F236E4" w:rsidP="00865820">
            <w:pPr>
              <w:contextualSpacing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iCs/>
                <w:sz w:val="24"/>
                <w:szCs w:val="24"/>
              </w:rPr>
              <w:t>Виды ошибок</w:t>
            </w:r>
          </w:p>
        </w:tc>
        <w:tc>
          <w:tcPr>
            <w:tcW w:w="8208" w:type="dxa"/>
          </w:tcPr>
          <w:p w:rsidR="00F236E4" w:rsidRPr="004E18EC" w:rsidRDefault="00F236E4" w:rsidP="00865820">
            <w:pPr>
              <w:contextualSpacing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iCs/>
                <w:sz w:val="24"/>
                <w:szCs w:val="24"/>
              </w:rPr>
              <w:t>Критерии ошибок</w:t>
            </w:r>
          </w:p>
        </w:tc>
      </w:tr>
      <w:tr w:rsidR="00F236E4" w:rsidRPr="00743864" w:rsidTr="00865820">
        <w:tc>
          <w:tcPr>
            <w:tcW w:w="1413" w:type="dxa"/>
          </w:tcPr>
          <w:p w:rsidR="00F236E4" w:rsidRPr="004E18EC" w:rsidRDefault="00F236E4" w:rsidP="0086582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8EC">
              <w:rPr>
                <w:rFonts w:ascii="Times New Roman" w:hAnsi="Times New Roman"/>
                <w:sz w:val="24"/>
                <w:szCs w:val="24"/>
              </w:rPr>
              <w:t>Грубые ошибки</w:t>
            </w:r>
          </w:p>
        </w:tc>
        <w:tc>
          <w:tcPr>
            <w:tcW w:w="8208" w:type="dxa"/>
          </w:tcPr>
          <w:p w:rsidR="00F236E4" w:rsidRPr="00144FF4" w:rsidRDefault="00F236E4" w:rsidP="00865820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незнание наименований единиц измерения;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выделить в ответе главное;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применять знания, алгоритмы для решения задач;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делать выводы и обобщения;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пользоваться первоисточниками, учебником и справочниками;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вычислительные ошибки, если они не являются опиской;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логические ошибки;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вычислительные ошибки в примерах и задачах;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ошибки на незнание порядка выполнения арифметических действий;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решение задачи (пропуск действий, неправильный выбор действий, лишнее действие);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недоведение до конца решения задачи или примера;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невыполненное задание;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неправильный выбор порядка выполнения действий в выражении;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пропуск нуля в частном при делении натуральных </w:t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lastRenderedPageBreak/>
              <w:t xml:space="preserve">чисел или десятичных дробей;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неправильный выбор действий при решении текстовых задач;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измерение или построение угла с помощью транспортира, связанное с отсутствием умения выбирать нужную шкалу.</w:t>
            </w:r>
          </w:p>
        </w:tc>
      </w:tr>
      <w:tr w:rsidR="00F236E4" w:rsidRPr="00743864" w:rsidTr="00865820">
        <w:tc>
          <w:tcPr>
            <w:tcW w:w="1413" w:type="dxa"/>
          </w:tcPr>
          <w:p w:rsidR="00F236E4" w:rsidRPr="004E18EC" w:rsidRDefault="00F236E4" w:rsidP="0086582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8EC">
              <w:rPr>
                <w:rFonts w:ascii="Times New Roman" w:hAnsi="Times New Roman"/>
                <w:sz w:val="24"/>
                <w:szCs w:val="24"/>
              </w:rPr>
              <w:lastRenderedPageBreak/>
              <w:t>Негрубая ошибка</w:t>
            </w:r>
          </w:p>
        </w:tc>
        <w:tc>
          <w:tcPr>
            <w:tcW w:w="8208" w:type="dxa"/>
          </w:tcPr>
          <w:p w:rsidR="00F236E4" w:rsidRPr="00144FF4" w:rsidRDefault="00F236E4" w:rsidP="00865820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второстепенными;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нерациональный метод решения задачи или недостаточно продуманный план ответа (нарушение логики, подмена отдельных основных вопросов второстепенными);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решать задачи, выполнять задания в общем виде;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неправильная постановка вопроса к действию при решении задачи;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неверно сформулированный ответ задачи;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списывание данных чисел, знаков;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недоведение до конца преобразований.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неправильная ссылка на сочетательный и распределительный законы при вычислениях;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использование в отдельных случаях наименований, например, обозначение единиц длины для единиц площади и объема;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сохранение в окончательном результате при вычислениях или преобразованиях выражений неправильной дроби.</w:t>
            </w:r>
          </w:p>
        </w:tc>
      </w:tr>
      <w:tr w:rsidR="00F236E4" w:rsidRPr="00743864" w:rsidTr="00865820">
        <w:tc>
          <w:tcPr>
            <w:tcW w:w="1413" w:type="dxa"/>
          </w:tcPr>
          <w:p w:rsidR="00F236E4" w:rsidRPr="004E18EC" w:rsidRDefault="00F236E4" w:rsidP="0086582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8EC">
              <w:rPr>
                <w:rFonts w:ascii="Times New Roman" w:hAnsi="Times New Roman"/>
                <w:sz w:val="24"/>
                <w:szCs w:val="24"/>
              </w:rPr>
              <w:t xml:space="preserve">Недочет </w:t>
            </w:r>
          </w:p>
        </w:tc>
        <w:tc>
          <w:tcPr>
            <w:tcW w:w="8208" w:type="dxa"/>
          </w:tcPr>
          <w:p w:rsidR="00F236E4" w:rsidRPr="00144FF4" w:rsidRDefault="00F236E4" w:rsidP="00865820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нерациональные приемы вычислений и преобразований; небрежное выполнение записей, чертежей, схем, графиков.</w:t>
            </w:r>
          </w:p>
        </w:tc>
      </w:tr>
    </w:tbl>
    <w:p w:rsidR="00F236E4" w:rsidRPr="00144FF4" w:rsidRDefault="00F236E4" w:rsidP="00F236E4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236E4" w:rsidRDefault="00F236E4" w:rsidP="00F236E4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Ниже в приложении предлагаются примерные варианты контрольных работ, используемые при обучении данного класса. </w:t>
      </w:r>
    </w:p>
    <w:p w:rsidR="00F236E4" w:rsidRDefault="00F236E4" w:rsidP="00F236E4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236E4" w:rsidRDefault="00F236E4" w:rsidP="00F236E4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236E4" w:rsidRDefault="00F236E4" w:rsidP="00F236E4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236E4" w:rsidRDefault="00F236E4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 w:type="page"/>
      </w:r>
    </w:p>
    <w:p w:rsidR="005F725E" w:rsidRDefault="005F725E">
      <w:pPr>
        <w:rPr>
          <w:rFonts w:ascii="Times New Roman" w:hAnsi="Times New Roman"/>
          <w:sz w:val="24"/>
          <w:szCs w:val="24"/>
          <w:lang w:val="ru-RU"/>
        </w:rPr>
      </w:pPr>
      <w:r w:rsidRPr="005F725E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20130" cy="3867785"/>
            <wp:effectExtent l="0" t="0" r="0" b="0"/>
            <wp:docPr id="16559828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98281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25E" w:rsidRDefault="005F725E">
      <w:pPr>
        <w:rPr>
          <w:rFonts w:ascii="Times New Roman" w:hAnsi="Times New Roman"/>
          <w:sz w:val="24"/>
          <w:szCs w:val="24"/>
          <w:lang w:val="ru-RU"/>
        </w:rPr>
      </w:pPr>
      <w:r w:rsidRPr="005F725E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0130" cy="3762375"/>
            <wp:effectExtent l="0" t="0" r="0" b="0"/>
            <wp:docPr id="16104318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43182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25E" w:rsidRDefault="005F725E">
      <w:pPr>
        <w:rPr>
          <w:rFonts w:ascii="Times New Roman" w:hAnsi="Times New Roman"/>
          <w:sz w:val="24"/>
          <w:szCs w:val="24"/>
          <w:lang w:val="ru-RU"/>
        </w:rPr>
      </w:pPr>
      <w:r w:rsidRPr="005F725E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20130" cy="3780155"/>
            <wp:effectExtent l="0" t="0" r="0" b="0"/>
            <wp:docPr id="17806742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67424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25E" w:rsidRDefault="005F725E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 w:type="page"/>
      </w:r>
    </w:p>
    <w:p w:rsidR="00DC3F2C" w:rsidRPr="00E14A76" w:rsidRDefault="00DC3F2C" w:rsidP="00DC3F2C">
      <w:pPr>
        <w:spacing w:after="0"/>
        <w:ind w:left="120"/>
        <w:rPr>
          <w:lang w:val="ru-RU"/>
        </w:rPr>
      </w:pPr>
      <w:r w:rsidRPr="00E14A7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ПОУРОЧНОЕ ПЛАНИРОВАНИЕ </w:t>
      </w:r>
    </w:p>
    <w:p w:rsidR="00DC3F2C" w:rsidRPr="00E14A76" w:rsidRDefault="00DC3F2C" w:rsidP="00DC3F2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E14A76">
        <w:rPr>
          <w:rFonts w:ascii="Times New Roman" w:hAnsi="Times New Roman"/>
          <w:b/>
          <w:color w:val="000000"/>
          <w:sz w:val="28"/>
          <w:lang w:val="ru-RU"/>
        </w:rPr>
        <w:t xml:space="preserve"> 5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«Б»</w:t>
      </w:r>
      <w:r w:rsidRPr="00E14A76">
        <w:rPr>
          <w:rFonts w:ascii="Times New Roman" w:hAnsi="Times New Roman"/>
          <w:b/>
          <w:color w:val="000000"/>
          <w:sz w:val="28"/>
          <w:lang w:val="ru-RU"/>
        </w:rPr>
        <w:t xml:space="preserve"> КЛАСС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    Учитель Павлова Анастасия Федоровна</w:t>
      </w:r>
    </w:p>
    <w:p w:rsidR="00DC3F2C" w:rsidRDefault="00DC3F2C" w:rsidP="00DC3F2C">
      <w:pPr>
        <w:spacing w:after="0"/>
        <w:ind w:left="120"/>
        <w:rPr>
          <w:lang w:val="ru-RU"/>
        </w:rPr>
      </w:pPr>
    </w:p>
    <w:tbl>
      <w:tblPr>
        <w:tblStyle w:val="af"/>
        <w:tblW w:w="10289" w:type="dxa"/>
        <w:tblLayout w:type="fixed"/>
        <w:tblLook w:val="04A0"/>
      </w:tblPr>
      <w:tblGrid>
        <w:gridCol w:w="675"/>
        <w:gridCol w:w="5928"/>
        <w:gridCol w:w="1417"/>
        <w:gridCol w:w="1276"/>
        <w:gridCol w:w="993"/>
      </w:tblGrid>
      <w:tr w:rsidR="00DC3F2C" w:rsidRPr="00E110AC" w:rsidTr="008B1FCB">
        <w:trPr>
          <w:trHeight w:val="1441"/>
          <w:tblHeader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№ урока</w:t>
            </w:r>
          </w:p>
        </w:tc>
        <w:tc>
          <w:tcPr>
            <w:tcW w:w="5928" w:type="dxa"/>
            <w:hideMark/>
          </w:tcPr>
          <w:p w:rsidR="00DC3F2C" w:rsidRPr="00E110AC" w:rsidRDefault="00DC3F2C" w:rsidP="008B1FC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Плановые сроки прохождения программы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  <w:lang w:val="ru-RU"/>
              </w:rPr>
              <w:t>Фактические сроки и/или коррекция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28" w:type="dxa"/>
            <w:hideMark/>
          </w:tcPr>
          <w:p w:rsidR="00DC3F2C" w:rsidRPr="00E711F9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Представление числовой информации в таблицах</w:t>
            </w:r>
            <w:r w:rsidRPr="00E711F9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11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Инструктаж по ТБ, ОТ на уроках математики.</w:t>
            </w:r>
          </w:p>
        </w:tc>
        <w:tc>
          <w:tcPr>
            <w:tcW w:w="1417" w:type="dxa"/>
            <w:hideMark/>
          </w:tcPr>
          <w:p w:rsidR="00DC3F2C" w:rsidRPr="00E711F9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711F9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711F9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</w:tcPr>
          <w:p w:rsidR="00DC3F2C" w:rsidRPr="006866A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28" w:type="dxa"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Представление числовой информации в таблицах</w:t>
            </w:r>
          </w:p>
        </w:tc>
        <w:tc>
          <w:tcPr>
            <w:tcW w:w="1417" w:type="dxa"/>
          </w:tcPr>
          <w:p w:rsidR="00DC3F2C" w:rsidRPr="006866A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DC3F2C" w:rsidRPr="006866A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C3F2C" w:rsidRPr="006866A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Цифры и числа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6866A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Цифры и числа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28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Отрезок и его длина. Ломаная. Многоугольник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28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Отрезок и его длина. Ломаная. Многоугольник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928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66A3">
              <w:rPr>
                <w:rFonts w:ascii="Times New Roman" w:hAnsi="Times New Roman"/>
                <w:sz w:val="24"/>
                <w:szCs w:val="24"/>
                <w:lang w:val="ru-RU"/>
              </w:rPr>
              <w:t>Плоскость, представление о плоскости. Прямая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66A3">
              <w:rPr>
                <w:rFonts w:ascii="Times New Roman" w:hAnsi="Times New Roman"/>
                <w:sz w:val="24"/>
                <w:szCs w:val="24"/>
                <w:lang w:val="ru-RU"/>
              </w:rPr>
              <w:t>Прямая, луч, угол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Шкалы и координатная прямая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928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66A3">
              <w:rPr>
                <w:rFonts w:ascii="Times New Roman" w:hAnsi="Times New Roman"/>
                <w:sz w:val="24"/>
                <w:szCs w:val="24"/>
                <w:lang w:val="ru-RU"/>
              </w:rPr>
              <w:t>Координатная прямая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66A3">
              <w:rPr>
                <w:rFonts w:ascii="Times New Roman" w:hAnsi="Times New Roman"/>
                <w:sz w:val="24"/>
                <w:szCs w:val="24"/>
                <w:lang w:val="ru-RU"/>
              </w:rPr>
              <w:t>Сравнение натуральных чисел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натуральных чисел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натуральных чисел</w:t>
            </w:r>
            <w:r w:rsidRPr="00FC7890">
              <w:rPr>
                <w:lang w:val="ru-RU"/>
              </w:rPr>
              <w:t xml:space="preserve"> </w:t>
            </w:r>
            <w:r w:rsidRPr="00FC7890">
              <w:rPr>
                <w:rFonts w:ascii="Times New Roman" w:hAnsi="Times New Roman"/>
                <w:sz w:val="24"/>
                <w:szCs w:val="24"/>
                <w:lang w:val="ru-RU"/>
              </w:rPr>
              <w:t>с помощью рисунка, схемы (таблицы, диаграммы)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hideMark/>
          </w:tcPr>
          <w:p w:rsidR="00DC3F2C" w:rsidRPr="00FC7890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FC7890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FC7890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928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7890">
              <w:rPr>
                <w:rFonts w:ascii="Times New Roman" w:hAnsi="Times New Roman"/>
                <w:sz w:val="24"/>
                <w:szCs w:val="24"/>
                <w:lang w:val="ru-RU"/>
              </w:rPr>
              <w:t>Позиционная и непозиционная запись числа, римская нумерация</w:t>
            </w:r>
          </w:p>
        </w:tc>
        <w:tc>
          <w:tcPr>
            <w:tcW w:w="1417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FC7890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1</w:t>
            </w:r>
          </w:p>
        </w:tc>
        <w:tc>
          <w:tcPr>
            <w:tcW w:w="1417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FC7890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Представление числовой информации в столбчатых диаграммах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6866A3" w:rsidTr="008B1FCB">
        <w:trPr>
          <w:trHeight w:val="315"/>
        </w:trPr>
        <w:tc>
          <w:tcPr>
            <w:tcW w:w="675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928" w:type="dxa"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7890">
              <w:rPr>
                <w:rFonts w:ascii="Times New Roman" w:hAnsi="Times New Roman"/>
                <w:sz w:val="24"/>
                <w:szCs w:val="24"/>
                <w:lang w:val="ru-RU"/>
              </w:rPr>
              <w:t>Чтение информации на диаграммах</w:t>
            </w:r>
          </w:p>
        </w:tc>
        <w:tc>
          <w:tcPr>
            <w:tcW w:w="1417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3F2C" w:rsidRPr="006866A3" w:rsidTr="008B1FCB">
        <w:trPr>
          <w:trHeight w:val="315"/>
        </w:trPr>
        <w:tc>
          <w:tcPr>
            <w:tcW w:w="675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928" w:type="dxa"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7890">
              <w:rPr>
                <w:rFonts w:ascii="Times New Roman" w:hAnsi="Times New Roman"/>
                <w:sz w:val="24"/>
                <w:szCs w:val="24"/>
                <w:lang w:val="ru-RU"/>
              </w:rPr>
              <w:t>Построение столбчатых диаграмм</w:t>
            </w:r>
          </w:p>
        </w:tc>
        <w:tc>
          <w:tcPr>
            <w:tcW w:w="1417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3F2C" w:rsidRPr="00FC1E60" w:rsidTr="008B1FCB">
        <w:trPr>
          <w:trHeight w:val="630"/>
        </w:trPr>
        <w:tc>
          <w:tcPr>
            <w:tcW w:w="675" w:type="dxa"/>
            <w:hideMark/>
          </w:tcPr>
          <w:p w:rsidR="00DC3F2C" w:rsidRPr="001C04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сложения. Свойства сложения</w:t>
            </w:r>
          </w:p>
        </w:tc>
        <w:tc>
          <w:tcPr>
            <w:tcW w:w="1417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928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сложения. Свойства сложения</w:t>
            </w:r>
          </w:p>
        </w:tc>
        <w:tc>
          <w:tcPr>
            <w:tcW w:w="1417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сложения. Свойства сложения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вычитания. Свойства вычитания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вычитания. Свойства вычитания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вычитания. Свойства вычитания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2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315E1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Числовые и буквенные выражения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315E1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Числовые и буквенные выражения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315E1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Числовые и буквенные выражения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315E1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Числовые и буквенные выражения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Уравнения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Уравнения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Уравнения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3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умножения. Свойства умножения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умножения. Свойства умножения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умножения. Свойства умножения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деления. Свойства деления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деления. Свойства деления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деления. Свойства деления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деления. Свойства деления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с остатком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с остатком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с остатком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4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962AC6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Упрощение выражений</w:t>
            </w:r>
          </w:p>
        </w:tc>
        <w:tc>
          <w:tcPr>
            <w:tcW w:w="1417" w:type="dxa"/>
            <w:hideMark/>
          </w:tcPr>
          <w:p w:rsidR="00DC3F2C" w:rsidRPr="00962AC6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962AC6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962AC6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Упрощение выражений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Упрощение выражений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Упрощение выражений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Порядок действий в вычислениях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Порядок действий в вычислениях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Порядок действий в вычислениях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Степень с натуральным показателем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Степень с натуральным показателем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Делители и кратные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Делители и кратные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5928" w:type="dxa"/>
            <w:noWrap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Делители и кратные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Свойства и признаки делимости</w:t>
            </w:r>
          </w:p>
        </w:tc>
        <w:tc>
          <w:tcPr>
            <w:tcW w:w="1417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Свойства и признаки делимости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Свойства и признаки делимости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Свойства и признаки делимости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№ 5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737A69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Формулы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6E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Фигуры на плоскости, многоугольники. Треугольник, </w:t>
            </w:r>
            <w:r w:rsidRPr="00B826E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виды треугольников. Четырёхугольники: прямоугольник, квадрат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6E7">
              <w:rPr>
                <w:rFonts w:ascii="Times New Roman" w:hAnsi="Times New Roman"/>
                <w:sz w:val="24"/>
                <w:szCs w:val="24"/>
                <w:lang w:val="ru-RU"/>
              </w:rPr>
              <w:t>Периметр фигуры, формулы для вычисления периметра</w:t>
            </w:r>
          </w:p>
        </w:tc>
        <w:tc>
          <w:tcPr>
            <w:tcW w:w="1417" w:type="dxa"/>
            <w:hideMark/>
          </w:tcPr>
          <w:p w:rsidR="00DC3F2C" w:rsidRPr="00B826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B826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B826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6E7">
              <w:rPr>
                <w:rFonts w:ascii="Times New Roman" w:hAnsi="Times New Roman"/>
                <w:sz w:val="24"/>
                <w:szCs w:val="24"/>
                <w:lang w:val="ru-RU"/>
              </w:rPr>
              <w:t>Понятие о площади. Площадь единичного квадрата. Единицы измерения площади. Площадь квадра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та</w:t>
            </w:r>
          </w:p>
        </w:tc>
        <w:tc>
          <w:tcPr>
            <w:tcW w:w="1417" w:type="dxa"/>
            <w:hideMark/>
          </w:tcPr>
          <w:p w:rsidR="00DC3F2C" w:rsidRPr="00B826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B826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B826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3FE1">
              <w:rPr>
                <w:rFonts w:ascii="Times New Roman" w:hAnsi="Times New Roman"/>
                <w:sz w:val="24"/>
                <w:szCs w:val="24"/>
                <w:lang w:val="ru-RU"/>
              </w:rPr>
              <w:t>Единицы измерения площадей. Площадь прямоугольника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3FE1">
              <w:rPr>
                <w:rFonts w:ascii="Times New Roman" w:hAnsi="Times New Roman"/>
                <w:sz w:val="24"/>
                <w:szCs w:val="24"/>
                <w:lang w:val="ru-RU"/>
              </w:rPr>
              <w:t>Тела и фигуры в пространстве. Прямоугольный параллелепипед и его свойства. Куб. Свойства куба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3FE1">
              <w:rPr>
                <w:rFonts w:ascii="Times New Roman" w:hAnsi="Times New Roman"/>
                <w:sz w:val="24"/>
                <w:szCs w:val="24"/>
                <w:lang w:val="ru-RU"/>
              </w:rPr>
              <w:t>Измерения параллелепипеда. Понятие поверхности. Площадь поверхности куба и прямоугольного параллелепипеда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3FE1">
              <w:rPr>
                <w:rFonts w:ascii="Times New Roman" w:hAnsi="Times New Roman"/>
                <w:sz w:val="24"/>
                <w:szCs w:val="24"/>
                <w:lang w:val="ru-RU"/>
              </w:rPr>
              <w:t>Понятие объёма. Единичный куб. Единицы измерения объёма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Объёмы. Объём прямоугольного параллелепипеда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№6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96544">
              <w:rPr>
                <w:rFonts w:ascii="Times New Roman" w:hAnsi="Times New Roman"/>
                <w:sz w:val="24"/>
                <w:szCs w:val="24"/>
                <w:lang w:val="ru-RU"/>
              </w:rPr>
              <w:t>Окружность, круг. Примеры фигур, содержащих окружность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C56893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Окружность, круг, шар, цилиндр</w:t>
            </w:r>
          </w:p>
        </w:tc>
        <w:tc>
          <w:tcPr>
            <w:tcW w:w="1417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F52ED">
              <w:rPr>
                <w:rFonts w:ascii="Times New Roman" w:hAnsi="Times New Roman"/>
                <w:sz w:val="24"/>
                <w:szCs w:val="24"/>
                <w:lang w:val="ru-RU"/>
              </w:rPr>
              <w:t>Доли и дроби. Доли. Обыкновенные дроби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79FF">
              <w:rPr>
                <w:rFonts w:ascii="Times New Roman" w:hAnsi="Times New Roman"/>
                <w:sz w:val="24"/>
                <w:szCs w:val="24"/>
                <w:lang w:val="ru-RU"/>
              </w:rPr>
              <w:t>Доли и дроби. Изображение дробей на координатном луче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79FF">
              <w:rPr>
                <w:rFonts w:ascii="Times New Roman" w:hAnsi="Times New Roman"/>
                <w:sz w:val="24"/>
                <w:szCs w:val="24"/>
                <w:lang w:val="ru-RU"/>
              </w:rPr>
              <w:t>Доли и дроби. Изображение дробей на координатном луче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79FF">
              <w:rPr>
                <w:rFonts w:ascii="Times New Roman" w:hAnsi="Times New Roman"/>
                <w:sz w:val="24"/>
                <w:szCs w:val="24"/>
                <w:lang w:val="ru-RU"/>
              </w:rPr>
              <w:t>Доли и дроби. Изображение дробей на координатном луче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дробей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дробей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дробей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Правильные и неправильные дроби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Правильные и неправильные дроби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№7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Сложение и вычитание дробей с одинаковыми </w:t>
            </w: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знаменателями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натуральных чисел и дроби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натуральных чисел и дроби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Смешанные числа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C56893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Смешанные числа</w:t>
            </w:r>
          </w:p>
        </w:tc>
        <w:tc>
          <w:tcPr>
            <w:tcW w:w="1417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630"/>
        </w:trPr>
        <w:tc>
          <w:tcPr>
            <w:tcW w:w="675" w:type="dxa"/>
            <w:hideMark/>
          </w:tcPr>
          <w:p w:rsidR="00DC3F2C" w:rsidRPr="005D4F35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8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Основное свойство дроби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Сокращение дробей 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Сокращение дробей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п.9стр63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9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Умножения дробей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Умножения дробей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части целого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части целого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части целого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303B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дробей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дробей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202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целого по его части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целого по его части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целого по его части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3D3C2E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10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3D3C2E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Десятичная запись дробей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3D3C2E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Десятичная запись дробей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3D3C2E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119</w:t>
            </w:r>
          </w:p>
        </w:tc>
        <w:tc>
          <w:tcPr>
            <w:tcW w:w="5928" w:type="dxa"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3C2E">
              <w:rPr>
                <w:rFonts w:ascii="Times New Roman" w:hAnsi="Times New Roman"/>
                <w:sz w:val="24"/>
                <w:szCs w:val="24"/>
                <w:lang w:val="ru-RU"/>
              </w:rPr>
              <w:t>Величины и десятичные дроби</w:t>
            </w:r>
          </w:p>
        </w:tc>
        <w:tc>
          <w:tcPr>
            <w:tcW w:w="1417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десятичных дробей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десятичных дробей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Округление чисел. Прикидка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6866A3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Округление чисел. Прикидка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DC3F2C" w:rsidRPr="003D3C2E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3D3C2E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3D3C2E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11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на десятичную дробь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на десятичную дробь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на десятичную дробь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на десятичную дробь</w:t>
            </w:r>
          </w:p>
        </w:tc>
        <w:tc>
          <w:tcPr>
            <w:tcW w:w="1417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на десятичную дробь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десятичную дробь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десятичную дробь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303B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десятичную дробь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десятичную дробь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десятичную дробь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149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A45DD">
              <w:rPr>
                <w:rFonts w:ascii="Times New Roman" w:hAnsi="Times New Roman"/>
                <w:sz w:val="24"/>
                <w:szCs w:val="24"/>
                <w:lang w:val="ru-RU"/>
              </w:rPr>
              <w:t>Решение задач с десятичными дробям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</w:p>
        </w:tc>
        <w:tc>
          <w:tcPr>
            <w:tcW w:w="1417" w:type="dxa"/>
            <w:hideMark/>
          </w:tcPr>
          <w:p w:rsidR="00DC3F2C" w:rsidRPr="00EA45DD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A45DD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A45DD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A45DD">
              <w:rPr>
                <w:rFonts w:ascii="Times New Roman" w:hAnsi="Times New Roman"/>
                <w:sz w:val="24"/>
                <w:szCs w:val="24"/>
                <w:lang w:val="ru-RU"/>
              </w:rPr>
              <w:t>Решение задач с десятичными дробям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12</w:t>
            </w:r>
          </w:p>
        </w:tc>
        <w:tc>
          <w:tcPr>
            <w:tcW w:w="1417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Калькулятор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Калькулятор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Калькулятор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5928" w:type="dxa"/>
            <w:vAlign w:val="center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Виды углов. Чертёжный треугольник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5928" w:type="dxa"/>
            <w:vAlign w:val="center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Виды углов. Чертёжный треугольник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5928" w:type="dxa"/>
            <w:vAlign w:val="center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Виды углов. Чертёжный треугольник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5928" w:type="dxa"/>
            <w:vAlign w:val="center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Виды углов. Чертёжный треугольник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5928" w:type="dxa"/>
            <w:noWrap/>
            <w:vAlign w:val="center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Измерение углов. Транспортир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5928" w:type="dxa"/>
            <w:noWrap/>
            <w:vAlign w:val="center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Измерение углов. Транспортир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254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Измерение углов. Транспортир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216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№13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178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112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216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2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268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5928" w:type="dxa"/>
            <w:vAlign w:val="center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Итоговая контрольная работа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5928" w:type="dxa"/>
            <w:vAlign w:val="center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34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25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DC3F2C" w:rsidRPr="00E14A76" w:rsidRDefault="00DC3F2C" w:rsidP="00DC3F2C">
      <w:pPr>
        <w:spacing w:after="0"/>
        <w:ind w:left="120"/>
        <w:rPr>
          <w:lang w:val="ru-RU"/>
        </w:rPr>
      </w:pPr>
    </w:p>
    <w:p w:rsidR="00DC3F2C" w:rsidRPr="00E14A76" w:rsidRDefault="00DC3F2C" w:rsidP="00DC3F2C">
      <w:pPr>
        <w:rPr>
          <w:lang w:val="ru-RU"/>
        </w:rPr>
        <w:sectPr w:rsidR="00DC3F2C" w:rsidRPr="00E14A76" w:rsidSect="00EF175E">
          <w:pgSz w:w="11906" w:h="16383"/>
          <w:pgMar w:top="850" w:right="707" w:bottom="1701" w:left="1134" w:header="720" w:footer="720" w:gutter="0"/>
          <w:cols w:space="720"/>
          <w:docGrid w:linePitch="299"/>
        </w:sectPr>
      </w:pPr>
    </w:p>
    <w:p w:rsidR="00DC3F2C" w:rsidRPr="00D61B41" w:rsidRDefault="00DC3F2C" w:rsidP="00DC3F2C">
      <w:pPr>
        <w:spacing w:after="0"/>
        <w:ind w:left="120"/>
        <w:rPr>
          <w:lang w:val="ru-RU"/>
        </w:rPr>
      </w:pPr>
      <w:r w:rsidRPr="00D61B41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DC3F2C" w:rsidRPr="00D61B41" w:rsidRDefault="00DC3F2C" w:rsidP="00DC3F2C">
      <w:pPr>
        <w:spacing w:after="0" w:line="480" w:lineRule="auto"/>
        <w:ind w:left="120"/>
        <w:rPr>
          <w:lang w:val="ru-RU"/>
        </w:rPr>
      </w:pPr>
      <w:r w:rsidRPr="00D61B41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DC3F2C" w:rsidRPr="00D61B41" w:rsidRDefault="00DC3F2C" w:rsidP="00DC3F2C">
      <w:pPr>
        <w:spacing w:after="0"/>
        <w:ind w:left="119"/>
        <w:contextualSpacing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Математика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5 класс : базовый уровень : учебник : в 2 частях / Н.Я. Виленкин, В.И. Жохов, А.С. Чесноков и др. – Москва : Просвещение, 2023</w:t>
      </w:r>
    </w:p>
    <w:p w:rsidR="00DC3F2C" w:rsidRPr="00D61B41" w:rsidRDefault="00DC3F2C" w:rsidP="00DC3F2C">
      <w:pPr>
        <w:spacing w:after="0"/>
        <w:ind w:left="120"/>
        <w:rPr>
          <w:lang w:val="ru-RU"/>
        </w:rPr>
      </w:pPr>
      <w:r w:rsidRPr="00D61B41">
        <w:rPr>
          <w:rFonts w:ascii="Times New Roman" w:hAnsi="Times New Roman"/>
          <w:color w:val="000000"/>
          <w:sz w:val="28"/>
          <w:lang w:val="ru-RU"/>
        </w:rPr>
        <w:t>​</w:t>
      </w:r>
    </w:p>
    <w:p w:rsidR="00DC3F2C" w:rsidRPr="00D61B41" w:rsidRDefault="00DC3F2C" w:rsidP="00DC3F2C">
      <w:pPr>
        <w:spacing w:after="0" w:line="480" w:lineRule="auto"/>
        <w:ind w:left="120"/>
        <w:rPr>
          <w:lang w:val="ru-RU"/>
        </w:rPr>
      </w:pPr>
      <w:r w:rsidRPr="00D61B4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C3F2C" w:rsidRDefault="00DC3F2C" w:rsidP="00DC3F2C">
      <w:pPr>
        <w:spacing w:after="0"/>
        <w:ind w:left="119"/>
        <w:contextualSpacing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Методические рекомендации</w:t>
      </w:r>
    </w:p>
    <w:p w:rsidR="00DC3F2C" w:rsidRPr="006B1E59" w:rsidRDefault="00DC3F2C" w:rsidP="00DC3F2C">
      <w:pPr>
        <w:spacing w:after="0"/>
        <w:ind w:left="119"/>
        <w:contextualSpacing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Математика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5 класс : базовый уровень : контрольные работы. Учебное пособие / Л.Б. Крайнева – М.: Просвещение, 2023</w:t>
      </w:r>
    </w:p>
    <w:p w:rsidR="00DC3F2C" w:rsidRPr="00D61B41" w:rsidRDefault="00DC3F2C" w:rsidP="00DC3F2C">
      <w:pPr>
        <w:spacing w:after="0"/>
        <w:ind w:left="120"/>
        <w:rPr>
          <w:lang w:val="ru-RU"/>
        </w:rPr>
      </w:pPr>
    </w:p>
    <w:p w:rsidR="00DC3F2C" w:rsidRPr="00DC678B" w:rsidRDefault="00DC3F2C" w:rsidP="00DC3F2C">
      <w:pPr>
        <w:spacing w:after="0" w:line="480" w:lineRule="auto"/>
        <w:ind w:left="120"/>
        <w:rPr>
          <w:lang w:val="ru-RU"/>
        </w:rPr>
      </w:pPr>
      <w:r w:rsidRPr="00DC678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C3F2C" w:rsidRPr="002E6396" w:rsidRDefault="00DC3F2C" w:rsidP="00DC3F2C">
      <w:pPr>
        <w:spacing w:after="0"/>
        <w:ind w:left="119"/>
        <w:contextualSpacing/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</w:pPr>
      <w:r w:rsidRPr="00805DF9">
        <w:rPr>
          <w:rFonts w:ascii="Times New Roman" w:hAnsi="Times New Roman"/>
          <w:color w:val="000000"/>
          <w:sz w:val="28"/>
          <w:lang w:val="ru-RU"/>
        </w:rPr>
        <w:t>Библиотека ЦОК</w:t>
      </w:r>
      <w:r w:rsidRPr="00DC678B">
        <w:rPr>
          <w:rFonts w:ascii="Times New Roman" w:hAnsi="Times New Roman"/>
          <w:color w:val="000000"/>
          <w:sz w:val="24"/>
          <w:lang w:val="ru-RU"/>
        </w:rPr>
        <w:t xml:space="preserve"> </w:t>
      </w:r>
      <w:hyperlink r:id="rId32"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://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m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.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edsoo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.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ru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/7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f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4131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ce</w:t>
        </w:r>
      </w:hyperlink>
    </w:p>
    <w:p w:rsidR="00DC3F2C" w:rsidRPr="00F236E4" w:rsidRDefault="00DC3F2C" w:rsidP="00DC3F2C">
      <w:pPr>
        <w:spacing w:after="0"/>
        <w:ind w:left="119"/>
        <w:contextualSpacing/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Библиотека МЭШ </w:t>
      </w:r>
      <w:hyperlink r:id="rId33" w:history="1"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https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uchebnik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mos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ru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catalogue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?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class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_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level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_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ids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=5&amp;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subject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_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program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_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ids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=31937337</w:t>
        </w:r>
      </w:hyperlink>
    </w:p>
    <w:p w:rsidR="00DC3F2C" w:rsidRPr="00805DF9" w:rsidRDefault="00DC3F2C" w:rsidP="00DC3F2C">
      <w:pPr>
        <w:spacing w:after="0"/>
        <w:ind w:left="119"/>
        <w:contextualSpacing/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</w:pPr>
      <w:r w:rsidRPr="00805DF9">
        <w:rPr>
          <w:rFonts w:ascii="Times New Roman" w:hAnsi="Times New Roman"/>
          <w:color w:val="000000"/>
          <w:sz w:val="28"/>
          <w:lang w:val="ru-RU"/>
        </w:rPr>
        <w:t>Библиотека РЭШ</w:t>
      </w:r>
      <w:r>
        <w:rPr>
          <w:lang w:val="ru-RU"/>
        </w:rPr>
        <w:t xml:space="preserve"> </w:t>
      </w:r>
      <w:hyperlink r:id="rId34" w:history="1">
        <w:r w:rsidRPr="00805DF9">
          <w:rPr>
            <w:rFonts w:ascii="Times New Roman" w:hAnsi="Times New Roman" w:cs="Times New Roman"/>
            <w:color w:val="0000FF"/>
            <w:sz w:val="28"/>
            <w:szCs w:val="28"/>
          </w:rPr>
          <w:t>https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lang w:val="ru-RU"/>
          </w:rPr>
          <w:t>://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</w:rPr>
          <w:t>resh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lang w:val="ru-RU"/>
          </w:rPr>
          <w:t>.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</w:rPr>
          <w:t>edu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lang w:val="ru-RU"/>
          </w:rPr>
          <w:t>.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</w:rPr>
          <w:t>ru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lang w:val="ru-RU"/>
          </w:rPr>
          <w:t>/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</w:rPr>
          <w:t>subject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lang w:val="ru-RU"/>
          </w:rPr>
          <w:t>/12/5/</w:t>
        </w:r>
      </w:hyperlink>
    </w:p>
    <w:p w:rsidR="00DC3F2C" w:rsidRPr="00805DF9" w:rsidRDefault="00DC3F2C" w:rsidP="00DC3F2C">
      <w:pPr>
        <w:spacing w:after="0" w:line="480" w:lineRule="auto"/>
        <w:ind w:left="120"/>
        <w:rPr>
          <w:lang w:val="ru-RU"/>
        </w:rPr>
      </w:pPr>
      <w:r w:rsidRPr="00805DF9">
        <w:rPr>
          <w:rFonts w:ascii="Times New Roman" w:hAnsi="Times New Roman"/>
          <w:color w:val="000000"/>
          <w:sz w:val="28"/>
          <w:lang w:val="ru-RU"/>
        </w:rPr>
        <w:t>​</w:t>
      </w:r>
      <w:r w:rsidRPr="00805DF9">
        <w:rPr>
          <w:rFonts w:ascii="Times New Roman" w:hAnsi="Times New Roman"/>
          <w:color w:val="333333"/>
          <w:sz w:val="28"/>
          <w:lang w:val="ru-RU"/>
        </w:rPr>
        <w:t>​‌‌</w:t>
      </w:r>
      <w:r w:rsidRPr="00805DF9">
        <w:rPr>
          <w:rFonts w:ascii="Times New Roman" w:hAnsi="Times New Roman"/>
          <w:color w:val="000000"/>
          <w:sz w:val="28"/>
          <w:lang w:val="ru-RU"/>
        </w:rPr>
        <w:t>​</w:t>
      </w:r>
    </w:p>
    <w:p w:rsidR="00DC3F2C" w:rsidRDefault="00DC3F2C" w:rsidP="00DC3F2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  <w:sectPr w:rsidR="00DC3F2C" w:rsidSect="00D61B41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DC3F2C" w:rsidRPr="00400668" w:rsidRDefault="00DC3F2C" w:rsidP="00DC3F2C">
      <w:pPr>
        <w:contextualSpacing/>
        <w:jc w:val="right"/>
        <w:rPr>
          <w:rFonts w:asciiTheme="majorBidi" w:hAnsiTheme="majorBidi" w:cstheme="majorBidi"/>
          <w:bCs/>
          <w:lang w:val="ru-RU"/>
        </w:rPr>
      </w:pPr>
      <w:r w:rsidRPr="00400668">
        <w:rPr>
          <w:rFonts w:asciiTheme="majorBidi" w:hAnsiTheme="majorBidi" w:cstheme="majorBidi"/>
          <w:b/>
          <w:bCs/>
          <w:lang w:val="ru-RU"/>
        </w:rPr>
        <w:lastRenderedPageBreak/>
        <w:t>ПРИЛОЖЕНИЕ №</w:t>
      </w:r>
      <w:r w:rsidRPr="00400668">
        <w:rPr>
          <w:rFonts w:asciiTheme="majorBidi" w:hAnsiTheme="majorBidi" w:cstheme="majorBidi"/>
          <w:bCs/>
          <w:u w:val="single"/>
          <w:lang w:val="ru-RU"/>
        </w:rPr>
        <w:tab/>
        <w:t xml:space="preserve">    </w:t>
      </w:r>
      <w:r w:rsidRPr="00400668">
        <w:rPr>
          <w:rFonts w:asciiTheme="majorBidi" w:hAnsiTheme="majorBidi" w:cstheme="majorBidi"/>
          <w:bCs/>
          <w:u w:val="single"/>
          <w:lang w:val="ru-RU"/>
        </w:rPr>
        <w:tab/>
      </w:r>
    </w:p>
    <w:p w:rsidR="00DC3F2C" w:rsidRPr="00E711F9" w:rsidRDefault="00DC3F2C" w:rsidP="00DC3F2C">
      <w:pPr>
        <w:spacing w:line="240" w:lineRule="auto"/>
        <w:contextualSpacing/>
        <w:jc w:val="right"/>
        <w:rPr>
          <w:rFonts w:asciiTheme="majorBidi" w:hAnsiTheme="majorBidi" w:cstheme="majorBidi"/>
          <w:bCs/>
          <w:lang w:val="ru-RU"/>
        </w:rPr>
      </w:pPr>
    </w:p>
    <w:p w:rsidR="00DC3F2C" w:rsidRPr="00400668" w:rsidRDefault="00DC3F2C" w:rsidP="00DC3F2C">
      <w:pPr>
        <w:spacing w:line="240" w:lineRule="auto"/>
        <w:contextualSpacing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400668">
        <w:rPr>
          <w:rFonts w:ascii="Times New Roman" w:eastAsia="Times New Roman" w:hAnsi="Times New Roman"/>
          <w:sz w:val="24"/>
          <w:szCs w:val="24"/>
          <w:lang w:val="ru-RU" w:eastAsia="ru-RU" w:bidi="ru-RU"/>
        </w:rPr>
        <w:t>Учитель математики:</w:t>
      </w:r>
      <w:r w:rsidRPr="009A10B3">
        <w:rPr>
          <w:rFonts w:ascii="Times New Roman" w:eastAsia="Times New Roman" w:hAnsi="Times New Roman"/>
          <w:sz w:val="24"/>
          <w:szCs w:val="24"/>
          <w:lang w:val="ru-RU" w:eastAsia="ru-RU" w:bidi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ru-RU" w:eastAsia="ru-RU" w:bidi="ru-RU"/>
        </w:rPr>
        <w:t>Павлова А.Ф</w:t>
      </w:r>
      <w:r w:rsidRPr="00400668">
        <w:rPr>
          <w:rFonts w:ascii="Times New Roman" w:eastAsia="Times New Roman" w:hAnsi="Times New Roman"/>
          <w:sz w:val="24"/>
          <w:szCs w:val="24"/>
          <w:lang w:val="ru-RU" w:eastAsia="ru-RU" w:bidi="ru-RU"/>
        </w:rPr>
        <w:t>.</w:t>
      </w:r>
    </w:p>
    <w:p w:rsidR="00DC3F2C" w:rsidRPr="00400668" w:rsidRDefault="00DC3F2C" w:rsidP="00DC3F2C">
      <w:pPr>
        <w:spacing w:line="240" w:lineRule="auto"/>
        <w:contextualSpacing/>
        <w:jc w:val="right"/>
        <w:rPr>
          <w:rFonts w:asciiTheme="majorBidi" w:hAnsiTheme="majorBidi" w:cstheme="majorBidi"/>
          <w:b/>
          <w:bCs/>
          <w:sz w:val="24"/>
          <w:szCs w:val="24"/>
          <w:u w:val="single"/>
          <w:lang w:val="ru-RU"/>
        </w:rPr>
      </w:pPr>
    </w:p>
    <w:p w:rsidR="00DC3F2C" w:rsidRPr="00400668" w:rsidRDefault="00DC3F2C" w:rsidP="00DC3F2C">
      <w:pPr>
        <w:spacing w:line="240" w:lineRule="auto"/>
        <w:contextualSpacing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ru-RU"/>
        </w:rPr>
      </w:pPr>
      <w:r w:rsidRPr="00400668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ru-RU"/>
        </w:rPr>
        <w:t>ОЦЕНОЧНЫЕ ПРОЦЕДУРЫ</w:t>
      </w:r>
    </w:p>
    <w:p w:rsidR="00DC3F2C" w:rsidRPr="00400668" w:rsidRDefault="00DC3F2C" w:rsidP="00DC3F2C">
      <w:pPr>
        <w:spacing w:line="240" w:lineRule="auto"/>
        <w:contextualSpacing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val="ru-RU"/>
        </w:rPr>
      </w:pPr>
      <w:r w:rsidRPr="00400668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ru-RU"/>
        </w:rPr>
        <w:t xml:space="preserve">по предмету </w:t>
      </w:r>
      <w:r w:rsidRPr="00400668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val="ru-RU"/>
        </w:rPr>
        <w:t>МАТЕМАТИКА, 5 «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val="ru-RU"/>
        </w:rPr>
        <w:t>Б</w:t>
      </w:r>
      <w:r w:rsidRPr="00400668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val="ru-RU"/>
        </w:rPr>
        <w:t>» класс</w:t>
      </w:r>
    </w:p>
    <w:p w:rsidR="00DC3F2C" w:rsidRPr="00400668" w:rsidRDefault="00DC3F2C" w:rsidP="00DC3F2C">
      <w:pPr>
        <w:spacing w:line="240" w:lineRule="auto"/>
        <w:contextualSpacing/>
        <w:jc w:val="center"/>
        <w:rPr>
          <w:rFonts w:asciiTheme="majorBidi" w:hAnsiTheme="majorBidi" w:cstheme="majorBidi"/>
          <w:b/>
          <w:bCs/>
          <w:color w:val="000000" w:themeColor="text1"/>
          <w:lang w:val="ru-RU"/>
        </w:rPr>
      </w:pPr>
    </w:p>
    <w:tbl>
      <w:tblPr>
        <w:tblStyle w:val="af"/>
        <w:tblW w:w="0" w:type="auto"/>
        <w:tblLook w:val="04A0"/>
      </w:tblPr>
      <w:tblGrid>
        <w:gridCol w:w="1310"/>
        <w:gridCol w:w="2944"/>
        <w:gridCol w:w="5618"/>
      </w:tblGrid>
      <w:tr w:rsidR="00DC3F2C" w:rsidRPr="00743864" w:rsidTr="008B1FCB">
        <w:tc>
          <w:tcPr>
            <w:tcW w:w="9872" w:type="dxa"/>
            <w:gridSpan w:val="3"/>
          </w:tcPr>
          <w:p w:rsidR="00DC3F2C" w:rsidRPr="00144FF4" w:rsidRDefault="00DC3F2C" w:rsidP="008B1FCB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</w:pPr>
            <w:r w:rsidRPr="00144FF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ru-RU"/>
              </w:rPr>
              <w:t>График проведения для 5 «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ru-RU"/>
              </w:rPr>
              <w:t>Б</w:t>
            </w:r>
            <w:r w:rsidRPr="00144FF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ru-RU"/>
              </w:rPr>
              <w:t>» класса</w:t>
            </w:r>
          </w:p>
        </w:tc>
      </w:tr>
      <w:tr w:rsidR="00DC3F2C" w:rsidRPr="004E18EC" w:rsidTr="008B1FCB">
        <w:tc>
          <w:tcPr>
            <w:tcW w:w="1310" w:type="dxa"/>
          </w:tcPr>
          <w:p w:rsidR="00DC3F2C" w:rsidRPr="004E18EC" w:rsidRDefault="00DC3F2C" w:rsidP="008B1FCB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18E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18E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Вид оценочной работы</w:t>
            </w:r>
          </w:p>
        </w:tc>
        <w:tc>
          <w:tcPr>
            <w:tcW w:w="5618" w:type="dxa"/>
          </w:tcPr>
          <w:p w:rsidR="00DC3F2C" w:rsidRPr="004E18EC" w:rsidRDefault="00DC3F2C" w:rsidP="008B1FCB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18E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Название работы</w:t>
            </w:r>
          </w:p>
        </w:tc>
      </w:tr>
      <w:tr w:rsidR="00DC3F2C" w:rsidRPr="00743864" w:rsidTr="008B1FCB">
        <w:tc>
          <w:tcPr>
            <w:tcW w:w="1310" w:type="dxa"/>
          </w:tcPr>
          <w:p w:rsidR="00DC3F2C" w:rsidRPr="00C732B3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22/09/2023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</w:t>
            </w:r>
          </w:p>
        </w:tc>
        <w:tc>
          <w:tcPr>
            <w:tcW w:w="5618" w:type="dxa"/>
          </w:tcPr>
          <w:p w:rsidR="00DC3F2C" w:rsidRPr="000404CD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Натуральные числа и шкалы. Линии на плоскости</w:t>
            </w:r>
          </w:p>
        </w:tc>
      </w:tr>
      <w:tr w:rsidR="00DC3F2C" w:rsidRPr="00743864" w:rsidTr="008B1FCB">
        <w:tc>
          <w:tcPr>
            <w:tcW w:w="1310" w:type="dxa"/>
          </w:tcPr>
          <w:p w:rsidR="00DC3F2C" w:rsidRPr="00C732B3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03/10/2023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№2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Сложение и вычитание натуральных чисел</w:t>
            </w:r>
          </w:p>
        </w:tc>
      </w:tr>
      <w:tr w:rsidR="00DC3F2C" w:rsidRPr="00F236E4" w:rsidTr="008B1FCB">
        <w:tc>
          <w:tcPr>
            <w:tcW w:w="1310" w:type="dxa"/>
          </w:tcPr>
          <w:p w:rsidR="00DC3F2C" w:rsidRPr="000404CD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20/10/2023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№3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Числовые и буквенные выражения</w:t>
            </w:r>
          </w:p>
        </w:tc>
      </w:tr>
      <w:tr w:rsidR="00DC3F2C" w:rsidRPr="00743864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06/11/2023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№4</w:t>
            </w:r>
          </w:p>
        </w:tc>
        <w:tc>
          <w:tcPr>
            <w:tcW w:w="5618" w:type="dxa"/>
          </w:tcPr>
          <w:p w:rsidR="00DC3F2C" w:rsidRPr="000404CD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Умножение и деление натуральных чисел</w:t>
            </w:r>
          </w:p>
        </w:tc>
      </w:tr>
      <w:tr w:rsidR="00DC3F2C" w:rsidRPr="00743864" w:rsidTr="008B1FCB">
        <w:tc>
          <w:tcPr>
            <w:tcW w:w="1310" w:type="dxa"/>
          </w:tcPr>
          <w:p w:rsidR="00DC3F2C" w:rsidRPr="000404CD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06/12/2023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№5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spacing w:before="100" w:after="100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Упрощение выражений. Степень. Признаки делимости</w:t>
            </w:r>
          </w:p>
        </w:tc>
      </w:tr>
      <w:tr w:rsidR="00DC3F2C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21/12/2023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№6</w:t>
            </w:r>
          </w:p>
        </w:tc>
        <w:tc>
          <w:tcPr>
            <w:tcW w:w="5618" w:type="dxa"/>
          </w:tcPr>
          <w:p w:rsidR="00DC3F2C" w:rsidRPr="006A1104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Площади и объемы. Формулы</w:t>
            </w:r>
          </w:p>
        </w:tc>
      </w:tr>
      <w:tr w:rsidR="00DC3F2C" w:rsidRPr="00743864" w:rsidTr="008B1FCB">
        <w:tc>
          <w:tcPr>
            <w:tcW w:w="1310" w:type="dxa"/>
          </w:tcPr>
          <w:p w:rsidR="00DC3F2C" w:rsidRPr="007A0854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17/01/2024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№7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Доли и дроби. Сравнение дробей</w:t>
            </w:r>
          </w:p>
        </w:tc>
      </w:tr>
      <w:tr w:rsidR="00DC3F2C" w:rsidRPr="00743864" w:rsidTr="008B1FCB">
        <w:tc>
          <w:tcPr>
            <w:tcW w:w="1310" w:type="dxa"/>
          </w:tcPr>
          <w:p w:rsidR="00DC3F2C" w:rsidRPr="006A1104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31/01/2024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№8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Смешанные числа. Сложение и вычитание дробей с одинаковыми знаменателями</w:t>
            </w:r>
          </w:p>
        </w:tc>
      </w:tr>
      <w:tr w:rsidR="00DC3F2C" w:rsidRPr="00743864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16/02/2024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№9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Сокращение дробей. Сложение и вычитание дробей с разными знаменателями</w:t>
            </w:r>
          </w:p>
        </w:tc>
      </w:tr>
      <w:tr w:rsidR="00DC3F2C" w:rsidRPr="00F236E4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13/03/2024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№10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Умножение и деление дробей</w:t>
            </w:r>
          </w:p>
        </w:tc>
      </w:tr>
      <w:tr w:rsidR="00DC3F2C" w:rsidRPr="00743864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01/04/2024</w:t>
            </w:r>
          </w:p>
        </w:tc>
        <w:tc>
          <w:tcPr>
            <w:tcW w:w="2944" w:type="dxa"/>
          </w:tcPr>
          <w:p w:rsidR="00DC3F2C" w:rsidRPr="00FD1AF2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Сложение и вычитание десятичных дробей</w:t>
            </w:r>
          </w:p>
        </w:tc>
      </w:tr>
      <w:tr w:rsidR="00DC3F2C" w:rsidRPr="00743864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07/05/2024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B1383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Умножение и деление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 xml:space="preserve"> десятичных дробей</w:t>
            </w:r>
          </w:p>
        </w:tc>
      </w:tr>
      <w:tr w:rsidR="00DC3F2C" w:rsidRPr="00FD1AF2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22/05/2024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B1383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3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Многоугольники. Построения и измерения</w:t>
            </w:r>
          </w:p>
        </w:tc>
      </w:tr>
      <w:tr w:rsidR="00DC3F2C" w:rsidRPr="00FD1AF2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29/05/2024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B1383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4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F79E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Итоговая</w:t>
            </w:r>
          </w:p>
        </w:tc>
      </w:tr>
    </w:tbl>
    <w:p w:rsidR="00DC3F2C" w:rsidRPr="00FD1AF2" w:rsidRDefault="00DC3F2C" w:rsidP="00DC3F2C">
      <w:pPr>
        <w:spacing w:line="240" w:lineRule="auto"/>
        <w:ind w:firstLine="708"/>
        <w:contextualSpacing/>
        <w:rPr>
          <w:rFonts w:asciiTheme="majorBidi" w:hAnsiTheme="majorBidi" w:cstheme="majorBidi"/>
          <w:lang w:val="ru-RU"/>
        </w:rPr>
      </w:pPr>
    </w:p>
    <w:p w:rsidR="00DC3F2C" w:rsidRPr="00662B46" w:rsidRDefault="00DC3F2C" w:rsidP="00DC3F2C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662B46">
        <w:rPr>
          <w:rFonts w:ascii="Times New Roman" w:eastAsia="Times New Roman" w:hAnsi="Times New Roman"/>
          <w:sz w:val="24"/>
          <w:szCs w:val="24"/>
          <w:lang w:val="ru-RU" w:eastAsia="ru-RU" w:bidi="ru-RU"/>
        </w:rPr>
        <w:t>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заданий.</w:t>
      </w:r>
    </w:p>
    <w:p w:rsidR="00DC3F2C" w:rsidRPr="00D86063" w:rsidRDefault="00DC3F2C" w:rsidP="00DC3F2C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D86063">
        <w:rPr>
          <w:rFonts w:ascii="Times New Roman" w:eastAsia="Times New Roman" w:hAnsi="Times New Roman"/>
          <w:sz w:val="24"/>
          <w:szCs w:val="24"/>
          <w:lang w:val="ru-RU" w:eastAsia="ru-RU" w:bidi="ru-RU"/>
        </w:rPr>
        <w:t xml:space="preserve">Основой науки математика являются вычисления и построение логических рассуждений на базе знания закономерностей и взаимосвязей между объектами и величинами. </w:t>
      </w: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144FF4">
        <w:rPr>
          <w:rFonts w:ascii="Times New Roman" w:eastAsia="Times New Roman" w:hAnsi="Times New Roman"/>
          <w:sz w:val="24"/>
          <w:szCs w:val="24"/>
          <w:lang w:val="ru-RU" w:eastAsia="ru-RU" w:bidi="ru-RU"/>
        </w:rPr>
        <w:t>Для проверки теоретических знаний проводятся теоретические опросы/тесты, которые оцениваются с выставлением отметки «5», «4», «3», «2» или по принципу «зачет/незачет».</w:t>
      </w: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144FF4">
        <w:rPr>
          <w:rFonts w:ascii="Times New Roman" w:eastAsia="Times New Roman" w:hAnsi="Times New Roman"/>
          <w:sz w:val="24"/>
          <w:szCs w:val="24"/>
          <w:lang w:val="ru-RU" w:eastAsia="ru-RU" w:bidi="ru-RU"/>
        </w:rPr>
        <w:t xml:space="preserve">Для проверки практических и вычислительных навыков проводятся кратковременные практические (самостоятельные) работы продолжительностью не более 15-20 минут, которые также оцениваются с выставлением отметки «5», «4», «3», «2» или по принципу «зачет/незачет». </w:t>
      </w: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144FF4">
        <w:rPr>
          <w:rFonts w:ascii="Times New Roman" w:eastAsia="Times New Roman" w:hAnsi="Times New Roman"/>
          <w:sz w:val="24"/>
          <w:szCs w:val="24"/>
          <w:lang w:val="ru-RU" w:eastAsia="ru-RU" w:bidi="ru-RU"/>
        </w:rPr>
        <w:t>Проведение контрольных работ позволяет связать теоретический материал, изучаемый на уроках математики, с практическим использованием этих знаний. 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заданий.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Theme="majorBidi" w:hAnsiTheme="majorBidi" w:cstheme="majorBidi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Перечень тем для подготовки обучающихся к контрольным работам.</w:t>
      </w: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>В результате аттестации по учебному предмету «Математика» осуществляется комплексная проверка следующих умений и знаний, а также динамика формирования общих компетенций.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№1.</w:t>
      </w:r>
      <w:r w:rsidRPr="00144FF4"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  <w:t xml:space="preserve"> «</w:t>
      </w:r>
      <w:r w:rsidRPr="006A1104"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  <w:t>Натуральные числа и шкалы. Линии на плоскости</w:t>
      </w:r>
      <w:r w:rsidRPr="00144FF4"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bCs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6A1104">
        <w:rPr>
          <w:rFonts w:ascii="Times New Roman" w:hAnsi="Times New Roman"/>
          <w:sz w:val="24"/>
          <w:szCs w:val="24"/>
          <w:lang w:val="ru-RU"/>
        </w:rPr>
        <w:t>Цифры и числа</w:t>
      </w:r>
    </w:p>
    <w:p w:rsidR="00DC3F2C" w:rsidRPr="006A110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lastRenderedPageBreak/>
        <w:t>2.</w:t>
      </w:r>
      <w:r w:rsidRPr="00144FF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6A110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Отрезок и его длина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 </w:t>
      </w:r>
      <w:r>
        <w:rPr>
          <w:rFonts w:ascii="Times New Roman" w:hAnsi="Times New Roman" w:cs="Times New Roman"/>
          <w:sz w:val="24"/>
          <w:szCs w:val="24"/>
          <w:lang w:val="ru-RU"/>
        </w:rPr>
        <w:t>Натуральные числа на координатной прямой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>
        <w:rPr>
          <w:rFonts w:ascii="Times New Roman" w:hAnsi="Times New Roman" w:cs="Times New Roman"/>
          <w:sz w:val="24"/>
          <w:szCs w:val="24"/>
          <w:lang w:val="ru-RU"/>
        </w:rPr>
        <w:t>Сравнение натуральных чисел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№2.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«</w:t>
      </w:r>
      <w:r w:rsidRPr="006A1104">
        <w:rPr>
          <w:rFonts w:ascii="Times New Roman" w:hAnsi="Times New Roman" w:cs="Times New Roman"/>
          <w:b/>
          <w:bCs/>
          <w:sz w:val="24"/>
          <w:szCs w:val="24"/>
          <w:lang w:val="ru-RU"/>
        </w:rPr>
        <w:t>Сложение и вычитание натуральных чисел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>1.</w:t>
      </w:r>
      <w:r w:rsidRPr="00144FF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183043">
        <w:rPr>
          <w:rFonts w:ascii="Times New Roman" w:hAnsi="Times New Roman" w:cs="Times New Roman"/>
          <w:sz w:val="24"/>
          <w:szCs w:val="24"/>
          <w:lang w:val="ru-RU"/>
        </w:rPr>
        <w:t>Действие сложения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183043">
        <w:rPr>
          <w:rFonts w:ascii="Times New Roman" w:hAnsi="Times New Roman" w:cs="Times New Roman"/>
          <w:sz w:val="24"/>
          <w:szCs w:val="24"/>
          <w:lang w:val="ru-RU"/>
        </w:rPr>
        <w:t>Действие вычитания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3. </w:t>
      </w:r>
      <w:r>
        <w:rPr>
          <w:rFonts w:ascii="Times New Roman" w:hAnsi="Times New Roman"/>
          <w:sz w:val="24"/>
          <w:szCs w:val="24"/>
          <w:lang w:val="ru-RU"/>
        </w:rPr>
        <w:t>Свойства сложения и вычитания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№3.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183043">
        <w:rPr>
          <w:rFonts w:ascii="Times New Roman" w:hAnsi="Times New Roman" w:cs="Times New Roman"/>
          <w:b/>
          <w:bCs/>
          <w:sz w:val="24"/>
          <w:szCs w:val="24"/>
          <w:lang w:val="ru-RU"/>
        </w:rPr>
        <w:t>Числовые и буквенные выражения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183043">
        <w:rPr>
          <w:rFonts w:ascii="Times New Roman" w:hAnsi="Times New Roman"/>
          <w:sz w:val="24"/>
          <w:szCs w:val="24"/>
          <w:lang w:val="ru-RU"/>
        </w:rPr>
        <w:t>Числовые и буквенные выражения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183043">
        <w:rPr>
          <w:rFonts w:ascii="Times New Roman" w:hAnsi="Times New Roman"/>
          <w:sz w:val="24"/>
          <w:szCs w:val="24"/>
          <w:lang w:val="ru-RU"/>
        </w:rPr>
        <w:t>Уравнения</w:t>
      </w:r>
    </w:p>
    <w:p w:rsidR="00DC3F2C" w:rsidRPr="00183043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№4.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«</w:t>
      </w:r>
      <w:r w:rsidRPr="00141CB1">
        <w:rPr>
          <w:rFonts w:ascii="Times New Roman" w:hAnsi="Times New Roman" w:cs="Times New Roman"/>
          <w:b/>
          <w:bCs/>
          <w:sz w:val="24"/>
          <w:szCs w:val="24"/>
          <w:lang w:val="ru-RU"/>
        </w:rPr>
        <w:t>Умножение и деление натуральных чисел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ED3207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141CB1">
        <w:rPr>
          <w:rFonts w:ascii="Times New Roman" w:hAnsi="Times New Roman" w:cs="Times New Roman"/>
          <w:sz w:val="24"/>
          <w:szCs w:val="24"/>
          <w:lang w:val="ru-RU"/>
        </w:rPr>
        <w:t>Действие умножения. Свойства умножения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141CB1">
        <w:rPr>
          <w:rFonts w:ascii="Times New Roman" w:hAnsi="Times New Roman" w:cs="Times New Roman"/>
          <w:sz w:val="24"/>
          <w:szCs w:val="24"/>
          <w:lang w:val="ru-RU"/>
        </w:rPr>
        <w:t xml:space="preserve">Действие деления. Свойства деления 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</w:t>
      </w:r>
      <w:r w:rsidRPr="00144FF4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141CB1">
        <w:rPr>
          <w:rFonts w:ascii="Times New Roman" w:hAnsi="Times New Roman" w:cs="Times New Roman"/>
          <w:sz w:val="24"/>
          <w:szCs w:val="24"/>
          <w:lang w:val="ru-RU"/>
        </w:rPr>
        <w:t>Деление с остатком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№5.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141CB1">
        <w:rPr>
          <w:rFonts w:ascii="Times New Roman" w:hAnsi="Times New Roman" w:cs="Times New Roman"/>
          <w:b/>
          <w:bCs/>
          <w:sz w:val="24"/>
          <w:szCs w:val="24"/>
          <w:lang w:val="ru-RU"/>
        </w:rPr>
        <w:t>Упрощение выражений. Степень. Признаки делимости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141CB1">
        <w:rPr>
          <w:rFonts w:ascii="Times New Roman" w:hAnsi="Times New Roman"/>
          <w:sz w:val="24"/>
          <w:szCs w:val="24"/>
          <w:lang w:val="ru-RU"/>
        </w:rPr>
        <w:t>Упрощение выражений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141CB1">
        <w:rPr>
          <w:rFonts w:ascii="Times New Roman" w:hAnsi="Times New Roman"/>
          <w:sz w:val="24"/>
          <w:szCs w:val="24"/>
          <w:lang w:val="ru-RU"/>
        </w:rPr>
        <w:t>Порядок действий в вычислениях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</w:t>
      </w:r>
      <w:r w:rsidRPr="00144FF4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141CB1">
        <w:rPr>
          <w:rFonts w:ascii="Times New Roman" w:hAnsi="Times New Roman"/>
          <w:sz w:val="24"/>
          <w:szCs w:val="24"/>
          <w:lang w:val="ru-RU"/>
        </w:rPr>
        <w:t>Степень с натуральным показателем</w:t>
      </w:r>
      <w:r w:rsidRPr="00144FF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 w:rsidRPr="00141CB1">
        <w:rPr>
          <w:rFonts w:ascii="Times New Roman" w:hAnsi="Times New Roman"/>
          <w:sz w:val="24"/>
          <w:szCs w:val="24"/>
          <w:lang w:val="ru-RU"/>
        </w:rPr>
        <w:t>Делители и кратные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5. </w:t>
      </w:r>
      <w:r w:rsidRPr="00141CB1">
        <w:rPr>
          <w:rFonts w:ascii="Times New Roman" w:hAnsi="Times New Roman"/>
          <w:sz w:val="24"/>
          <w:szCs w:val="24"/>
          <w:lang w:val="ru-RU"/>
        </w:rPr>
        <w:t>Свойства и признаки делимости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6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BF7011">
        <w:rPr>
          <w:rFonts w:ascii="Times New Roman" w:hAnsi="Times New Roman" w:cs="Times New Roman"/>
          <w:b/>
          <w:bCs/>
          <w:sz w:val="24"/>
          <w:szCs w:val="24"/>
          <w:lang w:val="ru-RU"/>
        </w:rPr>
        <w:t>Площади и объемы. Формулы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BF7011">
        <w:rPr>
          <w:rFonts w:ascii="Times New Roman" w:hAnsi="Times New Roman"/>
          <w:sz w:val="24"/>
          <w:szCs w:val="24"/>
          <w:lang w:val="ru-RU"/>
        </w:rPr>
        <w:t>Формулы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BF7011">
        <w:rPr>
          <w:rFonts w:ascii="Times New Roman" w:hAnsi="Times New Roman"/>
          <w:sz w:val="24"/>
          <w:szCs w:val="24"/>
          <w:lang w:val="ru-RU"/>
        </w:rPr>
        <w:t>Площадь. Формула площади прямоугольника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</w:t>
      </w:r>
      <w:r w:rsidRPr="00144FF4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BF7011">
        <w:rPr>
          <w:rFonts w:ascii="Times New Roman" w:hAnsi="Times New Roman"/>
          <w:sz w:val="24"/>
          <w:szCs w:val="24"/>
          <w:lang w:val="ru-RU"/>
        </w:rPr>
        <w:t>Единицы измерения площадей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 w:rsidRPr="00BF7011">
        <w:rPr>
          <w:rFonts w:ascii="Times New Roman" w:hAnsi="Times New Roman"/>
          <w:sz w:val="24"/>
          <w:szCs w:val="24"/>
          <w:lang w:val="ru-RU"/>
        </w:rPr>
        <w:t>Объёмы. Объём прямоугольного параллелепипеда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7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BF7011">
        <w:rPr>
          <w:rFonts w:ascii="Times New Roman" w:hAnsi="Times New Roman" w:cs="Times New Roman"/>
          <w:b/>
          <w:bCs/>
          <w:sz w:val="24"/>
          <w:szCs w:val="24"/>
          <w:lang w:val="ru-RU"/>
        </w:rPr>
        <w:t>Доли и дроби. Сравнение дробей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BF7011">
        <w:rPr>
          <w:rFonts w:ascii="Times New Roman" w:hAnsi="Times New Roman"/>
          <w:sz w:val="24"/>
          <w:szCs w:val="24"/>
          <w:lang w:val="ru-RU"/>
        </w:rPr>
        <w:t>Доли и дроби. Изображение дробей на координатной прямой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BF7011">
        <w:rPr>
          <w:rFonts w:ascii="Times New Roman" w:hAnsi="Times New Roman"/>
          <w:sz w:val="24"/>
          <w:szCs w:val="24"/>
          <w:lang w:val="ru-RU"/>
        </w:rPr>
        <w:t>Сравнение дробей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8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AC131C">
        <w:rPr>
          <w:rFonts w:ascii="Times New Roman" w:hAnsi="Times New Roman" w:cs="Times New Roman"/>
          <w:b/>
          <w:bCs/>
          <w:sz w:val="24"/>
          <w:szCs w:val="24"/>
          <w:lang w:val="ru-RU"/>
        </w:rPr>
        <w:t>Смешанные числа. Сложение и вычитание дробей с одинаковыми знаменателями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AC131C">
        <w:rPr>
          <w:rFonts w:ascii="Times New Roman" w:hAnsi="Times New Roman"/>
          <w:sz w:val="24"/>
          <w:szCs w:val="24"/>
          <w:lang w:val="ru-RU"/>
        </w:rPr>
        <w:t>Основное свойство дроби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AC131C">
        <w:rPr>
          <w:rFonts w:ascii="Times New Roman" w:hAnsi="Times New Roman"/>
          <w:sz w:val="24"/>
          <w:szCs w:val="24"/>
          <w:lang w:val="ru-RU"/>
        </w:rPr>
        <w:t>Сокращение дробей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 </w:t>
      </w:r>
      <w:r w:rsidRPr="00AC131C">
        <w:rPr>
          <w:rFonts w:ascii="Times New Roman" w:hAnsi="Times New Roman"/>
          <w:sz w:val="24"/>
          <w:szCs w:val="24"/>
          <w:lang w:val="ru-RU"/>
        </w:rPr>
        <w:t>Приведение дробей к общему знаменателю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 w:rsidRPr="00AC131C">
        <w:rPr>
          <w:rFonts w:ascii="Times New Roman" w:hAnsi="Times New Roman"/>
          <w:sz w:val="24"/>
          <w:szCs w:val="24"/>
          <w:lang w:val="ru-RU"/>
        </w:rPr>
        <w:t>Сравнение, сложение и вычитание дробей с разными знаменателями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lastRenderedPageBreak/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9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AC131C">
        <w:rPr>
          <w:rFonts w:ascii="Times New Roman" w:hAnsi="Times New Roman" w:cs="Times New Roman"/>
          <w:b/>
          <w:bCs/>
          <w:sz w:val="24"/>
          <w:szCs w:val="24"/>
          <w:lang w:val="ru-RU"/>
        </w:rPr>
        <w:t>Сокращение дробей. Сложение и вычитание дробей с разными знаменателями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AC131C">
        <w:rPr>
          <w:rFonts w:ascii="Times New Roman" w:hAnsi="Times New Roman"/>
          <w:sz w:val="24"/>
          <w:szCs w:val="24"/>
          <w:lang w:val="ru-RU"/>
        </w:rPr>
        <w:t>Сложение и вычитание дробей с одинаковыми знаменателями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AC131C">
        <w:rPr>
          <w:rFonts w:ascii="Times New Roman" w:hAnsi="Times New Roman"/>
          <w:sz w:val="24"/>
          <w:szCs w:val="24"/>
          <w:lang w:val="ru-RU"/>
        </w:rPr>
        <w:t>Смешанные числа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 </w:t>
      </w:r>
      <w:r w:rsidRPr="00AC131C">
        <w:rPr>
          <w:rFonts w:ascii="Times New Roman" w:hAnsi="Times New Roman"/>
          <w:sz w:val="24"/>
          <w:szCs w:val="24"/>
          <w:lang w:val="ru-RU"/>
        </w:rPr>
        <w:t>Сложение и вычитание смешанных чисел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10.</w:t>
      </w:r>
      <w:r w:rsidRPr="007315A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«</w:t>
      </w:r>
      <w:r w:rsidRPr="00553ED7">
        <w:rPr>
          <w:rFonts w:ascii="Times New Roman" w:hAnsi="Times New Roman" w:cs="Times New Roman"/>
          <w:b/>
          <w:bCs/>
          <w:sz w:val="24"/>
          <w:szCs w:val="24"/>
          <w:lang w:val="ru-RU"/>
        </w:rPr>
        <w:t>Умножение и деление дробей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553ED7">
        <w:rPr>
          <w:rFonts w:ascii="Times New Roman" w:hAnsi="Times New Roman"/>
          <w:sz w:val="24"/>
          <w:szCs w:val="24"/>
          <w:lang w:val="ru-RU"/>
        </w:rPr>
        <w:t>Умножения дробей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553ED7">
        <w:rPr>
          <w:rFonts w:ascii="Times New Roman" w:hAnsi="Times New Roman"/>
          <w:sz w:val="24"/>
          <w:szCs w:val="24"/>
          <w:lang w:val="ru-RU"/>
        </w:rPr>
        <w:t>Нахождение части целого</w:t>
      </w:r>
    </w:p>
    <w:p w:rsidR="00DC3F2C" w:rsidRPr="00BA32B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3. </w:t>
      </w:r>
      <w:r w:rsidRPr="00553ED7">
        <w:rPr>
          <w:rFonts w:ascii="Times New Roman" w:hAnsi="Times New Roman" w:cs="Times New Roman"/>
          <w:sz w:val="24"/>
          <w:szCs w:val="24"/>
          <w:lang w:val="ru-RU"/>
        </w:rPr>
        <w:t>Деление дробей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4. </w:t>
      </w:r>
      <w:r w:rsidRPr="00553ED7">
        <w:rPr>
          <w:rFonts w:ascii="Times New Roman" w:hAnsi="Times New Roman" w:cs="Times New Roman"/>
          <w:sz w:val="24"/>
          <w:szCs w:val="24"/>
          <w:lang w:val="ru-RU"/>
        </w:rPr>
        <w:t>Нахождение целого по его части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11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553ED7">
        <w:rPr>
          <w:rFonts w:ascii="Times New Roman" w:hAnsi="Times New Roman" w:cs="Times New Roman"/>
          <w:b/>
          <w:bCs/>
          <w:sz w:val="24"/>
          <w:szCs w:val="24"/>
          <w:lang w:val="ru-RU"/>
        </w:rPr>
        <w:t>Сложение и вычитание десятичных дробей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553ED7">
        <w:rPr>
          <w:rFonts w:ascii="Times New Roman" w:hAnsi="Times New Roman" w:cs="Times New Roman"/>
          <w:sz w:val="24"/>
          <w:szCs w:val="24"/>
          <w:lang w:val="ru-RU"/>
        </w:rPr>
        <w:t>Десятичная запись дробей</w:t>
      </w:r>
    </w:p>
    <w:p w:rsidR="00DC3F2C" w:rsidRPr="00553ED7" w:rsidRDefault="00DC3F2C" w:rsidP="00DC3F2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553ED7">
        <w:rPr>
          <w:rFonts w:ascii="Times New Roman" w:hAnsi="Times New Roman" w:cs="Times New Roman"/>
          <w:sz w:val="24"/>
          <w:szCs w:val="24"/>
          <w:lang w:val="ru-RU"/>
        </w:rPr>
        <w:t>Сравнение десятичных дробей</w:t>
      </w:r>
    </w:p>
    <w:p w:rsidR="00DC3F2C" w:rsidRPr="00B16255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553ED7">
        <w:rPr>
          <w:rFonts w:ascii="Times New Roman" w:hAnsi="Times New Roman" w:cs="Times New Roman"/>
          <w:sz w:val="24"/>
          <w:szCs w:val="24"/>
          <w:lang w:val="ru-RU"/>
        </w:rPr>
        <w:t>Сложение и вычитание десятичных дробей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</w:t>
      </w:r>
      <w:r w:rsidRPr="00144FF4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553ED7">
        <w:rPr>
          <w:rFonts w:ascii="Times New Roman" w:hAnsi="Times New Roman" w:cs="Times New Roman"/>
          <w:sz w:val="24"/>
          <w:szCs w:val="24"/>
          <w:lang w:val="ru-RU"/>
        </w:rPr>
        <w:t>Округление чисел. Прикидка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12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DA7C83">
        <w:rPr>
          <w:rFonts w:ascii="Times New Roman" w:hAnsi="Times New Roman"/>
          <w:b/>
          <w:sz w:val="24"/>
          <w:szCs w:val="24"/>
          <w:lang w:val="ru-RU"/>
        </w:rPr>
        <w:t>Умножение и деление десятичных дробей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DA7C83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DA7C83">
        <w:rPr>
          <w:rFonts w:ascii="Times New Roman" w:hAnsi="Times New Roman"/>
          <w:sz w:val="24"/>
          <w:szCs w:val="24"/>
          <w:lang w:val="ru-RU"/>
        </w:rPr>
        <w:t>Умножение десятичной дроби на натуральное число</w:t>
      </w:r>
    </w:p>
    <w:p w:rsidR="00DC3F2C" w:rsidRPr="00DA7C83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DA7C83">
        <w:rPr>
          <w:rFonts w:ascii="Times New Roman" w:hAnsi="Times New Roman"/>
          <w:sz w:val="24"/>
          <w:szCs w:val="24"/>
          <w:lang w:val="ru-RU"/>
        </w:rPr>
        <w:t>Деление десятичной дроби на натуральное число</w:t>
      </w:r>
    </w:p>
    <w:p w:rsidR="00DC3F2C" w:rsidRPr="00DA7C83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 </w:t>
      </w:r>
      <w:r w:rsidRPr="00DA7C83">
        <w:rPr>
          <w:rFonts w:ascii="Times New Roman" w:hAnsi="Times New Roman"/>
          <w:sz w:val="24"/>
          <w:szCs w:val="24"/>
          <w:lang w:val="ru-RU"/>
        </w:rPr>
        <w:t>Умножение на десятичную дробь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 w:rsidRPr="00DA7C83">
        <w:rPr>
          <w:rFonts w:ascii="Times New Roman" w:hAnsi="Times New Roman"/>
          <w:sz w:val="24"/>
          <w:szCs w:val="24"/>
          <w:lang w:val="ru-RU"/>
        </w:rPr>
        <w:t>Деление на десятичную дробь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13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«</w:t>
      </w:r>
      <w:r w:rsidRPr="00992DDF">
        <w:rPr>
          <w:rFonts w:ascii="Times New Roman" w:hAnsi="Times New Roman" w:cs="Times New Roman"/>
          <w:b/>
          <w:bCs/>
          <w:sz w:val="24"/>
          <w:szCs w:val="24"/>
          <w:lang w:val="ru-RU"/>
        </w:rPr>
        <w:t>Многоугольники. Построения и измерения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992DDF">
        <w:rPr>
          <w:rFonts w:ascii="Times New Roman" w:hAnsi="Times New Roman"/>
          <w:sz w:val="24"/>
          <w:szCs w:val="24"/>
          <w:lang w:val="ru-RU"/>
        </w:rPr>
        <w:t>Виды углов. Чертёжный треугольник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992DDF">
        <w:rPr>
          <w:rFonts w:ascii="Times New Roman" w:hAnsi="Times New Roman"/>
          <w:sz w:val="24"/>
          <w:szCs w:val="24"/>
          <w:lang w:val="ru-RU"/>
        </w:rPr>
        <w:t>Измерение углов. Транспортир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3. </w:t>
      </w:r>
      <w:r w:rsidRPr="00992DDF">
        <w:rPr>
          <w:rFonts w:ascii="Times New Roman" w:hAnsi="Times New Roman"/>
          <w:sz w:val="24"/>
          <w:szCs w:val="24"/>
          <w:lang w:val="ru-RU"/>
        </w:rPr>
        <w:t>Плоскость, прямая, луч, угол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992DDF">
        <w:rPr>
          <w:rFonts w:ascii="Times New Roman" w:hAnsi="Times New Roman" w:cs="Times New Roman"/>
          <w:sz w:val="24"/>
          <w:szCs w:val="24"/>
          <w:lang w:val="ru-RU"/>
        </w:rPr>
        <w:t>Ломаная. Многоугольник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Pr="00C55DFA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№1</w:t>
      </w:r>
      <w:r>
        <w:rPr>
          <w:rFonts w:ascii="Times New Roman" w:hAnsi="Times New Roman"/>
          <w:b/>
          <w:sz w:val="24"/>
          <w:szCs w:val="24"/>
          <w:lang w:val="ru-RU"/>
        </w:rPr>
        <w:t>4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C55DFA">
        <w:rPr>
          <w:rFonts w:ascii="Times New Roman" w:hAnsi="Times New Roman"/>
          <w:b/>
          <w:sz w:val="24"/>
          <w:szCs w:val="24"/>
          <w:lang w:val="ru-RU"/>
        </w:rPr>
        <w:t>Итоговая контрольная работа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повторения: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>
        <w:rPr>
          <w:rFonts w:ascii="Times New Roman" w:hAnsi="Times New Roman"/>
          <w:sz w:val="24"/>
          <w:szCs w:val="24"/>
          <w:lang w:val="ru-RU"/>
        </w:rPr>
        <w:t>Вычисления. Порядок действий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</w:t>
      </w:r>
      <w:r w:rsidRPr="00144FF4">
        <w:rPr>
          <w:rFonts w:ascii="Times New Roman" w:hAnsi="Times New Roman"/>
          <w:sz w:val="24"/>
          <w:szCs w:val="24"/>
          <w:lang w:val="ru-RU"/>
        </w:rPr>
        <w:t>. Решение уравнений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</w:t>
      </w:r>
      <w:r w:rsidRPr="00144FF4">
        <w:rPr>
          <w:rFonts w:ascii="Times New Roman" w:hAnsi="Times New Roman"/>
          <w:sz w:val="24"/>
          <w:szCs w:val="24"/>
          <w:lang w:val="ru-RU"/>
        </w:rPr>
        <w:t>. Решение задач на движение с использованием десятичных дробей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</w:t>
      </w:r>
      <w:r w:rsidRPr="00144FF4">
        <w:rPr>
          <w:rFonts w:ascii="Times New Roman" w:hAnsi="Times New Roman"/>
          <w:sz w:val="24"/>
          <w:szCs w:val="24"/>
          <w:lang w:val="ru-RU"/>
        </w:rPr>
        <w:t>. Объём параллелепипеда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>Система оценки достижений - один из инструментов реализации требований стандарта. Контроль знаний, проводимый в процессе обучения, призван соотнести достижения обучающегося с планируемыми результатами, заложенными в образовательную программу.</w:t>
      </w:r>
    </w:p>
    <w:tbl>
      <w:tblPr>
        <w:tblStyle w:val="af"/>
        <w:tblW w:w="0" w:type="auto"/>
        <w:tblLook w:val="04A0"/>
      </w:tblPr>
      <w:tblGrid>
        <w:gridCol w:w="1129"/>
        <w:gridCol w:w="8492"/>
      </w:tblGrid>
      <w:tr w:rsidR="00DC3F2C" w:rsidRPr="004E18EC" w:rsidTr="008B1FCB">
        <w:tc>
          <w:tcPr>
            <w:tcW w:w="1129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492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оценки результатов</w:t>
            </w:r>
          </w:p>
        </w:tc>
      </w:tr>
      <w:tr w:rsidR="00DC3F2C" w:rsidRPr="00743864" w:rsidTr="008B1FCB">
        <w:tc>
          <w:tcPr>
            <w:tcW w:w="1129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8492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работа выполнена полностью; в логических рассуждениях и обосновании решения нет пробелов и ошибок; 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      </w:r>
          </w:p>
        </w:tc>
      </w:tr>
      <w:tr w:rsidR="00DC3F2C" w:rsidRPr="00743864" w:rsidTr="008B1FCB">
        <w:tc>
          <w:tcPr>
            <w:tcW w:w="1129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«4»</w:t>
            </w:r>
          </w:p>
        </w:tc>
        <w:tc>
          <w:tcPr>
            <w:tcW w:w="8492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 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</w:t>
            </w:r>
          </w:p>
        </w:tc>
      </w:tr>
      <w:tr w:rsidR="00DC3F2C" w:rsidRPr="00743864" w:rsidTr="008B1FCB">
        <w:tc>
          <w:tcPr>
            <w:tcW w:w="1129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8492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допущено более одной ошибки или более двух – трех недочетов в выкладках, чертежах или графиках, но учащийся обладает обязательными умениями по проверяемой теме.</w:t>
            </w:r>
          </w:p>
        </w:tc>
      </w:tr>
      <w:tr w:rsidR="00DC3F2C" w:rsidRPr="00743864" w:rsidTr="008B1FCB">
        <w:tc>
          <w:tcPr>
            <w:tcW w:w="1129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8492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допущены существенные ошибки, показавшие, что учащийся не обладает обязательными умениями по данной теме в полной мере; полное незнание изученного материала, отсутствия элементарных умений и навыков.</w:t>
            </w:r>
          </w:p>
        </w:tc>
      </w:tr>
    </w:tbl>
    <w:p w:rsidR="00DC3F2C" w:rsidRPr="00144FF4" w:rsidRDefault="00DC3F2C" w:rsidP="00DC3F2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DC3F2C" w:rsidRDefault="00DC3F2C" w:rsidP="00DC3F2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4FF4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Оценка за контроль ключевых компетенций обучающихся производится по пятибалльной системе. </w:t>
      </w:r>
      <w:r w:rsidRPr="00CB21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выполнении заданий ставится отметка, учитывая процент выполненных заданий:</w:t>
      </w:r>
    </w:p>
    <w:p w:rsidR="00DC3F2C" w:rsidRPr="00CB217F" w:rsidRDefault="00DC3F2C" w:rsidP="00DC3F2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0" w:type="auto"/>
        <w:tblLook w:val="04A0"/>
      </w:tblPr>
      <w:tblGrid>
        <w:gridCol w:w="1205"/>
        <w:gridCol w:w="3043"/>
        <w:gridCol w:w="5373"/>
      </w:tblGrid>
      <w:tr w:rsidR="00DC3F2C" w:rsidRPr="00743864" w:rsidTr="008B1FCB">
        <w:tc>
          <w:tcPr>
            <w:tcW w:w="1205" w:type="dxa"/>
          </w:tcPr>
          <w:p w:rsidR="00DC3F2C" w:rsidRPr="00CB217F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B217F">
              <w:rPr>
                <w:rFonts w:ascii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416" w:type="dxa"/>
            <w:gridSpan w:val="2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Критерии оценки результатов работ, состоящих из заданий обязательного уровня и дополнительных заданий</w:t>
            </w:r>
          </w:p>
        </w:tc>
      </w:tr>
      <w:tr w:rsidR="00DC3F2C" w:rsidRPr="00743864" w:rsidTr="008B1FCB">
        <w:tc>
          <w:tcPr>
            <w:tcW w:w="1205" w:type="dxa"/>
          </w:tcPr>
          <w:p w:rsidR="00DC3F2C" w:rsidRPr="00CB217F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217F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3043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не менее 85% от всей работы</w:t>
            </w:r>
          </w:p>
        </w:tc>
        <w:tc>
          <w:tcPr>
            <w:tcW w:w="5373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выставляется за ответ, в котором обучающийся демонстрирует глубокое понимание сущности материала, логично его излагает, используя в деятельности</w:t>
            </w:r>
          </w:p>
        </w:tc>
      </w:tr>
      <w:tr w:rsidR="00DC3F2C" w:rsidRPr="00743864" w:rsidTr="008B1FCB">
        <w:tc>
          <w:tcPr>
            <w:tcW w:w="1205" w:type="dxa"/>
          </w:tcPr>
          <w:p w:rsidR="00DC3F2C" w:rsidRPr="00CB217F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217F">
              <w:rPr>
                <w:rFonts w:ascii="Times New Roman" w:hAnsi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043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от 70% до 84% от всей работы</w:t>
            </w:r>
          </w:p>
        </w:tc>
        <w:tc>
          <w:tcPr>
            <w:tcW w:w="5373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ставится за ответ, в котором содержатся небольшие неточности и незначительные ошибки</w:t>
            </w:r>
          </w:p>
        </w:tc>
      </w:tr>
      <w:tr w:rsidR="00DC3F2C" w:rsidRPr="00743864" w:rsidTr="008B1FCB">
        <w:tc>
          <w:tcPr>
            <w:tcW w:w="1205" w:type="dxa"/>
          </w:tcPr>
          <w:p w:rsidR="00DC3F2C" w:rsidRPr="00CB217F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217F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043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от 50% до 69% от всей работы, или все задания обязательного уровня</w:t>
            </w:r>
          </w:p>
        </w:tc>
        <w:tc>
          <w:tcPr>
            <w:tcW w:w="5373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получают за ответ, в котором отсутствует логическая последовательность, имеются пробелы в знании материала, нет должной аргументации и умения использовать знания на практике</w:t>
            </w:r>
          </w:p>
        </w:tc>
      </w:tr>
      <w:tr w:rsidR="00DC3F2C" w:rsidRPr="00743864" w:rsidTr="008B1FCB">
        <w:tc>
          <w:tcPr>
            <w:tcW w:w="1205" w:type="dxa"/>
          </w:tcPr>
          <w:p w:rsidR="00DC3F2C" w:rsidRPr="00CB217F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217F">
              <w:rPr>
                <w:rFonts w:ascii="Times New Roman" w:hAnsi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3043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выполнение заданий менее 50% от общей работы</w:t>
            </w:r>
          </w:p>
        </w:tc>
        <w:tc>
          <w:tcPr>
            <w:tcW w:w="5373" w:type="dxa"/>
          </w:tcPr>
          <w:p w:rsidR="00DC3F2C" w:rsidRPr="00144FF4" w:rsidRDefault="00DC3F2C" w:rsidP="008B1FCB">
            <w:pPr>
              <w:keepNext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выставляется за непонимание и незнание материала программы</w:t>
            </w:r>
          </w:p>
        </w:tc>
      </w:tr>
    </w:tbl>
    <w:p w:rsidR="00DC3F2C" w:rsidRPr="00144FF4" w:rsidRDefault="00DC3F2C" w:rsidP="00DC3F2C">
      <w:pPr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DC3F2C" w:rsidRDefault="00DC3F2C" w:rsidP="00DC3F2C">
      <w:pPr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E18EC">
        <w:rPr>
          <w:rFonts w:ascii="Times New Roman" w:hAnsi="Times New Roman"/>
          <w:b/>
          <w:color w:val="000000"/>
          <w:sz w:val="24"/>
          <w:szCs w:val="24"/>
        </w:rPr>
        <w:t>Общая классификация ошибок.</w:t>
      </w:r>
    </w:p>
    <w:p w:rsidR="00DC3F2C" w:rsidRPr="004E18EC" w:rsidRDefault="00DC3F2C" w:rsidP="00DC3F2C">
      <w:pPr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1413"/>
        <w:gridCol w:w="8208"/>
      </w:tblGrid>
      <w:tr w:rsidR="00DC3F2C" w:rsidRPr="004E18EC" w:rsidTr="008B1FCB">
        <w:tc>
          <w:tcPr>
            <w:tcW w:w="1413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iCs/>
                <w:sz w:val="24"/>
                <w:szCs w:val="24"/>
              </w:rPr>
              <w:t>Виды ошибок</w:t>
            </w:r>
          </w:p>
        </w:tc>
        <w:tc>
          <w:tcPr>
            <w:tcW w:w="8208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iCs/>
                <w:sz w:val="24"/>
                <w:szCs w:val="24"/>
              </w:rPr>
              <w:t>Критерии ошибок</w:t>
            </w:r>
          </w:p>
        </w:tc>
      </w:tr>
      <w:tr w:rsidR="00DC3F2C" w:rsidRPr="00743864" w:rsidTr="008B1FCB">
        <w:tc>
          <w:tcPr>
            <w:tcW w:w="1413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8EC">
              <w:rPr>
                <w:rFonts w:ascii="Times New Roman" w:hAnsi="Times New Roman"/>
                <w:sz w:val="24"/>
                <w:szCs w:val="24"/>
              </w:rPr>
              <w:t>Грубые ошибки</w:t>
            </w:r>
          </w:p>
        </w:tc>
        <w:tc>
          <w:tcPr>
            <w:tcW w:w="8208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незнание наименований единиц измерения;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выделить в ответе главное;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применять знания, алгоритмы для решения задач;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делать выводы и обобщения;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пользоваться первоисточниками, учебником и справочниками;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вычислительные ошибки, если они не являются опиской;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логические ошибки;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вычислительные ошибки в примерах и задачах;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ошибки на незнание порядка выполнения арифметических действий;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решение задачи (пропуск действий, неправильный выбор действий, лишнее действие);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недоведение до конца решения задачи или примера;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невыполненное задание;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неправильный выбор порядка выполнения действий в выражении;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пропуск нуля в частном при делении натуральных </w:t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lastRenderedPageBreak/>
              <w:t xml:space="preserve">чисел или десятичных дробей;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неправильный выбор действий при решении текстовых задач;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измерение или построение угла с помощью транспортира, связанное с отсутствием умения выбирать нужную шкалу.</w:t>
            </w:r>
          </w:p>
        </w:tc>
      </w:tr>
      <w:tr w:rsidR="00DC3F2C" w:rsidRPr="00743864" w:rsidTr="008B1FCB">
        <w:tc>
          <w:tcPr>
            <w:tcW w:w="1413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8EC">
              <w:rPr>
                <w:rFonts w:ascii="Times New Roman" w:hAnsi="Times New Roman"/>
                <w:sz w:val="24"/>
                <w:szCs w:val="24"/>
              </w:rPr>
              <w:lastRenderedPageBreak/>
              <w:t>Негрубая ошибка</w:t>
            </w:r>
          </w:p>
        </w:tc>
        <w:tc>
          <w:tcPr>
            <w:tcW w:w="8208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второстепенными;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нерациональный метод решения задачи или недостаточно продуманный план ответа (нарушение логики, подмена отдельных основных вопросов второстепенными);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решать задачи, выполнять задания в общем виде;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неправильная постановка вопроса к действию при решении задачи;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неверно сформулированный ответ задачи;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списывание данных чисел, знаков;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недоведение до конца преобразований.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неправильная ссылка на сочетательный и распределительный законы при вычислениях;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использование в отдельных случаях наименований, например, обозначение единиц длины для единиц площади и объема;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сохранение в окончательном результате при вычислениях или преобразованиях выражений неправильной дроби.</w:t>
            </w:r>
          </w:p>
        </w:tc>
      </w:tr>
      <w:tr w:rsidR="00DC3F2C" w:rsidRPr="00743864" w:rsidTr="008B1FCB">
        <w:tc>
          <w:tcPr>
            <w:tcW w:w="1413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8EC">
              <w:rPr>
                <w:rFonts w:ascii="Times New Roman" w:hAnsi="Times New Roman"/>
                <w:sz w:val="24"/>
                <w:szCs w:val="24"/>
              </w:rPr>
              <w:t xml:space="preserve">Недочет </w:t>
            </w:r>
          </w:p>
        </w:tc>
        <w:tc>
          <w:tcPr>
            <w:tcW w:w="8208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нерациональные приемы вычислений и преобразований; небрежное выполнение записей, чертежей, схем, графиков.</w:t>
            </w:r>
          </w:p>
        </w:tc>
      </w:tr>
    </w:tbl>
    <w:p w:rsidR="00DC3F2C" w:rsidRPr="00144FF4" w:rsidRDefault="00DC3F2C" w:rsidP="00DC3F2C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Default="00DC3F2C" w:rsidP="00DC3F2C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Ниже в приложении предлагаются примерные варианты контрольных работ, используемые при обучении данного класса. </w:t>
      </w:r>
    </w:p>
    <w:p w:rsidR="00DC3F2C" w:rsidRDefault="00DC3F2C" w:rsidP="00DC3F2C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Default="00DC3F2C" w:rsidP="00DC3F2C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Default="00DC3F2C" w:rsidP="00DC3F2C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Default="00DC3F2C" w:rsidP="00DC3F2C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 w:type="page"/>
      </w:r>
    </w:p>
    <w:p w:rsidR="00DC3F2C" w:rsidRDefault="00DC3F2C" w:rsidP="00DC3F2C">
      <w:pPr>
        <w:rPr>
          <w:rFonts w:ascii="Times New Roman" w:hAnsi="Times New Roman"/>
          <w:sz w:val="24"/>
          <w:szCs w:val="24"/>
          <w:lang w:val="ru-RU"/>
        </w:rPr>
      </w:pPr>
      <w:r w:rsidRPr="005F725E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20130" cy="3867785"/>
            <wp:effectExtent l="0" t="0" r="0" b="0"/>
            <wp:docPr id="1777195572" name="Рисунок 1777195572" descr="Изображение выглядит как текст, меню, бумага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195572" name="Рисунок 1777195572" descr="Изображение выглядит как текст, меню, бумага, книга&#10;&#10;Автоматически созданное описание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2C" w:rsidRDefault="00DC3F2C" w:rsidP="00DC3F2C">
      <w:pPr>
        <w:rPr>
          <w:rFonts w:ascii="Times New Roman" w:hAnsi="Times New Roman"/>
          <w:sz w:val="24"/>
          <w:szCs w:val="24"/>
          <w:lang w:val="ru-RU"/>
        </w:rPr>
      </w:pPr>
      <w:r w:rsidRPr="005F725E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0130" cy="3762375"/>
            <wp:effectExtent l="0" t="0" r="0" b="0"/>
            <wp:docPr id="1528751483" name="Рисунок 1528751483" descr="Изображение выглядит как текст, меню, Шрифт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51483" name="Рисунок 1528751483" descr="Изображение выглядит как текст, меню, Шрифт, бумага&#10;&#10;Автоматически созданное описание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2C" w:rsidRDefault="00DC3F2C" w:rsidP="00DC3F2C">
      <w:pPr>
        <w:rPr>
          <w:rFonts w:ascii="Times New Roman" w:hAnsi="Times New Roman"/>
          <w:sz w:val="24"/>
          <w:szCs w:val="24"/>
          <w:lang w:val="ru-RU"/>
        </w:rPr>
      </w:pPr>
      <w:r w:rsidRPr="005F725E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20130" cy="3780155"/>
            <wp:effectExtent l="0" t="0" r="0" b="0"/>
            <wp:docPr id="338427371" name="Рисунок 338427371" descr="Изображение выглядит как текст, меню, бумага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27371" name="Рисунок 338427371" descr="Изображение выглядит как текст, меню, бумага, книга&#10;&#10;Автоматически созданное описание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2C" w:rsidRDefault="00DC3F2C" w:rsidP="00DC3F2C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 w:type="page"/>
      </w:r>
    </w:p>
    <w:p w:rsidR="00DC3F2C" w:rsidRPr="00E14A76" w:rsidRDefault="00DC3F2C" w:rsidP="00DC3F2C">
      <w:pPr>
        <w:spacing w:after="0"/>
        <w:ind w:left="120"/>
        <w:rPr>
          <w:lang w:val="ru-RU"/>
        </w:rPr>
      </w:pPr>
      <w:r w:rsidRPr="00E14A7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ПОУРОЧНОЕ ПЛАНИРОВАНИЕ </w:t>
      </w:r>
    </w:p>
    <w:p w:rsidR="00DC3F2C" w:rsidRPr="00E14A76" w:rsidRDefault="00DC3F2C" w:rsidP="00DC3F2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E14A76">
        <w:rPr>
          <w:rFonts w:ascii="Times New Roman" w:hAnsi="Times New Roman"/>
          <w:b/>
          <w:color w:val="000000"/>
          <w:sz w:val="28"/>
          <w:lang w:val="ru-RU"/>
        </w:rPr>
        <w:t xml:space="preserve"> 5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«В»</w:t>
      </w:r>
      <w:r w:rsidRPr="00E14A76">
        <w:rPr>
          <w:rFonts w:ascii="Times New Roman" w:hAnsi="Times New Roman"/>
          <w:b/>
          <w:color w:val="000000"/>
          <w:sz w:val="28"/>
          <w:lang w:val="ru-RU"/>
        </w:rPr>
        <w:t xml:space="preserve"> КЛАСС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       Учитель Шумилина Ольга Сергеевна</w:t>
      </w:r>
    </w:p>
    <w:p w:rsidR="00DC3F2C" w:rsidRDefault="00DC3F2C" w:rsidP="00DC3F2C">
      <w:pPr>
        <w:spacing w:after="0"/>
        <w:ind w:left="120"/>
        <w:rPr>
          <w:lang w:val="ru-RU"/>
        </w:rPr>
      </w:pPr>
    </w:p>
    <w:tbl>
      <w:tblPr>
        <w:tblStyle w:val="af"/>
        <w:tblW w:w="10289" w:type="dxa"/>
        <w:tblLayout w:type="fixed"/>
        <w:tblLook w:val="04A0"/>
      </w:tblPr>
      <w:tblGrid>
        <w:gridCol w:w="675"/>
        <w:gridCol w:w="5928"/>
        <w:gridCol w:w="1417"/>
        <w:gridCol w:w="1276"/>
        <w:gridCol w:w="993"/>
      </w:tblGrid>
      <w:tr w:rsidR="00DC3F2C" w:rsidRPr="00E110AC" w:rsidTr="008B1FCB">
        <w:trPr>
          <w:trHeight w:val="1441"/>
          <w:tblHeader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№ урока</w:t>
            </w:r>
          </w:p>
        </w:tc>
        <w:tc>
          <w:tcPr>
            <w:tcW w:w="5928" w:type="dxa"/>
            <w:hideMark/>
          </w:tcPr>
          <w:p w:rsidR="00DC3F2C" w:rsidRPr="00E110AC" w:rsidRDefault="00DC3F2C" w:rsidP="008B1FC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Плановые сроки прохождения программы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  <w:lang w:val="ru-RU"/>
              </w:rPr>
              <w:t>Фактические сроки и/или коррекция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28" w:type="dxa"/>
            <w:hideMark/>
          </w:tcPr>
          <w:p w:rsidR="00DC3F2C" w:rsidRPr="00E711F9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Представление числовой информации в таблицах</w:t>
            </w:r>
            <w:r w:rsidRPr="00E711F9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11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Инструктаж по ТБ, ОТ на уроках математики.</w:t>
            </w:r>
          </w:p>
        </w:tc>
        <w:tc>
          <w:tcPr>
            <w:tcW w:w="1417" w:type="dxa"/>
            <w:hideMark/>
          </w:tcPr>
          <w:p w:rsidR="00DC3F2C" w:rsidRPr="00E711F9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711F9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711F9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</w:tcPr>
          <w:p w:rsidR="00DC3F2C" w:rsidRPr="006866A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28" w:type="dxa"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Представление числовой информации в таблицах</w:t>
            </w:r>
          </w:p>
        </w:tc>
        <w:tc>
          <w:tcPr>
            <w:tcW w:w="1417" w:type="dxa"/>
          </w:tcPr>
          <w:p w:rsidR="00DC3F2C" w:rsidRPr="006866A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DC3F2C" w:rsidRPr="006866A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C3F2C" w:rsidRPr="006866A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Цифры и числа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6866A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Цифры и числа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28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Отрезок и его длина. Ломаная. Многоугольник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28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Отрезок и его длина. Ломаная. Многоугольник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928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66A3">
              <w:rPr>
                <w:rFonts w:ascii="Times New Roman" w:hAnsi="Times New Roman"/>
                <w:sz w:val="24"/>
                <w:szCs w:val="24"/>
                <w:lang w:val="ru-RU"/>
              </w:rPr>
              <w:t>Плоскость, представление о плоскости. Прямая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66A3">
              <w:rPr>
                <w:rFonts w:ascii="Times New Roman" w:hAnsi="Times New Roman"/>
                <w:sz w:val="24"/>
                <w:szCs w:val="24"/>
                <w:lang w:val="ru-RU"/>
              </w:rPr>
              <w:t>Прямая, луч, угол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Шкалы и координатная прямая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928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66A3">
              <w:rPr>
                <w:rFonts w:ascii="Times New Roman" w:hAnsi="Times New Roman"/>
                <w:sz w:val="24"/>
                <w:szCs w:val="24"/>
                <w:lang w:val="ru-RU"/>
              </w:rPr>
              <w:t>Координатная прямая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66A3">
              <w:rPr>
                <w:rFonts w:ascii="Times New Roman" w:hAnsi="Times New Roman"/>
                <w:sz w:val="24"/>
                <w:szCs w:val="24"/>
                <w:lang w:val="ru-RU"/>
              </w:rPr>
              <w:t>Сравнение натуральных чисел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натуральных чисел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натуральных чисел</w:t>
            </w:r>
            <w:r w:rsidRPr="00FC7890">
              <w:rPr>
                <w:lang w:val="ru-RU"/>
              </w:rPr>
              <w:t xml:space="preserve"> </w:t>
            </w:r>
            <w:r w:rsidRPr="00FC7890">
              <w:rPr>
                <w:rFonts w:ascii="Times New Roman" w:hAnsi="Times New Roman"/>
                <w:sz w:val="24"/>
                <w:szCs w:val="24"/>
                <w:lang w:val="ru-RU"/>
              </w:rPr>
              <w:t>с помощью рисунка, схемы (таблицы, диаграммы)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hideMark/>
          </w:tcPr>
          <w:p w:rsidR="00DC3F2C" w:rsidRPr="00FC7890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FC7890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FC7890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928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7890">
              <w:rPr>
                <w:rFonts w:ascii="Times New Roman" w:hAnsi="Times New Roman"/>
                <w:sz w:val="24"/>
                <w:szCs w:val="24"/>
                <w:lang w:val="ru-RU"/>
              </w:rPr>
              <w:t>Позиционная и непозиционная запись числа, римская нумерация</w:t>
            </w:r>
          </w:p>
        </w:tc>
        <w:tc>
          <w:tcPr>
            <w:tcW w:w="1417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FC7890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1</w:t>
            </w:r>
          </w:p>
        </w:tc>
        <w:tc>
          <w:tcPr>
            <w:tcW w:w="1417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43864" w:rsidTr="008B1FCB">
        <w:trPr>
          <w:trHeight w:val="315"/>
        </w:trPr>
        <w:tc>
          <w:tcPr>
            <w:tcW w:w="675" w:type="dxa"/>
            <w:hideMark/>
          </w:tcPr>
          <w:p w:rsidR="00DC3F2C" w:rsidRPr="00FC7890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Представление числовой информации в столбчатых диаграммах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6866A3" w:rsidTr="008B1FCB">
        <w:trPr>
          <w:trHeight w:val="315"/>
        </w:trPr>
        <w:tc>
          <w:tcPr>
            <w:tcW w:w="675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928" w:type="dxa"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7890">
              <w:rPr>
                <w:rFonts w:ascii="Times New Roman" w:hAnsi="Times New Roman"/>
                <w:sz w:val="24"/>
                <w:szCs w:val="24"/>
                <w:lang w:val="ru-RU"/>
              </w:rPr>
              <w:t>Чтение информации на диаграммах</w:t>
            </w:r>
          </w:p>
        </w:tc>
        <w:tc>
          <w:tcPr>
            <w:tcW w:w="1417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3F2C" w:rsidRPr="006866A3" w:rsidTr="008B1FCB">
        <w:trPr>
          <w:trHeight w:val="315"/>
        </w:trPr>
        <w:tc>
          <w:tcPr>
            <w:tcW w:w="675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928" w:type="dxa"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7890">
              <w:rPr>
                <w:rFonts w:ascii="Times New Roman" w:hAnsi="Times New Roman"/>
                <w:sz w:val="24"/>
                <w:szCs w:val="24"/>
                <w:lang w:val="ru-RU"/>
              </w:rPr>
              <w:t>Построение столбчатых диаграмм</w:t>
            </w:r>
          </w:p>
        </w:tc>
        <w:tc>
          <w:tcPr>
            <w:tcW w:w="1417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3F2C" w:rsidRPr="00FC1E60" w:rsidTr="008B1FCB">
        <w:trPr>
          <w:trHeight w:val="630"/>
        </w:trPr>
        <w:tc>
          <w:tcPr>
            <w:tcW w:w="675" w:type="dxa"/>
            <w:hideMark/>
          </w:tcPr>
          <w:p w:rsidR="00DC3F2C" w:rsidRPr="001C04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сложения. Свойства сложения</w:t>
            </w:r>
          </w:p>
        </w:tc>
        <w:tc>
          <w:tcPr>
            <w:tcW w:w="1417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928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сложения. Свойства сложения</w:t>
            </w:r>
          </w:p>
        </w:tc>
        <w:tc>
          <w:tcPr>
            <w:tcW w:w="1417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сложения. Свойства сложения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вычитания. Свойства вычитания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вычитания. Свойства вычитания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вычитания. Свойства вычитания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2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315E1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Числовые и буквенные выражения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315E1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Числовые и буквенные выражения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315E1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Числовые и буквенные выражения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315E1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Числовые и буквенные выражения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Уравнения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Уравнения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Уравнения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3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умножения. Свойства умножения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умножения. Свойства умножения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умножения. Свойства умножения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деления. Свойства деления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деления. Свойства деления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деления. Свойства деления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деления. Свойства деления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с остатком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с остатком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с остатком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4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962AC6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Упрощение выражений</w:t>
            </w:r>
          </w:p>
        </w:tc>
        <w:tc>
          <w:tcPr>
            <w:tcW w:w="1417" w:type="dxa"/>
            <w:hideMark/>
          </w:tcPr>
          <w:p w:rsidR="00DC3F2C" w:rsidRPr="00962AC6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962AC6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962AC6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Упрощение выражений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Упрощение выражений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Упрощение выражений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Порядок действий в вычислениях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Порядок действий в вычислениях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Порядок действий в вычислениях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Степень с натуральным показателем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Степень с натуральным показателем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Делители и кратные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Делители и кратные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5928" w:type="dxa"/>
            <w:noWrap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Делители и кратные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Свойства и признаки делимости</w:t>
            </w:r>
          </w:p>
        </w:tc>
        <w:tc>
          <w:tcPr>
            <w:tcW w:w="1417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Свойства и признаки делимости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Свойства и признаки делимости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Свойства и признаки делимости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№ 5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737A69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Формулы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6E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Фигуры на плоскости, многоугольники. Треугольник, </w:t>
            </w:r>
            <w:r w:rsidRPr="00B826E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виды треугольников. Четырёхугольники: прямоугольник, квадрат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A085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6E7">
              <w:rPr>
                <w:rFonts w:ascii="Times New Roman" w:hAnsi="Times New Roman"/>
                <w:sz w:val="24"/>
                <w:szCs w:val="24"/>
                <w:lang w:val="ru-RU"/>
              </w:rPr>
              <w:t>Периметр фигуры, формулы для вычисления периметра</w:t>
            </w:r>
          </w:p>
        </w:tc>
        <w:tc>
          <w:tcPr>
            <w:tcW w:w="1417" w:type="dxa"/>
            <w:hideMark/>
          </w:tcPr>
          <w:p w:rsidR="00DC3F2C" w:rsidRPr="00B826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B826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B826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A085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6E7">
              <w:rPr>
                <w:rFonts w:ascii="Times New Roman" w:hAnsi="Times New Roman"/>
                <w:sz w:val="24"/>
                <w:szCs w:val="24"/>
                <w:lang w:val="ru-RU"/>
              </w:rPr>
              <w:t>Понятие о площади. Площадь единичного квадрата. Единицы измерения площади. Площадь квадра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та</w:t>
            </w:r>
          </w:p>
        </w:tc>
        <w:tc>
          <w:tcPr>
            <w:tcW w:w="1417" w:type="dxa"/>
            <w:hideMark/>
          </w:tcPr>
          <w:p w:rsidR="00DC3F2C" w:rsidRPr="00B826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B826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B826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A085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3FE1">
              <w:rPr>
                <w:rFonts w:ascii="Times New Roman" w:hAnsi="Times New Roman"/>
                <w:sz w:val="24"/>
                <w:szCs w:val="24"/>
                <w:lang w:val="ru-RU"/>
              </w:rPr>
              <w:t>Единицы измерения площадей. Площадь прямоугольника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3FE1">
              <w:rPr>
                <w:rFonts w:ascii="Times New Roman" w:hAnsi="Times New Roman"/>
                <w:sz w:val="24"/>
                <w:szCs w:val="24"/>
                <w:lang w:val="ru-RU"/>
              </w:rPr>
              <w:t>Тела и фигуры в пространстве. Прямоугольный параллелепипед и его свойства. Куб. Свойства куба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A085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3FE1">
              <w:rPr>
                <w:rFonts w:ascii="Times New Roman" w:hAnsi="Times New Roman"/>
                <w:sz w:val="24"/>
                <w:szCs w:val="24"/>
                <w:lang w:val="ru-RU"/>
              </w:rPr>
              <w:t>Измерения параллелепипеда. Понятие поверхности. Площадь поверхности куба и прямоугольного параллелепипеда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A085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3FE1">
              <w:rPr>
                <w:rFonts w:ascii="Times New Roman" w:hAnsi="Times New Roman"/>
                <w:sz w:val="24"/>
                <w:szCs w:val="24"/>
                <w:lang w:val="ru-RU"/>
              </w:rPr>
              <w:t>Понятие объёма. Единичный куб. Единицы измерения объёма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Объёмы. Объём прямоугольного параллелепипеда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№6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A085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96544">
              <w:rPr>
                <w:rFonts w:ascii="Times New Roman" w:hAnsi="Times New Roman"/>
                <w:sz w:val="24"/>
                <w:szCs w:val="24"/>
                <w:lang w:val="ru-RU"/>
              </w:rPr>
              <w:t>Окружность, круг. Примеры фигур, содержащих окружность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C56893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Окружность, круг, шар, цилиндр</w:t>
            </w:r>
          </w:p>
        </w:tc>
        <w:tc>
          <w:tcPr>
            <w:tcW w:w="1417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A085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F52ED">
              <w:rPr>
                <w:rFonts w:ascii="Times New Roman" w:hAnsi="Times New Roman"/>
                <w:sz w:val="24"/>
                <w:szCs w:val="24"/>
                <w:lang w:val="ru-RU"/>
              </w:rPr>
              <w:t>Доли и дроби. Доли. Обыкновенные дроби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A085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79FF">
              <w:rPr>
                <w:rFonts w:ascii="Times New Roman" w:hAnsi="Times New Roman"/>
                <w:sz w:val="24"/>
                <w:szCs w:val="24"/>
                <w:lang w:val="ru-RU"/>
              </w:rPr>
              <w:t>Доли и дроби. Изображение дробей на координатном луче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A085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79FF">
              <w:rPr>
                <w:rFonts w:ascii="Times New Roman" w:hAnsi="Times New Roman"/>
                <w:sz w:val="24"/>
                <w:szCs w:val="24"/>
                <w:lang w:val="ru-RU"/>
              </w:rPr>
              <w:t>Доли и дроби. Изображение дробей на координатном луче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A085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79FF">
              <w:rPr>
                <w:rFonts w:ascii="Times New Roman" w:hAnsi="Times New Roman"/>
                <w:sz w:val="24"/>
                <w:szCs w:val="24"/>
                <w:lang w:val="ru-RU"/>
              </w:rPr>
              <w:t>Доли и дроби. Изображение дробей на координатном луче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дробей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дробей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дробей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Правильные и неправильные дроби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Правильные и неправильные дроби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№7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A085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A085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A085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Сложение и вычитание дробей с одинаковыми </w:t>
            </w: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знаменателями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натуральных чисел и дроби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натуральных чисел и дроби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Смешанные числа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C56893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Смешанные числа</w:t>
            </w:r>
          </w:p>
        </w:tc>
        <w:tc>
          <w:tcPr>
            <w:tcW w:w="1417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630"/>
        </w:trPr>
        <w:tc>
          <w:tcPr>
            <w:tcW w:w="675" w:type="dxa"/>
            <w:hideMark/>
          </w:tcPr>
          <w:p w:rsidR="00DC3F2C" w:rsidRPr="005D4F35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8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Основное свойство дроби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Сокращение дробей 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Сокращение дробей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A5444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9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Умножения дробей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Умножения дробей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части целого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части целого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части целого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303B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дробей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дробей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202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целого по его части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целого по его части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целого по его части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3D3C2E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10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3D3C2E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Десятичная запись дробей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3D3C2E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Десятичная запись дробей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3D3C2E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119</w:t>
            </w:r>
          </w:p>
        </w:tc>
        <w:tc>
          <w:tcPr>
            <w:tcW w:w="5928" w:type="dxa"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3C2E">
              <w:rPr>
                <w:rFonts w:ascii="Times New Roman" w:hAnsi="Times New Roman"/>
                <w:sz w:val="24"/>
                <w:szCs w:val="24"/>
                <w:lang w:val="ru-RU"/>
              </w:rPr>
              <w:t>Величины и десятичные дроби</w:t>
            </w:r>
          </w:p>
        </w:tc>
        <w:tc>
          <w:tcPr>
            <w:tcW w:w="1417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десятичных дробей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десятичных дробей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Округление чисел. Прикидка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6866A3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Округление чисел. Прикидка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DC3F2C" w:rsidRPr="003D3C2E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3D3C2E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3D3C2E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11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на десятичную дробь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на десятичную дробь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на десятичную дробь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на десятичную дробь</w:t>
            </w:r>
          </w:p>
        </w:tc>
        <w:tc>
          <w:tcPr>
            <w:tcW w:w="1417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на десятичную дробь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десятичную дробь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десятичную дробь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303B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десятичную дробь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десятичную дробь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десятичную дробь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149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A45DD">
              <w:rPr>
                <w:rFonts w:ascii="Times New Roman" w:hAnsi="Times New Roman"/>
                <w:sz w:val="24"/>
                <w:szCs w:val="24"/>
                <w:lang w:val="ru-RU"/>
              </w:rPr>
              <w:t>Решение задач с десятичными дробям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</w:p>
        </w:tc>
        <w:tc>
          <w:tcPr>
            <w:tcW w:w="1417" w:type="dxa"/>
            <w:hideMark/>
          </w:tcPr>
          <w:p w:rsidR="00DC3F2C" w:rsidRPr="00EA45DD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A45DD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A45DD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A45DD">
              <w:rPr>
                <w:rFonts w:ascii="Times New Roman" w:hAnsi="Times New Roman"/>
                <w:sz w:val="24"/>
                <w:szCs w:val="24"/>
                <w:lang w:val="ru-RU"/>
              </w:rPr>
              <w:t>Решение задач с десятичными дробям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12</w:t>
            </w:r>
          </w:p>
        </w:tc>
        <w:tc>
          <w:tcPr>
            <w:tcW w:w="1417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Калькулятор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Калькулятор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Калькулятор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5928" w:type="dxa"/>
            <w:vAlign w:val="center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Виды углов. Чертёжный треугольник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5928" w:type="dxa"/>
            <w:vAlign w:val="center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Виды углов. Чертёжный треугольник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5928" w:type="dxa"/>
            <w:vAlign w:val="center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Виды углов. Чертёжный треугольник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5928" w:type="dxa"/>
            <w:vAlign w:val="center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Виды углов. Чертёжный треугольник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5928" w:type="dxa"/>
            <w:noWrap/>
            <w:vAlign w:val="center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Измерение углов. Транспортир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5928" w:type="dxa"/>
            <w:noWrap/>
            <w:vAlign w:val="center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Измерение углов. Транспортир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254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Измерение углов. Транспортир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216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№13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178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112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216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2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268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5928" w:type="dxa"/>
            <w:vAlign w:val="center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Итоговая контрольная работа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5928" w:type="dxa"/>
            <w:vAlign w:val="center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34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25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DC3F2C" w:rsidRPr="00E14A76" w:rsidRDefault="00DC3F2C" w:rsidP="00DC3F2C">
      <w:pPr>
        <w:spacing w:after="0"/>
        <w:ind w:left="120"/>
        <w:rPr>
          <w:lang w:val="ru-RU"/>
        </w:rPr>
      </w:pPr>
    </w:p>
    <w:p w:rsidR="00DC3F2C" w:rsidRPr="00E14A76" w:rsidRDefault="00DC3F2C" w:rsidP="00DC3F2C">
      <w:pPr>
        <w:rPr>
          <w:lang w:val="ru-RU"/>
        </w:rPr>
        <w:sectPr w:rsidR="00DC3F2C" w:rsidRPr="00E14A76" w:rsidSect="00EF175E">
          <w:pgSz w:w="11906" w:h="16383"/>
          <w:pgMar w:top="850" w:right="707" w:bottom="1701" w:left="1134" w:header="720" w:footer="720" w:gutter="0"/>
          <w:cols w:space="720"/>
          <w:docGrid w:linePitch="299"/>
        </w:sectPr>
      </w:pPr>
    </w:p>
    <w:p w:rsidR="00DC3F2C" w:rsidRPr="00D61B41" w:rsidRDefault="00DC3F2C" w:rsidP="00DC3F2C">
      <w:pPr>
        <w:spacing w:after="0"/>
        <w:ind w:left="120"/>
        <w:rPr>
          <w:lang w:val="ru-RU"/>
        </w:rPr>
      </w:pPr>
      <w:r w:rsidRPr="00D61B41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DC3F2C" w:rsidRPr="00D61B41" w:rsidRDefault="00DC3F2C" w:rsidP="00DC3F2C">
      <w:pPr>
        <w:spacing w:after="0" w:line="480" w:lineRule="auto"/>
        <w:ind w:left="120"/>
        <w:rPr>
          <w:lang w:val="ru-RU"/>
        </w:rPr>
      </w:pPr>
      <w:r w:rsidRPr="00D61B41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DC3F2C" w:rsidRPr="00D61B41" w:rsidRDefault="00DC3F2C" w:rsidP="00DC3F2C">
      <w:pPr>
        <w:spacing w:after="0"/>
        <w:ind w:left="119"/>
        <w:contextualSpacing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Математика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5 класс : базовый уровень : учебник : в 2 частях / Н.Я. Виленкин, В.И. Жохов, А.С. Чесноков и др. – Москва : Просвещение, 2023</w:t>
      </w:r>
    </w:p>
    <w:p w:rsidR="00DC3F2C" w:rsidRPr="00D61B41" w:rsidRDefault="00DC3F2C" w:rsidP="00DC3F2C">
      <w:pPr>
        <w:spacing w:after="0"/>
        <w:ind w:left="120"/>
        <w:rPr>
          <w:lang w:val="ru-RU"/>
        </w:rPr>
      </w:pPr>
      <w:r w:rsidRPr="00D61B41">
        <w:rPr>
          <w:rFonts w:ascii="Times New Roman" w:hAnsi="Times New Roman"/>
          <w:color w:val="000000"/>
          <w:sz w:val="28"/>
          <w:lang w:val="ru-RU"/>
        </w:rPr>
        <w:t>​</w:t>
      </w:r>
    </w:p>
    <w:p w:rsidR="00DC3F2C" w:rsidRPr="00D61B41" w:rsidRDefault="00DC3F2C" w:rsidP="00DC3F2C">
      <w:pPr>
        <w:spacing w:after="0" w:line="480" w:lineRule="auto"/>
        <w:ind w:left="120"/>
        <w:rPr>
          <w:lang w:val="ru-RU"/>
        </w:rPr>
      </w:pPr>
      <w:r w:rsidRPr="00D61B4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C3F2C" w:rsidRDefault="00DC3F2C" w:rsidP="00DC3F2C">
      <w:pPr>
        <w:spacing w:after="0"/>
        <w:ind w:left="119"/>
        <w:contextualSpacing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Методические рекомендации</w:t>
      </w:r>
    </w:p>
    <w:p w:rsidR="00DC3F2C" w:rsidRPr="006B1E59" w:rsidRDefault="00DC3F2C" w:rsidP="00DC3F2C">
      <w:pPr>
        <w:spacing w:after="0"/>
        <w:ind w:left="119"/>
        <w:contextualSpacing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Математика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5 класс : базовый уровень : контрольные работы. Учебное пособие / Л.Б. Крайнева – М.: Просвещение, 2023</w:t>
      </w:r>
    </w:p>
    <w:p w:rsidR="00DC3F2C" w:rsidRPr="00D61B41" w:rsidRDefault="00DC3F2C" w:rsidP="00DC3F2C">
      <w:pPr>
        <w:spacing w:after="0"/>
        <w:ind w:left="120"/>
        <w:rPr>
          <w:lang w:val="ru-RU"/>
        </w:rPr>
      </w:pPr>
    </w:p>
    <w:p w:rsidR="00DC3F2C" w:rsidRPr="00DC678B" w:rsidRDefault="00DC3F2C" w:rsidP="00DC3F2C">
      <w:pPr>
        <w:spacing w:after="0" w:line="480" w:lineRule="auto"/>
        <w:ind w:left="120"/>
        <w:rPr>
          <w:lang w:val="ru-RU"/>
        </w:rPr>
      </w:pPr>
      <w:r w:rsidRPr="00DC678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C3F2C" w:rsidRPr="002E6396" w:rsidRDefault="00DC3F2C" w:rsidP="00DC3F2C">
      <w:pPr>
        <w:spacing w:after="0"/>
        <w:ind w:left="119"/>
        <w:contextualSpacing/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</w:pPr>
      <w:r w:rsidRPr="00805DF9">
        <w:rPr>
          <w:rFonts w:ascii="Times New Roman" w:hAnsi="Times New Roman"/>
          <w:color w:val="000000"/>
          <w:sz w:val="28"/>
          <w:lang w:val="ru-RU"/>
        </w:rPr>
        <w:t>Библиотека ЦОК</w:t>
      </w:r>
      <w:r w:rsidRPr="00DC678B">
        <w:rPr>
          <w:rFonts w:ascii="Times New Roman" w:hAnsi="Times New Roman"/>
          <w:color w:val="000000"/>
          <w:sz w:val="24"/>
          <w:lang w:val="ru-RU"/>
        </w:rPr>
        <w:t xml:space="preserve"> </w:t>
      </w:r>
      <w:hyperlink r:id="rId35"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://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m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.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edsoo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.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ru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/7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f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4131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ce</w:t>
        </w:r>
      </w:hyperlink>
    </w:p>
    <w:p w:rsidR="00DC3F2C" w:rsidRPr="00F236E4" w:rsidRDefault="00DC3F2C" w:rsidP="00DC3F2C">
      <w:pPr>
        <w:spacing w:after="0"/>
        <w:ind w:left="119"/>
        <w:contextualSpacing/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Библиотека МЭШ </w:t>
      </w:r>
      <w:hyperlink r:id="rId36" w:history="1"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https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uchebnik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mos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ru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catalogue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?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class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_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level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_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ids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=5&amp;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subject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_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program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_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ids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=31937337</w:t>
        </w:r>
      </w:hyperlink>
    </w:p>
    <w:p w:rsidR="00DC3F2C" w:rsidRPr="00805DF9" w:rsidRDefault="00DC3F2C" w:rsidP="00DC3F2C">
      <w:pPr>
        <w:spacing w:after="0"/>
        <w:ind w:left="119"/>
        <w:contextualSpacing/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</w:pPr>
      <w:r w:rsidRPr="00805DF9">
        <w:rPr>
          <w:rFonts w:ascii="Times New Roman" w:hAnsi="Times New Roman"/>
          <w:color w:val="000000"/>
          <w:sz w:val="28"/>
          <w:lang w:val="ru-RU"/>
        </w:rPr>
        <w:t>Библиотека РЭШ</w:t>
      </w:r>
      <w:r>
        <w:rPr>
          <w:lang w:val="ru-RU"/>
        </w:rPr>
        <w:t xml:space="preserve"> </w:t>
      </w:r>
      <w:hyperlink r:id="rId37" w:history="1">
        <w:r w:rsidRPr="00805DF9">
          <w:rPr>
            <w:rFonts w:ascii="Times New Roman" w:hAnsi="Times New Roman" w:cs="Times New Roman"/>
            <w:color w:val="0000FF"/>
            <w:sz w:val="28"/>
            <w:szCs w:val="28"/>
          </w:rPr>
          <w:t>https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lang w:val="ru-RU"/>
          </w:rPr>
          <w:t>://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</w:rPr>
          <w:t>resh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lang w:val="ru-RU"/>
          </w:rPr>
          <w:t>.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</w:rPr>
          <w:t>edu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lang w:val="ru-RU"/>
          </w:rPr>
          <w:t>.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</w:rPr>
          <w:t>ru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lang w:val="ru-RU"/>
          </w:rPr>
          <w:t>/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</w:rPr>
          <w:t>subject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lang w:val="ru-RU"/>
          </w:rPr>
          <w:t>/12/5/</w:t>
        </w:r>
      </w:hyperlink>
    </w:p>
    <w:p w:rsidR="00DC3F2C" w:rsidRPr="00805DF9" w:rsidRDefault="00DC3F2C" w:rsidP="00DC3F2C">
      <w:pPr>
        <w:spacing w:after="0" w:line="480" w:lineRule="auto"/>
        <w:ind w:left="120"/>
        <w:rPr>
          <w:lang w:val="ru-RU"/>
        </w:rPr>
      </w:pPr>
      <w:r w:rsidRPr="00805DF9">
        <w:rPr>
          <w:rFonts w:ascii="Times New Roman" w:hAnsi="Times New Roman"/>
          <w:color w:val="000000"/>
          <w:sz w:val="28"/>
          <w:lang w:val="ru-RU"/>
        </w:rPr>
        <w:t>​</w:t>
      </w:r>
      <w:r w:rsidRPr="00805DF9">
        <w:rPr>
          <w:rFonts w:ascii="Times New Roman" w:hAnsi="Times New Roman"/>
          <w:color w:val="333333"/>
          <w:sz w:val="28"/>
          <w:lang w:val="ru-RU"/>
        </w:rPr>
        <w:t>​‌‌</w:t>
      </w:r>
      <w:r w:rsidRPr="00805DF9">
        <w:rPr>
          <w:rFonts w:ascii="Times New Roman" w:hAnsi="Times New Roman"/>
          <w:color w:val="000000"/>
          <w:sz w:val="28"/>
          <w:lang w:val="ru-RU"/>
        </w:rPr>
        <w:t>​</w:t>
      </w:r>
    </w:p>
    <w:p w:rsidR="00DC3F2C" w:rsidRDefault="00DC3F2C" w:rsidP="00DC3F2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  <w:sectPr w:rsidR="00DC3F2C" w:rsidSect="00D61B41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DC3F2C" w:rsidRPr="00400668" w:rsidRDefault="00DC3F2C" w:rsidP="00DC3F2C">
      <w:pPr>
        <w:contextualSpacing/>
        <w:jc w:val="right"/>
        <w:rPr>
          <w:rFonts w:asciiTheme="majorBidi" w:hAnsiTheme="majorBidi" w:cstheme="majorBidi"/>
          <w:bCs/>
          <w:lang w:val="ru-RU"/>
        </w:rPr>
      </w:pPr>
      <w:r w:rsidRPr="00400668">
        <w:rPr>
          <w:rFonts w:asciiTheme="majorBidi" w:hAnsiTheme="majorBidi" w:cstheme="majorBidi"/>
          <w:b/>
          <w:bCs/>
          <w:lang w:val="ru-RU"/>
        </w:rPr>
        <w:lastRenderedPageBreak/>
        <w:t>ПРИЛОЖЕНИЕ №</w:t>
      </w:r>
      <w:r w:rsidRPr="00400668">
        <w:rPr>
          <w:rFonts w:asciiTheme="majorBidi" w:hAnsiTheme="majorBidi" w:cstheme="majorBidi"/>
          <w:bCs/>
          <w:u w:val="single"/>
          <w:lang w:val="ru-RU"/>
        </w:rPr>
        <w:tab/>
        <w:t xml:space="preserve">    </w:t>
      </w:r>
      <w:r w:rsidRPr="00400668">
        <w:rPr>
          <w:rFonts w:asciiTheme="majorBidi" w:hAnsiTheme="majorBidi" w:cstheme="majorBidi"/>
          <w:bCs/>
          <w:u w:val="single"/>
          <w:lang w:val="ru-RU"/>
        </w:rPr>
        <w:tab/>
      </w:r>
    </w:p>
    <w:p w:rsidR="00DC3F2C" w:rsidRPr="00E711F9" w:rsidRDefault="00DC3F2C" w:rsidP="00DC3F2C">
      <w:pPr>
        <w:spacing w:line="240" w:lineRule="auto"/>
        <w:contextualSpacing/>
        <w:jc w:val="right"/>
        <w:rPr>
          <w:rFonts w:asciiTheme="majorBidi" w:hAnsiTheme="majorBidi" w:cstheme="majorBidi"/>
          <w:bCs/>
          <w:lang w:val="ru-RU"/>
        </w:rPr>
      </w:pPr>
    </w:p>
    <w:p w:rsidR="00DC3F2C" w:rsidRPr="00400668" w:rsidRDefault="00DC3F2C" w:rsidP="00DC3F2C">
      <w:pPr>
        <w:spacing w:line="240" w:lineRule="auto"/>
        <w:contextualSpacing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400668">
        <w:rPr>
          <w:rFonts w:ascii="Times New Roman" w:eastAsia="Times New Roman" w:hAnsi="Times New Roman"/>
          <w:sz w:val="24"/>
          <w:szCs w:val="24"/>
          <w:lang w:val="ru-RU" w:eastAsia="ru-RU" w:bidi="ru-RU"/>
        </w:rPr>
        <w:t>Учитель математики:</w:t>
      </w:r>
      <w:r w:rsidRPr="009A10B3">
        <w:rPr>
          <w:rFonts w:ascii="Times New Roman" w:eastAsia="Times New Roman" w:hAnsi="Times New Roman"/>
          <w:sz w:val="24"/>
          <w:szCs w:val="24"/>
          <w:lang w:val="ru-RU" w:eastAsia="ru-RU" w:bidi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ru-RU" w:eastAsia="ru-RU" w:bidi="ru-RU"/>
        </w:rPr>
        <w:t>Шумилина О.С</w:t>
      </w:r>
      <w:r w:rsidRPr="00400668">
        <w:rPr>
          <w:rFonts w:ascii="Times New Roman" w:eastAsia="Times New Roman" w:hAnsi="Times New Roman"/>
          <w:sz w:val="24"/>
          <w:szCs w:val="24"/>
          <w:lang w:val="ru-RU" w:eastAsia="ru-RU" w:bidi="ru-RU"/>
        </w:rPr>
        <w:t>.</w:t>
      </w:r>
    </w:p>
    <w:p w:rsidR="00DC3F2C" w:rsidRPr="00400668" w:rsidRDefault="00DC3F2C" w:rsidP="00DC3F2C">
      <w:pPr>
        <w:spacing w:line="240" w:lineRule="auto"/>
        <w:contextualSpacing/>
        <w:jc w:val="right"/>
        <w:rPr>
          <w:rFonts w:asciiTheme="majorBidi" w:hAnsiTheme="majorBidi" w:cstheme="majorBidi"/>
          <w:b/>
          <w:bCs/>
          <w:sz w:val="24"/>
          <w:szCs w:val="24"/>
          <w:u w:val="single"/>
          <w:lang w:val="ru-RU"/>
        </w:rPr>
      </w:pPr>
    </w:p>
    <w:p w:rsidR="00DC3F2C" w:rsidRPr="00400668" w:rsidRDefault="00DC3F2C" w:rsidP="00DC3F2C">
      <w:pPr>
        <w:spacing w:line="240" w:lineRule="auto"/>
        <w:contextualSpacing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ru-RU"/>
        </w:rPr>
      </w:pPr>
      <w:r w:rsidRPr="00400668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ru-RU"/>
        </w:rPr>
        <w:t>ОЦЕНОЧНЫЕ ПРОЦЕДУРЫ</w:t>
      </w:r>
    </w:p>
    <w:p w:rsidR="00DC3F2C" w:rsidRPr="00400668" w:rsidRDefault="00DC3F2C" w:rsidP="00DC3F2C">
      <w:pPr>
        <w:spacing w:line="240" w:lineRule="auto"/>
        <w:contextualSpacing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val="ru-RU"/>
        </w:rPr>
      </w:pPr>
      <w:r w:rsidRPr="00400668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ru-RU"/>
        </w:rPr>
        <w:t xml:space="preserve">по предмету </w:t>
      </w:r>
      <w:r w:rsidRPr="00400668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val="ru-RU"/>
        </w:rPr>
        <w:t>МАТЕМАТИКА, 5 «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val="ru-RU"/>
        </w:rPr>
        <w:t>В</w:t>
      </w:r>
      <w:r w:rsidRPr="00400668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val="ru-RU"/>
        </w:rPr>
        <w:t>» класс</w:t>
      </w:r>
    </w:p>
    <w:p w:rsidR="00DC3F2C" w:rsidRPr="00400668" w:rsidRDefault="00DC3F2C" w:rsidP="00DC3F2C">
      <w:pPr>
        <w:spacing w:line="240" w:lineRule="auto"/>
        <w:contextualSpacing/>
        <w:jc w:val="center"/>
        <w:rPr>
          <w:rFonts w:asciiTheme="majorBidi" w:hAnsiTheme="majorBidi" w:cstheme="majorBidi"/>
          <w:b/>
          <w:bCs/>
          <w:color w:val="000000" w:themeColor="text1"/>
          <w:lang w:val="ru-RU"/>
        </w:rPr>
      </w:pPr>
    </w:p>
    <w:tbl>
      <w:tblPr>
        <w:tblStyle w:val="af"/>
        <w:tblW w:w="0" w:type="auto"/>
        <w:tblLook w:val="04A0"/>
      </w:tblPr>
      <w:tblGrid>
        <w:gridCol w:w="1310"/>
        <w:gridCol w:w="2944"/>
        <w:gridCol w:w="5618"/>
      </w:tblGrid>
      <w:tr w:rsidR="00DC3F2C" w:rsidRPr="00A54441" w:rsidTr="008B1FCB">
        <w:tc>
          <w:tcPr>
            <w:tcW w:w="9872" w:type="dxa"/>
            <w:gridSpan w:val="3"/>
          </w:tcPr>
          <w:p w:rsidR="00DC3F2C" w:rsidRPr="00144FF4" w:rsidRDefault="00DC3F2C" w:rsidP="008B1FCB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</w:pPr>
            <w:r w:rsidRPr="00144FF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ru-RU"/>
              </w:rPr>
              <w:t>График проведения для 5 «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ru-RU"/>
              </w:rPr>
              <w:t>В</w:t>
            </w:r>
            <w:r w:rsidRPr="00144FF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ru-RU"/>
              </w:rPr>
              <w:t>» класса</w:t>
            </w:r>
          </w:p>
        </w:tc>
      </w:tr>
      <w:tr w:rsidR="00DC3F2C" w:rsidRPr="004E18EC" w:rsidTr="008B1FCB">
        <w:tc>
          <w:tcPr>
            <w:tcW w:w="1310" w:type="dxa"/>
          </w:tcPr>
          <w:p w:rsidR="00DC3F2C" w:rsidRPr="004E18EC" w:rsidRDefault="00DC3F2C" w:rsidP="008B1FCB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18E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18E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Вид оценочной работы</w:t>
            </w:r>
          </w:p>
        </w:tc>
        <w:tc>
          <w:tcPr>
            <w:tcW w:w="5618" w:type="dxa"/>
          </w:tcPr>
          <w:p w:rsidR="00DC3F2C" w:rsidRPr="004E18EC" w:rsidRDefault="00DC3F2C" w:rsidP="008B1FCB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18E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Название работы</w:t>
            </w:r>
          </w:p>
        </w:tc>
      </w:tr>
      <w:tr w:rsidR="00DC3F2C" w:rsidRPr="00A54441" w:rsidTr="008B1FCB">
        <w:tc>
          <w:tcPr>
            <w:tcW w:w="1310" w:type="dxa"/>
          </w:tcPr>
          <w:p w:rsidR="00DC3F2C" w:rsidRPr="00C732B3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22/09/2023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</w:t>
            </w:r>
          </w:p>
        </w:tc>
        <w:tc>
          <w:tcPr>
            <w:tcW w:w="5618" w:type="dxa"/>
          </w:tcPr>
          <w:p w:rsidR="00DC3F2C" w:rsidRPr="000404CD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Натуральные числа и шкалы. Линии на плоскости</w:t>
            </w:r>
          </w:p>
        </w:tc>
      </w:tr>
      <w:tr w:rsidR="00DC3F2C" w:rsidRPr="00A54441" w:rsidTr="008B1FCB">
        <w:tc>
          <w:tcPr>
            <w:tcW w:w="1310" w:type="dxa"/>
          </w:tcPr>
          <w:p w:rsidR="00DC3F2C" w:rsidRPr="00C732B3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03/10/2023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№2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Сложение и вычитание натуральных чисел</w:t>
            </w:r>
          </w:p>
        </w:tc>
      </w:tr>
      <w:tr w:rsidR="00DC3F2C" w:rsidRPr="00F236E4" w:rsidTr="008B1FCB">
        <w:tc>
          <w:tcPr>
            <w:tcW w:w="1310" w:type="dxa"/>
          </w:tcPr>
          <w:p w:rsidR="00DC3F2C" w:rsidRPr="000404CD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20/10/2023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№3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Числовые и буквенные выражения</w:t>
            </w:r>
          </w:p>
        </w:tc>
      </w:tr>
      <w:tr w:rsidR="00DC3F2C" w:rsidRPr="00A54441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06/11/2023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№4</w:t>
            </w:r>
          </w:p>
        </w:tc>
        <w:tc>
          <w:tcPr>
            <w:tcW w:w="5618" w:type="dxa"/>
          </w:tcPr>
          <w:p w:rsidR="00DC3F2C" w:rsidRPr="000404CD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Умножение и деление натуральных чисел</w:t>
            </w:r>
          </w:p>
        </w:tc>
      </w:tr>
      <w:tr w:rsidR="00DC3F2C" w:rsidRPr="00A54441" w:rsidTr="008B1FCB">
        <w:tc>
          <w:tcPr>
            <w:tcW w:w="1310" w:type="dxa"/>
          </w:tcPr>
          <w:p w:rsidR="00DC3F2C" w:rsidRPr="000404CD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06/12/2023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№5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spacing w:before="100" w:after="100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Упрощение выражений. Степень. Признаки делимости</w:t>
            </w:r>
          </w:p>
        </w:tc>
      </w:tr>
      <w:tr w:rsidR="00DC3F2C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21/12/2023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№6</w:t>
            </w:r>
          </w:p>
        </w:tc>
        <w:tc>
          <w:tcPr>
            <w:tcW w:w="5618" w:type="dxa"/>
          </w:tcPr>
          <w:p w:rsidR="00DC3F2C" w:rsidRPr="006A1104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Площади и объемы. Формулы</w:t>
            </w:r>
          </w:p>
        </w:tc>
      </w:tr>
      <w:tr w:rsidR="00DC3F2C" w:rsidRPr="00A54441" w:rsidTr="008B1FCB">
        <w:tc>
          <w:tcPr>
            <w:tcW w:w="1310" w:type="dxa"/>
          </w:tcPr>
          <w:p w:rsidR="00DC3F2C" w:rsidRPr="007A0854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17/01/2024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№7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Доли и дроби. Сравнение дробей</w:t>
            </w:r>
          </w:p>
        </w:tc>
      </w:tr>
      <w:tr w:rsidR="00DC3F2C" w:rsidRPr="00A54441" w:rsidTr="008B1FCB">
        <w:tc>
          <w:tcPr>
            <w:tcW w:w="1310" w:type="dxa"/>
          </w:tcPr>
          <w:p w:rsidR="00DC3F2C" w:rsidRPr="006A1104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31/01/2024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№8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Смешанные числа. Сложение и вычитание дробей с одинаковыми знаменателями</w:t>
            </w:r>
          </w:p>
        </w:tc>
      </w:tr>
      <w:tr w:rsidR="00DC3F2C" w:rsidRPr="00A54441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16/02/2024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№9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Сокращение дробей. Сложение и вычитание дробей с разными знаменателями</w:t>
            </w:r>
          </w:p>
        </w:tc>
      </w:tr>
      <w:tr w:rsidR="00DC3F2C" w:rsidRPr="00F236E4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13/03/2024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№10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Умножение и деление дробей</w:t>
            </w:r>
          </w:p>
        </w:tc>
      </w:tr>
      <w:tr w:rsidR="00DC3F2C" w:rsidRPr="00A54441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01/04/2024</w:t>
            </w:r>
          </w:p>
        </w:tc>
        <w:tc>
          <w:tcPr>
            <w:tcW w:w="2944" w:type="dxa"/>
          </w:tcPr>
          <w:p w:rsidR="00DC3F2C" w:rsidRPr="00FD1AF2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Сложение и вычитание десятичных дробей</w:t>
            </w:r>
          </w:p>
        </w:tc>
      </w:tr>
      <w:tr w:rsidR="00DC3F2C" w:rsidRPr="00A54441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07/05/2024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B1383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Умножение и деление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 xml:space="preserve"> десятичных дробей</w:t>
            </w:r>
          </w:p>
        </w:tc>
      </w:tr>
      <w:tr w:rsidR="00DC3F2C" w:rsidRPr="00FD1AF2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22/05/2024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B1383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3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Многоугольники. Построения и измерения</w:t>
            </w:r>
          </w:p>
        </w:tc>
      </w:tr>
      <w:tr w:rsidR="00DC3F2C" w:rsidRPr="00FD1AF2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29/05/2024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B1383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4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F79E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Итоговая</w:t>
            </w:r>
          </w:p>
        </w:tc>
      </w:tr>
    </w:tbl>
    <w:p w:rsidR="00DC3F2C" w:rsidRPr="00FD1AF2" w:rsidRDefault="00DC3F2C" w:rsidP="00DC3F2C">
      <w:pPr>
        <w:spacing w:line="240" w:lineRule="auto"/>
        <w:ind w:firstLine="708"/>
        <w:contextualSpacing/>
        <w:rPr>
          <w:rFonts w:asciiTheme="majorBidi" w:hAnsiTheme="majorBidi" w:cstheme="majorBidi"/>
          <w:lang w:val="ru-RU"/>
        </w:rPr>
      </w:pPr>
    </w:p>
    <w:p w:rsidR="00DC3F2C" w:rsidRPr="00662B46" w:rsidRDefault="00DC3F2C" w:rsidP="00DC3F2C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662B46">
        <w:rPr>
          <w:rFonts w:ascii="Times New Roman" w:eastAsia="Times New Roman" w:hAnsi="Times New Roman"/>
          <w:sz w:val="24"/>
          <w:szCs w:val="24"/>
          <w:lang w:val="ru-RU" w:eastAsia="ru-RU" w:bidi="ru-RU"/>
        </w:rPr>
        <w:t>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заданий.</w:t>
      </w:r>
    </w:p>
    <w:p w:rsidR="00DC3F2C" w:rsidRPr="00D86063" w:rsidRDefault="00DC3F2C" w:rsidP="00DC3F2C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D86063">
        <w:rPr>
          <w:rFonts w:ascii="Times New Roman" w:eastAsia="Times New Roman" w:hAnsi="Times New Roman"/>
          <w:sz w:val="24"/>
          <w:szCs w:val="24"/>
          <w:lang w:val="ru-RU" w:eastAsia="ru-RU" w:bidi="ru-RU"/>
        </w:rPr>
        <w:t xml:space="preserve">Основой науки математика являются вычисления и построение логических рассуждений на базе знания закономерностей и взаимосвязей между объектами и величинами. </w:t>
      </w: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144FF4">
        <w:rPr>
          <w:rFonts w:ascii="Times New Roman" w:eastAsia="Times New Roman" w:hAnsi="Times New Roman"/>
          <w:sz w:val="24"/>
          <w:szCs w:val="24"/>
          <w:lang w:val="ru-RU" w:eastAsia="ru-RU" w:bidi="ru-RU"/>
        </w:rPr>
        <w:t>Для проверки теоретических знаний проводятся теоретические опросы/тесты, которые оцениваются с выставлением отметки «5», «4», «3», «2» или по принципу «зачет/незачет».</w:t>
      </w: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144FF4">
        <w:rPr>
          <w:rFonts w:ascii="Times New Roman" w:eastAsia="Times New Roman" w:hAnsi="Times New Roman"/>
          <w:sz w:val="24"/>
          <w:szCs w:val="24"/>
          <w:lang w:val="ru-RU" w:eastAsia="ru-RU" w:bidi="ru-RU"/>
        </w:rPr>
        <w:t xml:space="preserve">Для проверки практических и вычислительных навыков проводятся кратковременные практические (самостоятельные) работы продолжительностью не более 15-20 минут, которые также оцениваются с выставлением отметки «5», «4», «3», «2» или по принципу «зачет/незачет». </w:t>
      </w: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144FF4">
        <w:rPr>
          <w:rFonts w:ascii="Times New Roman" w:eastAsia="Times New Roman" w:hAnsi="Times New Roman"/>
          <w:sz w:val="24"/>
          <w:szCs w:val="24"/>
          <w:lang w:val="ru-RU" w:eastAsia="ru-RU" w:bidi="ru-RU"/>
        </w:rPr>
        <w:t>Проведение контрольных работ позволяет связать теоретический материал, изучаемый на уроках математики, с практическим использованием этих знаний. 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заданий.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Theme="majorBidi" w:hAnsiTheme="majorBidi" w:cstheme="majorBidi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Перечень тем для подготовки обучающихся к контрольным работам.</w:t>
      </w: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>В результате аттестации по учебному предмету «Математика» осуществляется комплексная проверка следующих умений и знаний, а также динамика формирования общих компетенций.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№1.</w:t>
      </w:r>
      <w:r w:rsidRPr="00144FF4"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  <w:t xml:space="preserve"> «</w:t>
      </w:r>
      <w:r w:rsidRPr="006A1104"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  <w:t>Натуральные числа и шкалы. Линии на плоскости</w:t>
      </w:r>
      <w:r w:rsidRPr="00144FF4"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bCs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6A1104">
        <w:rPr>
          <w:rFonts w:ascii="Times New Roman" w:hAnsi="Times New Roman"/>
          <w:sz w:val="24"/>
          <w:szCs w:val="24"/>
          <w:lang w:val="ru-RU"/>
        </w:rPr>
        <w:t>Цифры и числа</w:t>
      </w:r>
    </w:p>
    <w:p w:rsidR="00DC3F2C" w:rsidRPr="006A110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lastRenderedPageBreak/>
        <w:t>2.</w:t>
      </w:r>
      <w:r w:rsidRPr="00144FF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6A110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Отрезок и его длина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 </w:t>
      </w:r>
      <w:r>
        <w:rPr>
          <w:rFonts w:ascii="Times New Roman" w:hAnsi="Times New Roman" w:cs="Times New Roman"/>
          <w:sz w:val="24"/>
          <w:szCs w:val="24"/>
          <w:lang w:val="ru-RU"/>
        </w:rPr>
        <w:t>Натуральные числа на координатной прямой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>
        <w:rPr>
          <w:rFonts w:ascii="Times New Roman" w:hAnsi="Times New Roman" w:cs="Times New Roman"/>
          <w:sz w:val="24"/>
          <w:szCs w:val="24"/>
          <w:lang w:val="ru-RU"/>
        </w:rPr>
        <w:t>Сравнение натуральных чисел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№2.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«</w:t>
      </w:r>
      <w:r w:rsidRPr="006A1104">
        <w:rPr>
          <w:rFonts w:ascii="Times New Roman" w:hAnsi="Times New Roman" w:cs="Times New Roman"/>
          <w:b/>
          <w:bCs/>
          <w:sz w:val="24"/>
          <w:szCs w:val="24"/>
          <w:lang w:val="ru-RU"/>
        </w:rPr>
        <w:t>Сложение и вычитание натуральных чисел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>1.</w:t>
      </w:r>
      <w:r w:rsidRPr="00144FF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183043">
        <w:rPr>
          <w:rFonts w:ascii="Times New Roman" w:hAnsi="Times New Roman" w:cs="Times New Roman"/>
          <w:sz w:val="24"/>
          <w:szCs w:val="24"/>
          <w:lang w:val="ru-RU"/>
        </w:rPr>
        <w:t>Действие сложения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183043">
        <w:rPr>
          <w:rFonts w:ascii="Times New Roman" w:hAnsi="Times New Roman" w:cs="Times New Roman"/>
          <w:sz w:val="24"/>
          <w:szCs w:val="24"/>
          <w:lang w:val="ru-RU"/>
        </w:rPr>
        <w:t>Действие вычитания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3. </w:t>
      </w:r>
      <w:r>
        <w:rPr>
          <w:rFonts w:ascii="Times New Roman" w:hAnsi="Times New Roman"/>
          <w:sz w:val="24"/>
          <w:szCs w:val="24"/>
          <w:lang w:val="ru-RU"/>
        </w:rPr>
        <w:t>Свойства сложения и вычитания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№3.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183043">
        <w:rPr>
          <w:rFonts w:ascii="Times New Roman" w:hAnsi="Times New Roman" w:cs="Times New Roman"/>
          <w:b/>
          <w:bCs/>
          <w:sz w:val="24"/>
          <w:szCs w:val="24"/>
          <w:lang w:val="ru-RU"/>
        </w:rPr>
        <w:t>Числовые и буквенные выражения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183043">
        <w:rPr>
          <w:rFonts w:ascii="Times New Roman" w:hAnsi="Times New Roman"/>
          <w:sz w:val="24"/>
          <w:szCs w:val="24"/>
          <w:lang w:val="ru-RU"/>
        </w:rPr>
        <w:t>Числовые и буквенные выражения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183043">
        <w:rPr>
          <w:rFonts w:ascii="Times New Roman" w:hAnsi="Times New Roman"/>
          <w:sz w:val="24"/>
          <w:szCs w:val="24"/>
          <w:lang w:val="ru-RU"/>
        </w:rPr>
        <w:t>Уравнения</w:t>
      </w:r>
    </w:p>
    <w:p w:rsidR="00DC3F2C" w:rsidRPr="00183043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№4.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«</w:t>
      </w:r>
      <w:r w:rsidRPr="00141CB1">
        <w:rPr>
          <w:rFonts w:ascii="Times New Roman" w:hAnsi="Times New Roman" w:cs="Times New Roman"/>
          <w:b/>
          <w:bCs/>
          <w:sz w:val="24"/>
          <w:szCs w:val="24"/>
          <w:lang w:val="ru-RU"/>
        </w:rPr>
        <w:t>Умножение и деление натуральных чисел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ED3207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141CB1">
        <w:rPr>
          <w:rFonts w:ascii="Times New Roman" w:hAnsi="Times New Roman" w:cs="Times New Roman"/>
          <w:sz w:val="24"/>
          <w:szCs w:val="24"/>
          <w:lang w:val="ru-RU"/>
        </w:rPr>
        <w:t>Действие умножения. Свойства умножения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141CB1">
        <w:rPr>
          <w:rFonts w:ascii="Times New Roman" w:hAnsi="Times New Roman" w:cs="Times New Roman"/>
          <w:sz w:val="24"/>
          <w:szCs w:val="24"/>
          <w:lang w:val="ru-RU"/>
        </w:rPr>
        <w:t xml:space="preserve">Действие деления. Свойства деления 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</w:t>
      </w:r>
      <w:r w:rsidRPr="00144FF4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141CB1">
        <w:rPr>
          <w:rFonts w:ascii="Times New Roman" w:hAnsi="Times New Roman" w:cs="Times New Roman"/>
          <w:sz w:val="24"/>
          <w:szCs w:val="24"/>
          <w:lang w:val="ru-RU"/>
        </w:rPr>
        <w:t>Деление с остатком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№5.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141CB1">
        <w:rPr>
          <w:rFonts w:ascii="Times New Roman" w:hAnsi="Times New Roman" w:cs="Times New Roman"/>
          <w:b/>
          <w:bCs/>
          <w:sz w:val="24"/>
          <w:szCs w:val="24"/>
          <w:lang w:val="ru-RU"/>
        </w:rPr>
        <w:t>Упрощение выражений. Степень. Признаки делимости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141CB1">
        <w:rPr>
          <w:rFonts w:ascii="Times New Roman" w:hAnsi="Times New Roman"/>
          <w:sz w:val="24"/>
          <w:szCs w:val="24"/>
          <w:lang w:val="ru-RU"/>
        </w:rPr>
        <w:t>Упрощение выражений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141CB1">
        <w:rPr>
          <w:rFonts w:ascii="Times New Roman" w:hAnsi="Times New Roman"/>
          <w:sz w:val="24"/>
          <w:szCs w:val="24"/>
          <w:lang w:val="ru-RU"/>
        </w:rPr>
        <w:t>Порядок действий в вычислениях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</w:t>
      </w:r>
      <w:r w:rsidRPr="00144FF4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141CB1">
        <w:rPr>
          <w:rFonts w:ascii="Times New Roman" w:hAnsi="Times New Roman"/>
          <w:sz w:val="24"/>
          <w:szCs w:val="24"/>
          <w:lang w:val="ru-RU"/>
        </w:rPr>
        <w:t>Степень с натуральным показателем</w:t>
      </w:r>
      <w:r w:rsidRPr="00144FF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 w:rsidRPr="00141CB1">
        <w:rPr>
          <w:rFonts w:ascii="Times New Roman" w:hAnsi="Times New Roman"/>
          <w:sz w:val="24"/>
          <w:szCs w:val="24"/>
          <w:lang w:val="ru-RU"/>
        </w:rPr>
        <w:t>Делители и кратные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5. </w:t>
      </w:r>
      <w:r w:rsidRPr="00141CB1">
        <w:rPr>
          <w:rFonts w:ascii="Times New Roman" w:hAnsi="Times New Roman"/>
          <w:sz w:val="24"/>
          <w:szCs w:val="24"/>
          <w:lang w:val="ru-RU"/>
        </w:rPr>
        <w:t>Свойства и признаки делимости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6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BF7011">
        <w:rPr>
          <w:rFonts w:ascii="Times New Roman" w:hAnsi="Times New Roman" w:cs="Times New Roman"/>
          <w:b/>
          <w:bCs/>
          <w:sz w:val="24"/>
          <w:szCs w:val="24"/>
          <w:lang w:val="ru-RU"/>
        </w:rPr>
        <w:t>Площади и объемы. Формулы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BF7011">
        <w:rPr>
          <w:rFonts w:ascii="Times New Roman" w:hAnsi="Times New Roman"/>
          <w:sz w:val="24"/>
          <w:szCs w:val="24"/>
          <w:lang w:val="ru-RU"/>
        </w:rPr>
        <w:t>Формулы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BF7011">
        <w:rPr>
          <w:rFonts w:ascii="Times New Roman" w:hAnsi="Times New Roman"/>
          <w:sz w:val="24"/>
          <w:szCs w:val="24"/>
          <w:lang w:val="ru-RU"/>
        </w:rPr>
        <w:t>Площадь. Формула площади прямоугольника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</w:t>
      </w:r>
      <w:r w:rsidRPr="00144FF4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BF7011">
        <w:rPr>
          <w:rFonts w:ascii="Times New Roman" w:hAnsi="Times New Roman"/>
          <w:sz w:val="24"/>
          <w:szCs w:val="24"/>
          <w:lang w:val="ru-RU"/>
        </w:rPr>
        <w:t>Единицы измерения площадей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 w:rsidRPr="00BF7011">
        <w:rPr>
          <w:rFonts w:ascii="Times New Roman" w:hAnsi="Times New Roman"/>
          <w:sz w:val="24"/>
          <w:szCs w:val="24"/>
          <w:lang w:val="ru-RU"/>
        </w:rPr>
        <w:t>Объёмы. Объём прямоугольного параллелепипеда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7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BF7011">
        <w:rPr>
          <w:rFonts w:ascii="Times New Roman" w:hAnsi="Times New Roman" w:cs="Times New Roman"/>
          <w:b/>
          <w:bCs/>
          <w:sz w:val="24"/>
          <w:szCs w:val="24"/>
          <w:lang w:val="ru-RU"/>
        </w:rPr>
        <w:t>Доли и дроби. Сравнение дробей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BF7011">
        <w:rPr>
          <w:rFonts w:ascii="Times New Roman" w:hAnsi="Times New Roman"/>
          <w:sz w:val="24"/>
          <w:szCs w:val="24"/>
          <w:lang w:val="ru-RU"/>
        </w:rPr>
        <w:t>Доли и дроби. Изображение дробей на координатной прямой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BF7011">
        <w:rPr>
          <w:rFonts w:ascii="Times New Roman" w:hAnsi="Times New Roman"/>
          <w:sz w:val="24"/>
          <w:szCs w:val="24"/>
          <w:lang w:val="ru-RU"/>
        </w:rPr>
        <w:t>Сравнение дробей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8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AC131C">
        <w:rPr>
          <w:rFonts w:ascii="Times New Roman" w:hAnsi="Times New Roman" w:cs="Times New Roman"/>
          <w:b/>
          <w:bCs/>
          <w:sz w:val="24"/>
          <w:szCs w:val="24"/>
          <w:lang w:val="ru-RU"/>
        </w:rPr>
        <w:t>Смешанные числа. Сложение и вычитание дробей с одинаковыми знаменателями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AC131C">
        <w:rPr>
          <w:rFonts w:ascii="Times New Roman" w:hAnsi="Times New Roman"/>
          <w:sz w:val="24"/>
          <w:szCs w:val="24"/>
          <w:lang w:val="ru-RU"/>
        </w:rPr>
        <w:t>Основное свойство дроби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AC131C">
        <w:rPr>
          <w:rFonts w:ascii="Times New Roman" w:hAnsi="Times New Roman"/>
          <w:sz w:val="24"/>
          <w:szCs w:val="24"/>
          <w:lang w:val="ru-RU"/>
        </w:rPr>
        <w:t>Сокращение дробей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 </w:t>
      </w:r>
      <w:r w:rsidRPr="00AC131C">
        <w:rPr>
          <w:rFonts w:ascii="Times New Roman" w:hAnsi="Times New Roman"/>
          <w:sz w:val="24"/>
          <w:szCs w:val="24"/>
          <w:lang w:val="ru-RU"/>
        </w:rPr>
        <w:t>Приведение дробей к общему знаменателю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 w:rsidRPr="00AC131C">
        <w:rPr>
          <w:rFonts w:ascii="Times New Roman" w:hAnsi="Times New Roman"/>
          <w:sz w:val="24"/>
          <w:szCs w:val="24"/>
          <w:lang w:val="ru-RU"/>
        </w:rPr>
        <w:t>Сравнение, сложение и вычитание дробей с разными знаменателями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lastRenderedPageBreak/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9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AC131C">
        <w:rPr>
          <w:rFonts w:ascii="Times New Roman" w:hAnsi="Times New Roman" w:cs="Times New Roman"/>
          <w:b/>
          <w:bCs/>
          <w:sz w:val="24"/>
          <w:szCs w:val="24"/>
          <w:lang w:val="ru-RU"/>
        </w:rPr>
        <w:t>Сокращение дробей. Сложение и вычитание дробей с разными знаменателями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AC131C">
        <w:rPr>
          <w:rFonts w:ascii="Times New Roman" w:hAnsi="Times New Roman"/>
          <w:sz w:val="24"/>
          <w:szCs w:val="24"/>
          <w:lang w:val="ru-RU"/>
        </w:rPr>
        <w:t>Сложение и вычитание дробей с одинаковыми знаменателями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AC131C">
        <w:rPr>
          <w:rFonts w:ascii="Times New Roman" w:hAnsi="Times New Roman"/>
          <w:sz w:val="24"/>
          <w:szCs w:val="24"/>
          <w:lang w:val="ru-RU"/>
        </w:rPr>
        <w:t>Смешанные числа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 </w:t>
      </w:r>
      <w:r w:rsidRPr="00AC131C">
        <w:rPr>
          <w:rFonts w:ascii="Times New Roman" w:hAnsi="Times New Roman"/>
          <w:sz w:val="24"/>
          <w:szCs w:val="24"/>
          <w:lang w:val="ru-RU"/>
        </w:rPr>
        <w:t>Сложение и вычитание смешанных чисел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10.</w:t>
      </w:r>
      <w:r w:rsidRPr="007315A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«</w:t>
      </w:r>
      <w:r w:rsidRPr="00553ED7">
        <w:rPr>
          <w:rFonts w:ascii="Times New Roman" w:hAnsi="Times New Roman" w:cs="Times New Roman"/>
          <w:b/>
          <w:bCs/>
          <w:sz w:val="24"/>
          <w:szCs w:val="24"/>
          <w:lang w:val="ru-RU"/>
        </w:rPr>
        <w:t>Умножение и деление дробей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553ED7">
        <w:rPr>
          <w:rFonts w:ascii="Times New Roman" w:hAnsi="Times New Roman"/>
          <w:sz w:val="24"/>
          <w:szCs w:val="24"/>
          <w:lang w:val="ru-RU"/>
        </w:rPr>
        <w:t>Умножения дробей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553ED7">
        <w:rPr>
          <w:rFonts w:ascii="Times New Roman" w:hAnsi="Times New Roman"/>
          <w:sz w:val="24"/>
          <w:szCs w:val="24"/>
          <w:lang w:val="ru-RU"/>
        </w:rPr>
        <w:t>Нахождение части целого</w:t>
      </w:r>
    </w:p>
    <w:p w:rsidR="00DC3F2C" w:rsidRPr="00BA32B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3. </w:t>
      </w:r>
      <w:r w:rsidRPr="00553ED7">
        <w:rPr>
          <w:rFonts w:ascii="Times New Roman" w:hAnsi="Times New Roman" w:cs="Times New Roman"/>
          <w:sz w:val="24"/>
          <w:szCs w:val="24"/>
          <w:lang w:val="ru-RU"/>
        </w:rPr>
        <w:t>Деление дробей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4. </w:t>
      </w:r>
      <w:r w:rsidRPr="00553ED7">
        <w:rPr>
          <w:rFonts w:ascii="Times New Roman" w:hAnsi="Times New Roman" w:cs="Times New Roman"/>
          <w:sz w:val="24"/>
          <w:szCs w:val="24"/>
          <w:lang w:val="ru-RU"/>
        </w:rPr>
        <w:t>Нахождение целого по его части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11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553ED7">
        <w:rPr>
          <w:rFonts w:ascii="Times New Roman" w:hAnsi="Times New Roman" w:cs="Times New Roman"/>
          <w:b/>
          <w:bCs/>
          <w:sz w:val="24"/>
          <w:szCs w:val="24"/>
          <w:lang w:val="ru-RU"/>
        </w:rPr>
        <w:t>Сложение и вычитание десятичных дробей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553ED7">
        <w:rPr>
          <w:rFonts w:ascii="Times New Roman" w:hAnsi="Times New Roman" w:cs="Times New Roman"/>
          <w:sz w:val="24"/>
          <w:szCs w:val="24"/>
          <w:lang w:val="ru-RU"/>
        </w:rPr>
        <w:t>Десятичная запись дробей</w:t>
      </w:r>
    </w:p>
    <w:p w:rsidR="00DC3F2C" w:rsidRPr="00553ED7" w:rsidRDefault="00DC3F2C" w:rsidP="00DC3F2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553ED7">
        <w:rPr>
          <w:rFonts w:ascii="Times New Roman" w:hAnsi="Times New Roman" w:cs="Times New Roman"/>
          <w:sz w:val="24"/>
          <w:szCs w:val="24"/>
          <w:lang w:val="ru-RU"/>
        </w:rPr>
        <w:t>Сравнение десятичных дробей</w:t>
      </w:r>
    </w:p>
    <w:p w:rsidR="00DC3F2C" w:rsidRPr="00B16255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553ED7">
        <w:rPr>
          <w:rFonts w:ascii="Times New Roman" w:hAnsi="Times New Roman" w:cs="Times New Roman"/>
          <w:sz w:val="24"/>
          <w:szCs w:val="24"/>
          <w:lang w:val="ru-RU"/>
        </w:rPr>
        <w:t>Сложение и вычитание десятичных дробей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</w:t>
      </w:r>
      <w:r w:rsidRPr="00144FF4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553ED7">
        <w:rPr>
          <w:rFonts w:ascii="Times New Roman" w:hAnsi="Times New Roman" w:cs="Times New Roman"/>
          <w:sz w:val="24"/>
          <w:szCs w:val="24"/>
          <w:lang w:val="ru-RU"/>
        </w:rPr>
        <w:t>Округление чисел. Прикидка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12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DA7C83">
        <w:rPr>
          <w:rFonts w:ascii="Times New Roman" w:hAnsi="Times New Roman"/>
          <w:b/>
          <w:sz w:val="24"/>
          <w:szCs w:val="24"/>
          <w:lang w:val="ru-RU"/>
        </w:rPr>
        <w:t>Умножение и деление десятичных дробей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DA7C83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DA7C83">
        <w:rPr>
          <w:rFonts w:ascii="Times New Roman" w:hAnsi="Times New Roman"/>
          <w:sz w:val="24"/>
          <w:szCs w:val="24"/>
          <w:lang w:val="ru-RU"/>
        </w:rPr>
        <w:t>Умножение десятичной дроби на натуральное число</w:t>
      </w:r>
    </w:p>
    <w:p w:rsidR="00DC3F2C" w:rsidRPr="00DA7C83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DA7C83">
        <w:rPr>
          <w:rFonts w:ascii="Times New Roman" w:hAnsi="Times New Roman"/>
          <w:sz w:val="24"/>
          <w:szCs w:val="24"/>
          <w:lang w:val="ru-RU"/>
        </w:rPr>
        <w:t>Деление десятичной дроби на натуральное число</w:t>
      </w:r>
    </w:p>
    <w:p w:rsidR="00DC3F2C" w:rsidRPr="00DA7C83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 </w:t>
      </w:r>
      <w:r w:rsidRPr="00DA7C83">
        <w:rPr>
          <w:rFonts w:ascii="Times New Roman" w:hAnsi="Times New Roman"/>
          <w:sz w:val="24"/>
          <w:szCs w:val="24"/>
          <w:lang w:val="ru-RU"/>
        </w:rPr>
        <w:t>Умножение на десятичную дробь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 w:rsidRPr="00DA7C83">
        <w:rPr>
          <w:rFonts w:ascii="Times New Roman" w:hAnsi="Times New Roman"/>
          <w:sz w:val="24"/>
          <w:szCs w:val="24"/>
          <w:lang w:val="ru-RU"/>
        </w:rPr>
        <w:t>Деление на десятичную дробь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13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«</w:t>
      </w:r>
      <w:r w:rsidRPr="00992DDF">
        <w:rPr>
          <w:rFonts w:ascii="Times New Roman" w:hAnsi="Times New Roman" w:cs="Times New Roman"/>
          <w:b/>
          <w:bCs/>
          <w:sz w:val="24"/>
          <w:szCs w:val="24"/>
          <w:lang w:val="ru-RU"/>
        </w:rPr>
        <w:t>Многоугольники. Построения и измерения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992DDF">
        <w:rPr>
          <w:rFonts w:ascii="Times New Roman" w:hAnsi="Times New Roman"/>
          <w:sz w:val="24"/>
          <w:szCs w:val="24"/>
          <w:lang w:val="ru-RU"/>
        </w:rPr>
        <w:t>Виды углов. Чертёжный треугольник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992DDF">
        <w:rPr>
          <w:rFonts w:ascii="Times New Roman" w:hAnsi="Times New Roman"/>
          <w:sz w:val="24"/>
          <w:szCs w:val="24"/>
          <w:lang w:val="ru-RU"/>
        </w:rPr>
        <w:t>Измерение углов. Транспортир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3. </w:t>
      </w:r>
      <w:r w:rsidRPr="00992DDF">
        <w:rPr>
          <w:rFonts w:ascii="Times New Roman" w:hAnsi="Times New Roman"/>
          <w:sz w:val="24"/>
          <w:szCs w:val="24"/>
          <w:lang w:val="ru-RU"/>
        </w:rPr>
        <w:t>Плоскость, прямая, луч, угол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992DDF">
        <w:rPr>
          <w:rFonts w:ascii="Times New Roman" w:hAnsi="Times New Roman" w:cs="Times New Roman"/>
          <w:sz w:val="24"/>
          <w:szCs w:val="24"/>
          <w:lang w:val="ru-RU"/>
        </w:rPr>
        <w:t>Ломаная. Многоугольник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Pr="00C55DFA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№1</w:t>
      </w:r>
      <w:r>
        <w:rPr>
          <w:rFonts w:ascii="Times New Roman" w:hAnsi="Times New Roman"/>
          <w:b/>
          <w:sz w:val="24"/>
          <w:szCs w:val="24"/>
          <w:lang w:val="ru-RU"/>
        </w:rPr>
        <w:t>4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C55DFA">
        <w:rPr>
          <w:rFonts w:ascii="Times New Roman" w:hAnsi="Times New Roman"/>
          <w:b/>
          <w:sz w:val="24"/>
          <w:szCs w:val="24"/>
          <w:lang w:val="ru-RU"/>
        </w:rPr>
        <w:t>Итоговая контрольная работа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повторения: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>
        <w:rPr>
          <w:rFonts w:ascii="Times New Roman" w:hAnsi="Times New Roman"/>
          <w:sz w:val="24"/>
          <w:szCs w:val="24"/>
          <w:lang w:val="ru-RU"/>
        </w:rPr>
        <w:t>Вычисления. Порядок действий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</w:t>
      </w:r>
      <w:r w:rsidRPr="00144FF4">
        <w:rPr>
          <w:rFonts w:ascii="Times New Roman" w:hAnsi="Times New Roman"/>
          <w:sz w:val="24"/>
          <w:szCs w:val="24"/>
          <w:lang w:val="ru-RU"/>
        </w:rPr>
        <w:t>. Решение уравнений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</w:t>
      </w:r>
      <w:r w:rsidRPr="00144FF4">
        <w:rPr>
          <w:rFonts w:ascii="Times New Roman" w:hAnsi="Times New Roman"/>
          <w:sz w:val="24"/>
          <w:szCs w:val="24"/>
          <w:lang w:val="ru-RU"/>
        </w:rPr>
        <w:t>. Решение задач на движение с использованием десятичных дробей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</w:t>
      </w:r>
      <w:r w:rsidRPr="00144FF4">
        <w:rPr>
          <w:rFonts w:ascii="Times New Roman" w:hAnsi="Times New Roman"/>
          <w:sz w:val="24"/>
          <w:szCs w:val="24"/>
          <w:lang w:val="ru-RU"/>
        </w:rPr>
        <w:t>. Объём параллелепипеда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>Система оценки достижений - один из инструментов реализации требований стандарта. Контроль знаний, проводимый в процессе обучения, призван соотнести достижения обучающегося с планируемыми результатами, заложенными в образовательную программу.</w:t>
      </w:r>
    </w:p>
    <w:tbl>
      <w:tblPr>
        <w:tblStyle w:val="af"/>
        <w:tblW w:w="0" w:type="auto"/>
        <w:tblLook w:val="04A0"/>
      </w:tblPr>
      <w:tblGrid>
        <w:gridCol w:w="1129"/>
        <w:gridCol w:w="8492"/>
      </w:tblGrid>
      <w:tr w:rsidR="00DC3F2C" w:rsidRPr="004E18EC" w:rsidTr="008B1FCB">
        <w:tc>
          <w:tcPr>
            <w:tcW w:w="1129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492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оценки результатов</w:t>
            </w:r>
          </w:p>
        </w:tc>
      </w:tr>
      <w:tr w:rsidR="00DC3F2C" w:rsidRPr="00A54441" w:rsidTr="008B1FCB">
        <w:tc>
          <w:tcPr>
            <w:tcW w:w="1129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8492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работа выполнена полностью; в логических рассуждениях и обосновании решения нет пробелов и ошибок; 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      </w:r>
          </w:p>
        </w:tc>
      </w:tr>
      <w:tr w:rsidR="00DC3F2C" w:rsidRPr="00A54441" w:rsidTr="008B1FCB">
        <w:tc>
          <w:tcPr>
            <w:tcW w:w="1129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«4»</w:t>
            </w:r>
          </w:p>
        </w:tc>
        <w:tc>
          <w:tcPr>
            <w:tcW w:w="8492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 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</w:t>
            </w:r>
          </w:p>
        </w:tc>
      </w:tr>
      <w:tr w:rsidR="00DC3F2C" w:rsidRPr="00A54441" w:rsidTr="008B1FCB">
        <w:tc>
          <w:tcPr>
            <w:tcW w:w="1129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8492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допущено более одной ошибки или более двух – трех недочетов в выкладках, чертежах или графиках, но учащийся обладает обязательными умениями по проверяемой теме.</w:t>
            </w:r>
          </w:p>
        </w:tc>
      </w:tr>
      <w:tr w:rsidR="00DC3F2C" w:rsidRPr="00A54441" w:rsidTr="008B1FCB">
        <w:tc>
          <w:tcPr>
            <w:tcW w:w="1129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8492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допущены существенные ошибки, показавшие, что учащийся не обладает обязательными умениями по данной теме в полной мере; полное незнание изученного материала, отсутствия элементарных умений и навыков.</w:t>
            </w:r>
          </w:p>
        </w:tc>
      </w:tr>
    </w:tbl>
    <w:p w:rsidR="00DC3F2C" w:rsidRPr="00144FF4" w:rsidRDefault="00DC3F2C" w:rsidP="00DC3F2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DC3F2C" w:rsidRDefault="00DC3F2C" w:rsidP="00DC3F2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4FF4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Оценка за контроль ключевых компетенций обучающихся производится по пятибалльной системе. </w:t>
      </w:r>
      <w:r w:rsidRPr="00CB21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выполнении заданий ставится отметка, учитывая процент выполненных заданий:</w:t>
      </w:r>
    </w:p>
    <w:p w:rsidR="00DC3F2C" w:rsidRPr="00CB217F" w:rsidRDefault="00DC3F2C" w:rsidP="00DC3F2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0" w:type="auto"/>
        <w:tblLook w:val="04A0"/>
      </w:tblPr>
      <w:tblGrid>
        <w:gridCol w:w="1205"/>
        <w:gridCol w:w="3043"/>
        <w:gridCol w:w="5373"/>
      </w:tblGrid>
      <w:tr w:rsidR="00DC3F2C" w:rsidRPr="00A54441" w:rsidTr="008B1FCB">
        <w:tc>
          <w:tcPr>
            <w:tcW w:w="1205" w:type="dxa"/>
          </w:tcPr>
          <w:p w:rsidR="00DC3F2C" w:rsidRPr="00CB217F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B217F">
              <w:rPr>
                <w:rFonts w:ascii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416" w:type="dxa"/>
            <w:gridSpan w:val="2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Критерии оценки результатов работ, состоящих из заданий обязательного уровня и дополнительных заданий</w:t>
            </w:r>
          </w:p>
        </w:tc>
      </w:tr>
      <w:tr w:rsidR="00DC3F2C" w:rsidRPr="00A54441" w:rsidTr="008B1FCB">
        <w:tc>
          <w:tcPr>
            <w:tcW w:w="1205" w:type="dxa"/>
          </w:tcPr>
          <w:p w:rsidR="00DC3F2C" w:rsidRPr="00CB217F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217F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3043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не менее 85% от всей работы</w:t>
            </w:r>
          </w:p>
        </w:tc>
        <w:tc>
          <w:tcPr>
            <w:tcW w:w="5373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выставляется за ответ, в котором обучающийся демонстрирует глубокое понимание сущности материала, логично его излагает, используя в деятельности</w:t>
            </w:r>
          </w:p>
        </w:tc>
      </w:tr>
      <w:tr w:rsidR="00DC3F2C" w:rsidRPr="00A54441" w:rsidTr="008B1FCB">
        <w:tc>
          <w:tcPr>
            <w:tcW w:w="1205" w:type="dxa"/>
          </w:tcPr>
          <w:p w:rsidR="00DC3F2C" w:rsidRPr="00CB217F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217F">
              <w:rPr>
                <w:rFonts w:ascii="Times New Roman" w:hAnsi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043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от 70% до 84% от всей работы</w:t>
            </w:r>
          </w:p>
        </w:tc>
        <w:tc>
          <w:tcPr>
            <w:tcW w:w="5373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ставится за ответ, в котором содержатся небольшие неточности и незначительные ошибки</w:t>
            </w:r>
          </w:p>
        </w:tc>
      </w:tr>
      <w:tr w:rsidR="00DC3F2C" w:rsidRPr="00A54441" w:rsidTr="008B1FCB">
        <w:tc>
          <w:tcPr>
            <w:tcW w:w="1205" w:type="dxa"/>
          </w:tcPr>
          <w:p w:rsidR="00DC3F2C" w:rsidRPr="00CB217F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217F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043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от 50% до 69% от всей работы, или все задания обязательного уровня</w:t>
            </w:r>
          </w:p>
        </w:tc>
        <w:tc>
          <w:tcPr>
            <w:tcW w:w="5373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получают за ответ, в котором отсутствует логическая последовательность, имеются пробелы в знании материала, нет должной аргументации и умения использовать знания на практике</w:t>
            </w:r>
          </w:p>
        </w:tc>
      </w:tr>
      <w:tr w:rsidR="00DC3F2C" w:rsidRPr="00A54441" w:rsidTr="008B1FCB">
        <w:tc>
          <w:tcPr>
            <w:tcW w:w="1205" w:type="dxa"/>
          </w:tcPr>
          <w:p w:rsidR="00DC3F2C" w:rsidRPr="00CB217F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217F">
              <w:rPr>
                <w:rFonts w:ascii="Times New Roman" w:hAnsi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3043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выполнение заданий менее 50% от общей работы</w:t>
            </w:r>
          </w:p>
        </w:tc>
        <w:tc>
          <w:tcPr>
            <w:tcW w:w="5373" w:type="dxa"/>
          </w:tcPr>
          <w:p w:rsidR="00DC3F2C" w:rsidRPr="00144FF4" w:rsidRDefault="00DC3F2C" w:rsidP="008B1FCB">
            <w:pPr>
              <w:keepNext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выставляется за непонимание и незнание материала программы</w:t>
            </w:r>
          </w:p>
        </w:tc>
      </w:tr>
    </w:tbl>
    <w:p w:rsidR="00DC3F2C" w:rsidRPr="00144FF4" w:rsidRDefault="00DC3F2C" w:rsidP="00DC3F2C">
      <w:pPr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DC3F2C" w:rsidRDefault="00DC3F2C" w:rsidP="00DC3F2C">
      <w:pPr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E18EC">
        <w:rPr>
          <w:rFonts w:ascii="Times New Roman" w:hAnsi="Times New Roman"/>
          <w:b/>
          <w:color w:val="000000"/>
          <w:sz w:val="24"/>
          <w:szCs w:val="24"/>
        </w:rPr>
        <w:t>Общая классификация ошибок.</w:t>
      </w:r>
    </w:p>
    <w:p w:rsidR="00DC3F2C" w:rsidRPr="004E18EC" w:rsidRDefault="00DC3F2C" w:rsidP="00DC3F2C">
      <w:pPr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1413"/>
        <w:gridCol w:w="8208"/>
      </w:tblGrid>
      <w:tr w:rsidR="00DC3F2C" w:rsidRPr="004E18EC" w:rsidTr="008B1FCB">
        <w:tc>
          <w:tcPr>
            <w:tcW w:w="1413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iCs/>
                <w:sz w:val="24"/>
                <w:szCs w:val="24"/>
              </w:rPr>
              <w:t>Виды ошибок</w:t>
            </w:r>
          </w:p>
        </w:tc>
        <w:tc>
          <w:tcPr>
            <w:tcW w:w="8208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iCs/>
                <w:sz w:val="24"/>
                <w:szCs w:val="24"/>
              </w:rPr>
              <w:t>Критерии ошибок</w:t>
            </w:r>
          </w:p>
        </w:tc>
      </w:tr>
      <w:tr w:rsidR="00DC3F2C" w:rsidRPr="00A54441" w:rsidTr="008B1FCB">
        <w:tc>
          <w:tcPr>
            <w:tcW w:w="1413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8EC">
              <w:rPr>
                <w:rFonts w:ascii="Times New Roman" w:hAnsi="Times New Roman"/>
                <w:sz w:val="24"/>
                <w:szCs w:val="24"/>
              </w:rPr>
              <w:t>Грубые ошибки</w:t>
            </w:r>
          </w:p>
        </w:tc>
        <w:tc>
          <w:tcPr>
            <w:tcW w:w="8208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незнание наименований единиц измерения;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выделить в ответе главное;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применять знания, алгоритмы для решения задач;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делать выводы и обобщения;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пользоваться первоисточниками, учебником и справочниками;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вычислительные ошибки, если они не являются опиской;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логические ошибки;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вычислительные ошибки в примерах и задачах;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ошибки на незнание порядка выполнения арифметических действий;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решение задачи (пропуск действий, неправильный выбор действий, лишнее действие);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недоведение до конца решения задачи или примера;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невыполненное задание;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неправильный выбор порядка выполнения действий в выражении;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пропуск нуля в частном при делении натуральных </w:t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lastRenderedPageBreak/>
              <w:t xml:space="preserve">чисел или десятичных дробей;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неправильный выбор действий при решении текстовых задач;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измерение или построение угла с помощью транспортира, связанное с отсутствием умения выбирать нужную шкалу.</w:t>
            </w:r>
          </w:p>
        </w:tc>
      </w:tr>
      <w:tr w:rsidR="00DC3F2C" w:rsidRPr="00A54441" w:rsidTr="008B1FCB">
        <w:tc>
          <w:tcPr>
            <w:tcW w:w="1413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8EC">
              <w:rPr>
                <w:rFonts w:ascii="Times New Roman" w:hAnsi="Times New Roman"/>
                <w:sz w:val="24"/>
                <w:szCs w:val="24"/>
              </w:rPr>
              <w:lastRenderedPageBreak/>
              <w:t>Негрубая ошибка</w:t>
            </w:r>
          </w:p>
        </w:tc>
        <w:tc>
          <w:tcPr>
            <w:tcW w:w="8208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второстепенными;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нерациональный метод решения задачи или недостаточно продуманный план ответа (нарушение логики, подмена отдельных основных вопросов второстепенными);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решать задачи, выполнять задания в общем виде;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неправильная постановка вопроса к действию при решении задачи;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неверно сформулированный ответ задачи;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списывание данных чисел, знаков;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недоведение до конца преобразований.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неправильная ссылка на сочетательный и распределительный законы при вычислениях;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использование в отдельных случаях наименований, например, обозначение единиц длины для единиц площади и объема;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сохранение в окончательном результате при вычислениях или преобразованиях выражений неправильной дроби.</w:t>
            </w:r>
          </w:p>
        </w:tc>
      </w:tr>
      <w:tr w:rsidR="00DC3F2C" w:rsidRPr="00A54441" w:rsidTr="008B1FCB">
        <w:tc>
          <w:tcPr>
            <w:tcW w:w="1413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8EC">
              <w:rPr>
                <w:rFonts w:ascii="Times New Roman" w:hAnsi="Times New Roman"/>
                <w:sz w:val="24"/>
                <w:szCs w:val="24"/>
              </w:rPr>
              <w:t xml:space="preserve">Недочет </w:t>
            </w:r>
          </w:p>
        </w:tc>
        <w:tc>
          <w:tcPr>
            <w:tcW w:w="8208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нерациональные приемы вычислений и преобразований; небрежное выполнение записей, чертежей, схем, графиков.</w:t>
            </w:r>
          </w:p>
        </w:tc>
      </w:tr>
    </w:tbl>
    <w:p w:rsidR="00DC3F2C" w:rsidRPr="00144FF4" w:rsidRDefault="00DC3F2C" w:rsidP="00DC3F2C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Default="00DC3F2C" w:rsidP="00DC3F2C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Ниже в приложении предлагаются примерные варианты контрольных работ, используемые при обучении данного класса. </w:t>
      </w:r>
    </w:p>
    <w:p w:rsidR="00DC3F2C" w:rsidRDefault="00DC3F2C" w:rsidP="00DC3F2C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Default="00DC3F2C" w:rsidP="00DC3F2C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Default="00DC3F2C" w:rsidP="00DC3F2C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Default="00DC3F2C" w:rsidP="00DC3F2C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 w:type="page"/>
      </w:r>
    </w:p>
    <w:p w:rsidR="00DC3F2C" w:rsidRDefault="00DC3F2C" w:rsidP="00DC3F2C">
      <w:pPr>
        <w:rPr>
          <w:rFonts w:ascii="Times New Roman" w:hAnsi="Times New Roman"/>
          <w:sz w:val="24"/>
          <w:szCs w:val="24"/>
          <w:lang w:val="ru-RU"/>
        </w:rPr>
      </w:pPr>
      <w:r w:rsidRPr="005F725E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20130" cy="3867785"/>
            <wp:effectExtent l="0" t="0" r="0" b="0"/>
            <wp:docPr id="1705336197" name="Рисунок 1705336197" descr="Изображение выглядит как текст, меню, бумага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336197" name="Рисунок 1705336197" descr="Изображение выглядит как текст, меню, бумага, книга&#10;&#10;Автоматически созданное описание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2C" w:rsidRDefault="00DC3F2C" w:rsidP="00DC3F2C">
      <w:pPr>
        <w:rPr>
          <w:rFonts w:ascii="Times New Roman" w:hAnsi="Times New Roman"/>
          <w:sz w:val="24"/>
          <w:szCs w:val="24"/>
          <w:lang w:val="ru-RU"/>
        </w:rPr>
      </w:pPr>
      <w:r w:rsidRPr="005F725E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0130" cy="3762375"/>
            <wp:effectExtent l="0" t="0" r="0" b="0"/>
            <wp:docPr id="1209891073" name="Рисунок 1209891073" descr="Изображение выглядит как текст, меню, Шрифт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891073" name="Рисунок 1209891073" descr="Изображение выглядит как текст, меню, Шрифт, бумага&#10;&#10;Автоматически созданное описание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2C" w:rsidRDefault="00DC3F2C" w:rsidP="00DC3F2C">
      <w:pPr>
        <w:rPr>
          <w:rFonts w:ascii="Times New Roman" w:hAnsi="Times New Roman"/>
          <w:sz w:val="24"/>
          <w:szCs w:val="24"/>
          <w:lang w:val="ru-RU"/>
        </w:rPr>
      </w:pPr>
      <w:r w:rsidRPr="005F725E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20130" cy="3780155"/>
            <wp:effectExtent l="0" t="0" r="0" b="0"/>
            <wp:docPr id="204658067" name="Рисунок 204658067" descr="Изображение выглядит как текст, меню, бумага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58067" name="Рисунок 204658067" descr="Изображение выглядит как текст, меню, бумага, книга&#10;&#10;Автоматически созданное описание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2C" w:rsidRDefault="00DC3F2C" w:rsidP="00DC3F2C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 w:type="page"/>
      </w:r>
    </w:p>
    <w:p w:rsidR="00DC3F2C" w:rsidRPr="00E14A76" w:rsidRDefault="00DC3F2C" w:rsidP="00DC3F2C">
      <w:pPr>
        <w:spacing w:after="0"/>
        <w:ind w:left="120"/>
        <w:rPr>
          <w:lang w:val="ru-RU"/>
        </w:rPr>
      </w:pPr>
      <w:r w:rsidRPr="00E14A7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ПОУРОЧНОЕ ПЛАНИРОВАНИЕ </w:t>
      </w:r>
    </w:p>
    <w:p w:rsidR="00DC3F2C" w:rsidRPr="00E14A76" w:rsidRDefault="00DC3F2C" w:rsidP="00DC3F2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E14A76">
        <w:rPr>
          <w:rFonts w:ascii="Times New Roman" w:hAnsi="Times New Roman"/>
          <w:b/>
          <w:color w:val="000000"/>
          <w:sz w:val="28"/>
          <w:lang w:val="ru-RU"/>
        </w:rPr>
        <w:t xml:space="preserve"> 5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«Г»</w:t>
      </w:r>
      <w:r w:rsidRPr="00E14A76">
        <w:rPr>
          <w:rFonts w:ascii="Times New Roman" w:hAnsi="Times New Roman"/>
          <w:b/>
          <w:color w:val="000000"/>
          <w:sz w:val="28"/>
          <w:lang w:val="ru-RU"/>
        </w:rPr>
        <w:t xml:space="preserve"> КЛАСС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    Учитель Павлова Анастасия Федоровна</w:t>
      </w:r>
    </w:p>
    <w:p w:rsidR="00DC3F2C" w:rsidRDefault="00DC3F2C" w:rsidP="00DC3F2C">
      <w:pPr>
        <w:spacing w:after="0"/>
        <w:ind w:left="120"/>
        <w:rPr>
          <w:lang w:val="ru-RU"/>
        </w:rPr>
      </w:pPr>
    </w:p>
    <w:tbl>
      <w:tblPr>
        <w:tblStyle w:val="af"/>
        <w:tblW w:w="10289" w:type="dxa"/>
        <w:tblLayout w:type="fixed"/>
        <w:tblLook w:val="04A0"/>
      </w:tblPr>
      <w:tblGrid>
        <w:gridCol w:w="675"/>
        <w:gridCol w:w="5928"/>
        <w:gridCol w:w="1417"/>
        <w:gridCol w:w="1276"/>
        <w:gridCol w:w="993"/>
      </w:tblGrid>
      <w:tr w:rsidR="00DC3F2C" w:rsidRPr="00E110AC" w:rsidTr="008B1FCB">
        <w:trPr>
          <w:trHeight w:val="1441"/>
          <w:tblHeader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№ урока</w:t>
            </w:r>
          </w:p>
        </w:tc>
        <w:tc>
          <w:tcPr>
            <w:tcW w:w="5928" w:type="dxa"/>
            <w:hideMark/>
          </w:tcPr>
          <w:p w:rsidR="00DC3F2C" w:rsidRPr="00E110AC" w:rsidRDefault="00DC3F2C" w:rsidP="008B1FC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Плановые сроки прохождения программы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  <w:lang w:val="ru-RU"/>
              </w:rPr>
              <w:t>Фактические сроки и/или коррекция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28" w:type="dxa"/>
            <w:hideMark/>
          </w:tcPr>
          <w:p w:rsidR="00DC3F2C" w:rsidRPr="00E711F9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Представление числовой информации в таблицах</w:t>
            </w:r>
            <w:r w:rsidRPr="00E711F9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11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Инструктаж по ТБ, ОТ на уроках математики.</w:t>
            </w:r>
          </w:p>
        </w:tc>
        <w:tc>
          <w:tcPr>
            <w:tcW w:w="1417" w:type="dxa"/>
            <w:hideMark/>
          </w:tcPr>
          <w:p w:rsidR="00DC3F2C" w:rsidRPr="00E711F9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711F9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711F9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</w:tcPr>
          <w:p w:rsidR="00DC3F2C" w:rsidRPr="006866A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28" w:type="dxa"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Представление числовой информации в таблицах</w:t>
            </w:r>
          </w:p>
        </w:tc>
        <w:tc>
          <w:tcPr>
            <w:tcW w:w="1417" w:type="dxa"/>
          </w:tcPr>
          <w:p w:rsidR="00DC3F2C" w:rsidRPr="006866A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DC3F2C" w:rsidRPr="006866A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C3F2C" w:rsidRPr="006866A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Цифры и числа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6866A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Цифры и числа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28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Отрезок и его длина. Ломаная. Многоугольник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28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Отрезок и его длина. Ломаная. Многоугольник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928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66A3">
              <w:rPr>
                <w:rFonts w:ascii="Times New Roman" w:hAnsi="Times New Roman"/>
                <w:sz w:val="24"/>
                <w:szCs w:val="24"/>
                <w:lang w:val="ru-RU"/>
              </w:rPr>
              <w:t>Плоскость, представление о плоскости. Прямая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66A3">
              <w:rPr>
                <w:rFonts w:ascii="Times New Roman" w:hAnsi="Times New Roman"/>
                <w:sz w:val="24"/>
                <w:szCs w:val="24"/>
                <w:lang w:val="ru-RU"/>
              </w:rPr>
              <w:t>Прямая, луч, угол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Шкалы и координатная прямая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928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66A3">
              <w:rPr>
                <w:rFonts w:ascii="Times New Roman" w:hAnsi="Times New Roman"/>
                <w:sz w:val="24"/>
                <w:szCs w:val="24"/>
                <w:lang w:val="ru-RU"/>
              </w:rPr>
              <w:t>Координатная прямая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66A3">
              <w:rPr>
                <w:rFonts w:ascii="Times New Roman" w:hAnsi="Times New Roman"/>
                <w:sz w:val="24"/>
                <w:szCs w:val="24"/>
                <w:lang w:val="ru-RU"/>
              </w:rPr>
              <w:t>Сравнение натуральных чисел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натуральных чисел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натуральных чисел</w:t>
            </w:r>
            <w:r w:rsidRPr="00FC7890">
              <w:rPr>
                <w:lang w:val="ru-RU"/>
              </w:rPr>
              <w:t xml:space="preserve"> </w:t>
            </w:r>
            <w:r w:rsidRPr="00FC7890">
              <w:rPr>
                <w:rFonts w:ascii="Times New Roman" w:hAnsi="Times New Roman"/>
                <w:sz w:val="24"/>
                <w:szCs w:val="24"/>
                <w:lang w:val="ru-RU"/>
              </w:rPr>
              <w:t>с помощью рисунка, схемы (таблицы, диаграммы)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hideMark/>
          </w:tcPr>
          <w:p w:rsidR="00DC3F2C" w:rsidRPr="00FC7890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FC7890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FC7890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928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7890">
              <w:rPr>
                <w:rFonts w:ascii="Times New Roman" w:hAnsi="Times New Roman"/>
                <w:sz w:val="24"/>
                <w:szCs w:val="24"/>
                <w:lang w:val="ru-RU"/>
              </w:rPr>
              <w:t>Позиционная и непозиционная запись числа, римская нумерация</w:t>
            </w:r>
          </w:p>
        </w:tc>
        <w:tc>
          <w:tcPr>
            <w:tcW w:w="1417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FC7890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1</w:t>
            </w:r>
          </w:p>
        </w:tc>
        <w:tc>
          <w:tcPr>
            <w:tcW w:w="1417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FC7890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Представление числовой информации в столбчатых диаграммах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6866A3" w:rsidTr="008B1FCB">
        <w:trPr>
          <w:trHeight w:val="315"/>
        </w:trPr>
        <w:tc>
          <w:tcPr>
            <w:tcW w:w="675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928" w:type="dxa"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7890">
              <w:rPr>
                <w:rFonts w:ascii="Times New Roman" w:hAnsi="Times New Roman"/>
                <w:sz w:val="24"/>
                <w:szCs w:val="24"/>
                <w:lang w:val="ru-RU"/>
              </w:rPr>
              <w:t>Чтение информации на диаграммах</w:t>
            </w:r>
          </w:p>
        </w:tc>
        <w:tc>
          <w:tcPr>
            <w:tcW w:w="1417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3F2C" w:rsidRPr="006866A3" w:rsidTr="008B1FCB">
        <w:trPr>
          <w:trHeight w:val="315"/>
        </w:trPr>
        <w:tc>
          <w:tcPr>
            <w:tcW w:w="675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928" w:type="dxa"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7890">
              <w:rPr>
                <w:rFonts w:ascii="Times New Roman" w:hAnsi="Times New Roman"/>
                <w:sz w:val="24"/>
                <w:szCs w:val="24"/>
                <w:lang w:val="ru-RU"/>
              </w:rPr>
              <w:t>Построение столбчатых диаграмм</w:t>
            </w:r>
          </w:p>
        </w:tc>
        <w:tc>
          <w:tcPr>
            <w:tcW w:w="1417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3F2C" w:rsidRPr="00FC1E60" w:rsidTr="008B1FCB">
        <w:trPr>
          <w:trHeight w:val="630"/>
        </w:trPr>
        <w:tc>
          <w:tcPr>
            <w:tcW w:w="675" w:type="dxa"/>
            <w:hideMark/>
          </w:tcPr>
          <w:p w:rsidR="00DC3F2C" w:rsidRPr="001C04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сложения. Свойства сложения</w:t>
            </w:r>
          </w:p>
        </w:tc>
        <w:tc>
          <w:tcPr>
            <w:tcW w:w="1417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928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сложения. Свойства сложения</w:t>
            </w:r>
          </w:p>
        </w:tc>
        <w:tc>
          <w:tcPr>
            <w:tcW w:w="1417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сложения. Свойства сложения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вычитания. Свойства вычитания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вычитания. Свойства вычитания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вычитания. Свойства вычитания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2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315E1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Числовые и буквенные выражения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315E1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Числовые и буквенные выражения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315E1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Числовые и буквенные выражения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315E1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Числовые и буквенные выражения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Уравнения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Уравнения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Уравнения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3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умножения. Свойства умножения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умножения. Свойства умножения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умножения. Свойства умножения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деления. Свойства деления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деления. Свойства деления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деления. Свойства деления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деления. Свойства деления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с остатком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с остатком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с остатком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4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962AC6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Упрощение выражений</w:t>
            </w:r>
          </w:p>
        </w:tc>
        <w:tc>
          <w:tcPr>
            <w:tcW w:w="1417" w:type="dxa"/>
            <w:hideMark/>
          </w:tcPr>
          <w:p w:rsidR="00DC3F2C" w:rsidRPr="00962AC6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962AC6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962AC6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Упрощение выражений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Упрощение выражений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Упрощение выражений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Порядок действий в вычислениях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Порядок действий в вычислениях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Порядок действий в вычислениях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Степень с натуральным показателем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Степень с натуральным показателем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Делители и кратные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Делители и кратные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5928" w:type="dxa"/>
            <w:noWrap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Делители и кратные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Свойства и признаки делимости</w:t>
            </w:r>
          </w:p>
        </w:tc>
        <w:tc>
          <w:tcPr>
            <w:tcW w:w="1417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Свойства и признаки делимости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Свойства и признаки делимости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Свойства и признаки делимости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№ 5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737A69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Формулы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6E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Фигуры на плоскости, многоугольники. Треугольник, </w:t>
            </w:r>
            <w:r w:rsidRPr="00B826E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виды треугольников. Четырёхугольники: прямоугольник, квадрат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A085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6E7">
              <w:rPr>
                <w:rFonts w:ascii="Times New Roman" w:hAnsi="Times New Roman"/>
                <w:sz w:val="24"/>
                <w:szCs w:val="24"/>
                <w:lang w:val="ru-RU"/>
              </w:rPr>
              <w:t>Периметр фигуры, формулы для вычисления периметра</w:t>
            </w:r>
          </w:p>
        </w:tc>
        <w:tc>
          <w:tcPr>
            <w:tcW w:w="1417" w:type="dxa"/>
            <w:hideMark/>
          </w:tcPr>
          <w:p w:rsidR="00DC3F2C" w:rsidRPr="00B826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B826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B826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6E7">
              <w:rPr>
                <w:rFonts w:ascii="Times New Roman" w:hAnsi="Times New Roman"/>
                <w:sz w:val="24"/>
                <w:szCs w:val="24"/>
                <w:lang w:val="ru-RU"/>
              </w:rPr>
              <w:t>Понятие о площади. Площадь единичного квадрата. Единицы измерения площади. Площадь квадра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та</w:t>
            </w:r>
          </w:p>
        </w:tc>
        <w:tc>
          <w:tcPr>
            <w:tcW w:w="1417" w:type="dxa"/>
            <w:hideMark/>
          </w:tcPr>
          <w:p w:rsidR="00DC3F2C" w:rsidRPr="00B826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B826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B826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3FE1">
              <w:rPr>
                <w:rFonts w:ascii="Times New Roman" w:hAnsi="Times New Roman"/>
                <w:sz w:val="24"/>
                <w:szCs w:val="24"/>
                <w:lang w:val="ru-RU"/>
              </w:rPr>
              <w:t>Единицы измерения площадей. Площадь прямоугольника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3FE1">
              <w:rPr>
                <w:rFonts w:ascii="Times New Roman" w:hAnsi="Times New Roman"/>
                <w:sz w:val="24"/>
                <w:szCs w:val="24"/>
                <w:lang w:val="ru-RU"/>
              </w:rPr>
              <w:t>Тела и фигуры в пространстве. Прямоугольный параллелепипед и его свойства. Куб. Свойства куба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3FE1">
              <w:rPr>
                <w:rFonts w:ascii="Times New Roman" w:hAnsi="Times New Roman"/>
                <w:sz w:val="24"/>
                <w:szCs w:val="24"/>
                <w:lang w:val="ru-RU"/>
              </w:rPr>
              <w:t>Измерения параллелепипеда. Понятие поверхности. Площадь поверхности куба и прямоугольного параллелепипеда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3FE1">
              <w:rPr>
                <w:rFonts w:ascii="Times New Roman" w:hAnsi="Times New Roman"/>
                <w:sz w:val="24"/>
                <w:szCs w:val="24"/>
                <w:lang w:val="ru-RU"/>
              </w:rPr>
              <w:t>Понятие объёма. Единичный куб. Единицы измерения объёма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Объёмы. Объём прямоугольного параллелепипеда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№6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96544">
              <w:rPr>
                <w:rFonts w:ascii="Times New Roman" w:hAnsi="Times New Roman"/>
                <w:sz w:val="24"/>
                <w:szCs w:val="24"/>
                <w:lang w:val="ru-RU"/>
              </w:rPr>
              <w:t>Окружность, круг. Примеры фигур, содержащих окружность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C56893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Окружность, круг, шар, цилиндр</w:t>
            </w:r>
          </w:p>
        </w:tc>
        <w:tc>
          <w:tcPr>
            <w:tcW w:w="1417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F52ED">
              <w:rPr>
                <w:rFonts w:ascii="Times New Roman" w:hAnsi="Times New Roman"/>
                <w:sz w:val="24"/>
                <w:szCs w:val="24"/>
                <w:lang w:val="ru-RU"/>
              </w:rPr>
              <w:t>Доли и дроби. Доли. Обыкновенные дроби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79FF">
              <w:rPr>
                <w:rFonts w:ascii="Times New Roman" w:hAnsi="Times New Roman"/>
                <w:sz w:val="24"/>
                <w:szCs w:val="24"/>
                <w:lang w:val="ru-RU"/>
              </w:rPr>
              <w:t>Доли и дроби. Изображение дробей на координатном луче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79FF">
              <w:rPr>
                <w:rFonts w:ascii="Times New Roman" w:hAnsi="Times New Roman"/>
                <w:sz w:val="24"/>
                <w:szCs w:val="24"/>
                <w:lang w:val="ru-RU"/>
              </w:rPr>
              <w:t>Доли и дроби. Изображение дробей на координатном луче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79FF">
              <w:rPr>
                <w:rFonts w:ascii="Times New Roman" w:hAnsi="Times New Roman"/>
                <w:sz w:val="24"/>
                <w:szCs w:val="24"/>
                <w:lang w:val="ru-RU"/>
              </w:rPr>
              <w:t>Доли и дроби. Изображение дробей на координатном луче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дробей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дробей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дробей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Правильные и неправильные дроби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Правильные и неправильные дроби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№7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Сложение и вычитание дробей с одинаковыми </w:t>
            </w: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знаменателями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натуральных чисел и дроби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натуральных чисел и дроби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Смешанные числа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C56893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Смешанные числа</w:t>
            </w:r>
          </w:p>
        </w:tc>
        <w:tc>
          <w:tcPr>
            <w:tcW w:w="1417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630"/>
        </w:trPr>
        <w:tc>
          <w:tcPr>
            <w:tcW w:w="675" w:type="dxa"/>
            <w:hideMark/>
          </w:tcPr>
          <w:p w:rsidR="00DC3F2C" w:rsidRPr="005D4F35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8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Основное свойство дроби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Сокращение дробей 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Сокращение дробей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A5444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9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Умножения дробей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Умножения дробей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части целого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части целого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части целого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303B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дробей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дробей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202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целого по его части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целого по его части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целого по его части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3D3C2E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10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3D3C2E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Десятичная запись дробей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3D3C2E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Десятичная запись дробей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3D3C2E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119</w:t>
            </w:r>
          </w:p>
        </w:tc>
        <w:tc>
          <w:tcPr>
            <w:tcW w:w="5928" w:type="dxa"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3C2E">
              <w:rPr>
                <w:rFonts w:ascii="Times New Roman" w:hAnsi="Times New Roman"/>
                <w:sz w:val="24"/>
                <w:szCs w:val="24"/>
                <w:lang w:val="ru-RU"/>
              </w:rPr>
              <w:t>Величины и десятичные дроби</w:t>
            </w:r>
          </w:p>
        </w:tc>
        <w:tc>
          <w:tcPr>
            <w:tcW w:w="1417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десятичных дробей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десятичных дробей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Округление чисел. Прикидка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6866A3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Округление чисел. Прикидка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DC3F2C" w:rsidRPr="003D3C2E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3D3C2E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3D3C2E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11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на десятичную дробь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на десятичную дробь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на десятичную дробь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на десятичную дробь</w:t>
            </w:r>
          </w:p>
        </w:tc>
        <w:tc>
          <w:tcPr>
            <w:tcW w:w="1417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на десятичную дробь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десятичную дробь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десятичную дробь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303B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десятичную дробь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десятичную дробь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десятичную дробь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149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A45DD">
              <w:rPr>
                <w:rFonts w:ascii="Times New Roman" w:hAnsi="Times New Roman"/>
                <w:sz w:val="24"/>
                <w:szCs w:val="24"/>
                <w:lang w:val="ru-RU"/>
              </w:rPr>
              <w:t>Решение задач с десятичными дробям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</w:p>
        </w:tc>
        <w:tc>
          <w:tcPr>
            <w:tcW w:w="1417" w:type="dxa"/>
            <w:hideMark/>
          </w:tcPr>
          <w:p w:rsidR="00DC3F2C" w:rsidRPr="00EA45DD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A45DD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A45DD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A45DD">
              <w:rPr>
                <w:rFonts w:ascii="Times New Roman" w:hAnsi="Times New Roman"/>
                <w:sz w:val="24"/>
                <w:szCs w:val="24"/>
                <w:lang w:val="ru-RU"/>
              </w:rPr>
              <w:t>Решение задач с десятичными дробям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12</w:t>
            </w:r>
          </w:p>
        </w:tc>
        <w:tc>
          <w:tcPr>
            <w:tcW w:w="1417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Калькулятор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Калькулятор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Калькулятор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5928" w:type="dxa"/>
            <w:vAlign w:val="center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Виды углов. Чертёжный треугольник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5928" w:type="dxa"/>
            <w:vAlign w:val="center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Виды углов. Чертёжный треугольник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5928" w:type="dxa"/>
            <w:vAlign w:val="center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Виды углов. Чертёжный треугольник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5928" w:type="dxa"/>
            <w:vAlign w:val="center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Виды углов. Чертёжный треугольник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5928" w:type="dxa"/>
            <w:noWrap/>
            <w:vAlign w:val="center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Измерение углов. Транспортир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5928" w:type="dxa"/>
            <w:noWrap/>
            <w:vAlign w:val="center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Измерение углов. Транспортир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254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Измерение углов. Транспортир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216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№13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178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112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216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2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268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5928" w:type="dxa"/>
            <w:vAlign w:val="center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Итоговая контрольная работа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5928" w:type="dxa"/>
            <w:vAlign w:val="center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34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25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DC3F2C" w:rsidRPr="00E14A76" w:rsidRDefault="00DC3F2C" w:rsidP="00DC3F2C">
      <w:pPr>
        <w:spacing w:after="0"/>
        <w:ind w:left="120"/>
        <w:rPr>
          <w:lang w:val="ru-RU"/>
        </w:rPr>
      </w:pPr>
    </w:p>
    <w:p w:rsidR="00DC3F2C" w:rsidRPr="00E14A76" w:rsidRDefault="00DC3F2C" w:rsidP="00DC3F2C">
      <w:pPr>
        <w:rPr>
          <w:lang w:val="ru-RU"/>
        </w:rPr>
        <w:sectPr w:rsidR="00DC3F2C" w:rsidRPr="00E14A76" w:rsidSect="00EF175E">
          <w:pgSz w:w="11906" w:h="16383"/>
          <w:pgMar w:top="850" w:right="707" w:bottom="1701" w:left="1134" w:header="720" w:footer="720" w:gutter="0"/>
          <w:cols w:space="720"/>
          <w:docGrid w:linePitch="299"/>
        </w:sectPr>
      </w:pPr>
    </w:p>
    <w:p w:rsidR="00DC3F2C" w:rsidRPr="00D61B41" w:rsidRDefault="00DC3F2C" w:rsidP="00DC3F2C">
      <w:pPr>
        <w:spacing w:after="0"/>
        <w:ind w:left="120"/>
        <w:rPr>
          <w:lang w:val="ru-RU"/>
        </w:rPr>
      </w:pPr>
      <w:r w:rsidRPr="00D61B41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DC3F2C" w:rsidRPr="00D61B41" w:rsidRDefault="00DC3F2C" w:rsidP="00DC3F2C">
      <w:pPr>
        <w:spacing w:after="0" w:line="480" w:lineRule="auto"/>
        <w:ind w:left="120"/>
        <w:rPr>
          <w:lang w:val="ru-RU"/>
        </w:rPr>
      </w:pPr>
      <w:r w:rsidRPr="00D61B41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DC3F2C" w:rsidRPr="00D61B41" w:rsidRDefault="00DC3F2C" w:rsidP="00DC3F2C">
      <w:pPr>
        <w:spacing w:after="0"/>
        <w:ind w:left="119"/>
        <w:contextualSpacing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Математика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5 класс : базовый уровень : учебник : в 2 частях / Н.Я. Виленкин, В.И. Жохов, А.С. Чесноков и др. – Москва : Просвещение, 2023</w:t>
      </w:r>
    </w:p>
    <w:p w:rsidR="00DC3F2C" w:rsidRPr="00D61B41" w:rsidRDefault="00DC3F2C" w:rsidP="00DC3F2C">
      <w:pPr>
        <w:spacing w:after="0"/>
        <w:ind w:left="120"/>
        <w:rPr>
          <w:lang w:val="ru-RU"/>
        </w:rPr>
      </w:pPr>
      <w:r w:rsidRPr="00D61B41">
        <w:rPr>
          <w:rFonts w:ascii="Times New Roman" w:hAnsi="Times New Roman"/>
          <w:color w:val="000000"/>
          <w:sz w:val="28"/>
          <w:lang w:val="ru-RU"/>
        </w:rPr>
        <w:t>​</w:t>
      </w:r>
    </w:p>
    <w:p w:rsidR="00DC3F2C" w:rsidRPr="00D61B41" w:rsidRDefault="00DC3F2C" w:rsidP="00DC3F2C">
      <w:pPr>
        <w:spacing w:after="0" w:line="480" w:lineRule="auto"/>
        <w:ind w:left="120"/>
        <w:rPr>
          <w:lang w:val="ru-RU"/>
        </w:rPr>
      </w:pPr>
      <w:r w:rsidRPr="00D61B4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C3F2C" w:rsidRDefault="00DC3F2C" w:rsidP="00DC3F2C">
      <w:pPr>
        <w:spacing w:after="0"/>
        <w:ind w:left="119"/>
        <w:contextualSpacing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Методические рекомендации</w:t>
      </w:r>
    </w:p>
    <w:p w:rsidR="00DC3F2C" w:rsidRPr="006B1E59" w:rsidRDefault="00DC3F2C" w:rsidP="00DC3F2C">
      <w:pPr>
        <w:spacing w:after="0"/>
        <w:ind w:left="119"/>
        <w:contextualSpacing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Математика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5 класс : базовый уровень : контрольные работы. Учебное пособие / Л.Б. Крайнева – М.: Просвещение, 2023</w:t>
      </w:r>
    </w:p>
    <w:p w:rsidR="00DC3F2C" w:rsidRPr="00D61B41" w:rsidRDefault="00DC3F2C" w:rsidP="00DC3F2C">
      <w:pPr>
        <w:spacing w:after="0"/>
        <w:ind w:left="120"/>
        <w:rPr>
          <w:lang w:val="ru-RU"/>
        </w:rPr>
      </w:pPr>
    </w:p>
    <w:p w:rsidR="00DC3F2C" w:rsidRPr="00DC678B" w:rsidRDefault="00DC3F2C" w:rsidP="00DC3F2C">
      <w:pPr>
        <w:spacing w:after="0" w:line="480" w:lineRule="auto"/>
        <w:ind w:left="120"/>
        <w:rPr>
          <w:lang w:val="ru-RU"/>
        </w:rPr>
      </w:pPr>
      <w:r w:rsidRPr="00DC678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C3F2C" w:rsidRPr="002E6396" w:rsidRDefault="00DC3F2C" w:rsidP="00DC3F2C">
      <w:pPr>
        <w:spacing w:after="0"/>
        <w:ind w:left="119"/>
        <w:contextualSpacing/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</w:pPr>
      <w:r w:rsidRPr="00805DF9">
        <w:rPr>
          <w:rFonts w:ascii="Times New Roman" w:hAnsi="Times New Roman"/>
          <w:color w:val="000000"/>
          <w:sz w:val="28"/>
          <w:lang w:val="ru-RU"/>
        </w:rPr>
        <w:t>Библиотека ЦОК</w:t>
      </w:r>
      <w:r w:rsidRPr="00DC678B">
        <w:rPr>
          <w:rFonts w:ascii="Times New Roman" w:hAnsi="Times New Roman"/>
          <w:color w:val="000000"/>
          <w:sz w:val="24"/>
          <w:lang w:val="ru-RU"/>
        </w:rPr>
        <w:t xml:space="preserve"> </w:t>
      </w:r>
      <w:hyperlink r:id="rId38"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://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m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.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edsoo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.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ru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/7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f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4131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ce</w:t>
        </w:r>
      </w:hyperlink>
    </w:p>
    <w:p w:rsidR="00DC3F2C" w:rsidRPr="00F236E4" w:rsidRDefault="00DC3F2C" w:rsidP="00DC3F2C">
      <w:pPr>
        <w:spacing w:after="0"/>
        <w:ind w:left="119"/>
        <w:contextualSpacing/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Библиотека МЭШ </w:t>
      </w:r>
      <w:hyperlink r:id="rId39" w:history="1"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https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uchebnik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mos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ru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catalogue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?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class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_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level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_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ids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=5&amp;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subject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_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program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_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ids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=31937337</w:t>
        </w:r>
      </w:hyperlink>
    </w:p>
    <w:p w:rsidR="00DC3F2C" w:rsidRPr="00805DF9" w:rsidRDefault="00DC3F2C" w:rsidP="00DC3F2C">
      <w:pPr>
        <w:spacing w:after="0"/>
        <w:ind w:left="119"/>
        <w:contextualSpacing/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</w:pPr>
      <w:r w:rsidRPr="00805DF9">
        <w:rPr>
          <w:rFonts w:ascii="Times New Roman" w:hAnsi="Times New Roman"/>
          <w:color w:val="000000"/>
          <w:sz w:val="28"/>
          <w:lang w:val="ru-RU"/>
        </w:rPr>
        <w:t>Библиотека РЭШ</w:t>
      </w:r>
      <w:r>
        <w:rPr>
          <w:lang w:val="ru-RU"/>
        </w:rPr>
        <w:t xml:space="preserve"> </w:t>
      </w:r>
      <w:hyperlink r:id="rId40" w:history="1">
        <w:r w:rsidRPr="00805DF9">
          <w:rPr>
            <w:rFonts w:ascii="Times New Roman" w:hAnsi="Times New Roman" w:cs="Times New Roman"/>
            <w:color w:val="0000FF"/>
            <w:sz w:val="28"/>
            <w:szCs w:val="28"/>
          </w:rPr>
          <w:t>https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lang w:val="ru-RU"/>
          </w:rPr>
          <w:t>://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</w:rPr>
          <w:t>resh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lang w:val="ru-RU"/>
          </w:rPr>
          <w:t>.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</w:rPr>
          <w:t>edu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lang w:val="ru-RU"/>
          </w:rPr>
          <w:t>.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</w:rPr>
          <w:t>ru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lang w:val="ru-RU"/>
          </w:rPr>
          <w:t>/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</w:rPr>
          <w:t>subject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lang w:val="ru-RU"/>
          </w:rPr>
          <w:t>/12/5/</w:t>
        </w:r>
      </w:hyperlink>
    </w:p>
    <w:p w:rsidR="00DC3F2C" w:rsidRPr="00805DF9" w:rsidRDefault="00DC3F2C" w:rsidP="00DC3F2C">
      <w:pPr>
        <w:spacing w:after="0" w:line="480" w:lineRule="auto"/>
        <w:ind w:left="120"/>
        <w:rPr>
          <w:lang w:val="ru-RU"/>
        </w:rPr>
      </w:pPr>
      <w:r w:rsidRPr="00805DF9">
        <w:rPr>
          <w:rFonts w:ascii="Times New Roman" w:hAnsi="Times New Roman"/>
          <w:color w:val="000000"/>
          <w:sz w:val="28"/>
          <w:lang w:val="ru-RU"/>
        </w:rPr>
        <w:t>​</w:t>
      </w:r>
      <w:r w:rsidRPr="00805DF9">
        <w:rPr>
          <w:rFonts w:ascii="Times New Roman" w:hAnsi="Times New Roman"/>
          <w:color w:val="333333"/>
          <w:sz w:val="28"/>
          <w:lang w:val="ru-RU"/>
        </w:rPr>
        <w:t>​‌‌</w:t>
      </w:r>
      <w:r w:rsidRPr="00805DF9">
        <w:rPr>
          <w:rFonts w:ascii="Times New Roman" w:hAnsi="Times New Roman"/>
          <w:color w:val="000000"/>
          <w:sz w:val="28"/>
          <w:lang w:val="ru-RU"/>
        </w:rPr>
        <w:t>​</w:t>
      </w:r>
    </w:p>
    <w:p w:rsidR="00DC3F2C" w:rsidRDefault="00DC3F2C" w:rsidP="00DC3F2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  <w:sectPr w:rsidR="00DC3F2C" w:rsidSect="00D61B41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DC3F2C" w:rsidRPr="00400668" w:rsidRDefault="00DC3F2C" w:rsidP="00DC3F2C">
      <w:pPr>
        <w:contextualSpacing/>
        <w:jc w:val="right"/>
        <w:rPr>
          <w:rFonts w:asciiTheme="majorBidi" w:hAnsiTheme="majorBidi" w:cstheme="majorBidi"/>
          <w:bCs/>
          <w:lang w:val="ru-RU"/>
        </w:rPr>
      </w:pPr>
      <w:r w:rsidRPr="00400668">
        <w:rPr>
          <w:rFonts w:asciiTheme="majorBidi" w:hAnsiTheme="majorBidi" w:cstheme="majorBidi"/>
          <w:b/>
          <w:bCs/>
          <w:lang w:val="ru-RU"/>
        </w:rPr>
        <w:lastRenderedPageBreak/>
        <w:t>ПРИЛОЖЕНИЕ №</w:t>
      </w:r>
      <w:r w:rsidRPr="00400668">
        <w:rPr>
          <w:rFonts w:asciiTheme="majorBidi" w:hAnsiTheme="majorBidi" w:cstheme="majorBidi"/>
          <w:bCs/>
          <w:u w:val="single"/>
          <w:lang w:val="ru-RU"/>
        </w:rPr>
        <w:tab/>
        <w:t xml:space="preserve">    </w:t>
      </w:r>
      <w:r w:rsidRPr="00400668">
        <w:rPr>
          <w:rFonts w:asciiTheme="majorBidi" w:hAnsiTheme="majorBidi" w:cstheme="majorBidi"/>
          <w:bCs/>
          <w:u w:val="single"/>
          <w:lang w:val="ru-RU"/>
        </w:rPr>
        <w:tab/>
      </w:r>
    </w:p>
    <w:p w:rsidR="00DC3F2C" w:rsidRPr="00E711F9" w:rsidRDefault="00DC3F2C" w:rsidP="00DC3F2C">
      <w:pPr>
        <w:spacing w:line="240" w:lineRule="auto"/>
        <w:contextualSpacing/>
        <w:jc w:val="right"/>
        <w:rPr>
          <w:rFonts w:asciiTheme="majorBidi" w:hAnsiTheme="majorBidi" w:cstheme="majorBidi"/>
          <w:bCs/>
          <w:lang w:val="ru-RU"/>
        </w:rPr>
      </w:pPr>
    </w:p>
    <w:p w:rsidR="00DC3F2C" w:rsidRPr="00400668" w:rsidRDefault="00DC3F2C" w:rsidP="00DC3F2C">
      <w:pPr>
        <w:spacing w:line="240" w:lineRule="auto"/>
        <w:contextualSpacing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400668">
        <w:rPr>
          <w:rFonts w:ascii="Times New Roman" w:eastAsia="Times New Roman" w:hAnsi="Times New Roman"/>
          <w:sz w:val="24"/>
          <w:szCs w:val="24"/>
          <w:lang w:val="ru-RU" w:eastAsia="ru-RU" w:bidi="ru-RU"/>
        </w:rPr>
        <w:t>Учитель математики:</w:t>
      </w:r>
      <w:r w:rsidRPr="009A10B3">
        <w:rPr>
          <w:rFonts w:ascii="Times New Roman" w:eastAsia="Times New Roman" w:hAnsi="Times New Roman"/>
          <w:sz w:val="24"/>
          <w:szCs w:val="24"/>
          <w:lang w:val="ru-RU" w:eastAsia="ru-RU" w:bidi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ru-RU" w:eastAsia="ru-RU" w:bidi="ru-RU"/>
        </w:rPr>
        <w:t>Павлова А.Ф</w:t>
      </w:r>
      <w:r w:rsidRPr="00400668">
        <w:rPr>
          <w:rFonts w:ascii="Times New Roman" w:eastAsia="Times New Roman" w:hAnsi="Times New Roman"/>
          <w:sz w:val="24"/>
          <w:szCs w:val="24"/>
          <w:lang w:val="ru-RU" w:eastAsia="ru-RU" w:bidi="ru-RU"/>
        </w:rPr>
        <w:t>.</w:t>
      </w:r>
    </w:p>
    <w:p w:rsidR="00DC3F2C" w:rsidRPr="00400668" w:rsidRDefault="00DC3F2C" w:rsidP="00DC3F2C">
      <w:pPr>
        <w:spacing w:line="240" w:lineRule="auto"/>
        <w:contextualSpacing/>
        <w:jc w:val="right"/>
        <w:rPr>
          <w:rFonts w:asciiTheme="majorBidi" w:hAnsiTheme="majorBidi" w:cstheme="majorBidi"/>
          <w:b/>
          <w:bCs/>
          <w:sz w:val="24"/>
          <w:szCs w:val="24"/>
          <w:u w:val="single"/>
          <w:lang w:val="ru-RU"/>
        </w:rPr>
      </w:pPr>
    </w:p>
    <w:p w:rsidR="00DC3F2C" w:rsidRPr="00400668" w:rsidRDefault="00DC3F2C" w:rsidP="00DC3F2C">
      <w:pPr>
        <w:spacing w:line="240" w:lineRule="auto"/>
        <w:contextualSpacing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ru-RU"/>
        </w:rPr>
      </w:pPr>
      <w:r w:rsidRPr="00400668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ru-RU"/>
        </w:rPr>
        <w:t>ОЦЕНОЧНЫЕ ПРОЦЕДУРЫ</w:t>
      </w:r>
    </w:p>
    <w:p w:rsidR="00DC3F2C" w:rsidRPr="00400668" w:rsidRDefault="00DC3F2C" w:rsidP="00DC3F2C">
      <w:pPr>
        <w:spacing w:line="240" w:lineRule="auto"/>
        <w:contextualSpacing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val="ru-RU"/>
        </w:rPr>
      </w:pPr>
      <w:r w:rsidRPr="00400668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ru-RU"/>
        </w:rPr>
        <w:t xml:space="preserve">по предмету </w:t>
      </w:r>
      <w:r w:rsidRPr="00400668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val="ru-RU"/>
        </w:rPr>
        <w:t>МАТЕМАТИКА, 5 «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val="ru-RU"/>
        </w:rPr>
        <w:t>Г</w:t>
      </w:r>
      <w:r w:rsidRPr="00400668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val="ru-RU"/>
        </w:rPr>
        <w:t>» класс</w:t>
      </w:r>
    </w:p>
    <w:p w:rsidR="00DC3F2C" w:rsidRPr="00400668" w:rsidRDefault="00DC3F2C" w:rsidP="00DC3F2C">
      <w:pPr>
        <w:spacing w:line="240" w:lineRule="auto"/>
        <w:contextualSpacing/>
        <w:jc w:val="center"/>
        <w:rPr>
          <w:rFonts w:asciiTheme="majorBidi" w:hAnsiTheme="majorBidi" w:cstheme="majorBidi"/>
          <w:b/>
          <w:bCs/>
          <w:color w:val="000000" w:themeColor="text1"/>
          <w:lang w:val="ru-RU"/>
        </w:rPr>
      </w:pPr>
    </w:p>
    <w:tbl>
      <w:tblPr>
        <w:tblStyle w:val="af"/>
        <w:tblW w:w="0" w:type="auto"/>
        <w:tblLook w:val="04A0"/>
      </w:tblPr>
      <w:tblGrid>
        <w:gridCol w:w="1310"/>
        <w:gridCol w:w="2944"/>
        <w:gridCol w:w="5618"/>
      </w:tblGrid>
      <w:tr w:rsidR="00DC3F2C" w:rsidRPr="00A54441" w:rsidTr="008B1FCB">
        <w:tc>
          <w:tcPr>
            <w:tcW w:w="9872" w:type="dxa"/>
            <w:gridSpan w:val="3"/>
          </w:tcPr>
          <w:p w:rsidR="00DC3F2C" w:rsidRPr="00144FF4" w:rsidRDefault="00DC3F2C" w:rsidP="008B1FCB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</w:pPr>
            <w:r w:rsidRPr="00144FF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ru-RU"/>
              </w:rPr>
              <w:t>График проведения для 5 «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ru-RU"/>
              </w:rPr>
              <w:t>Г</w:t>
            </w:r>
            <w:r w:rsidRPr="00144FF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ru-RU"/>
              </w:rPr>
              <w:t>» класса</w:t>
            </w:r>
          </w:p>
        </w:tc>
      </w:tr>
      <w:tr w:rsidR="00DC3F2C" w:rsidRPr="004E18EC" w:rsidTr="008B1FCB">
        <w:tc>
          <w:tcPr>
            <w:tcW w:w="1310" w:type="dxa"/>
          </w:tcPr>
          <w:p w:rsidR="00DC3F2C" w:rsidRPr="004E18EC" w:rsidRDefault="00DC3F2C" w:rsidP="008B1FCB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18E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18E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Вид оценочной работы</w:t>
            </w:r>
          </w:p>
        </w:tc>
        <w:tc>
          <w:tcPr>
            <w:tcW w:w="5618" w:type="dxa"/>
          </w:tcPr>
          <w:p w:rsidR="00DC3F2C" w:rsidRPr="004E18EC" w:rsidRDefault="00DC3F2C" w:rsidP="008B1FCB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18E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Название работы</w:t>
            </w:r>
          </w:p>
        </w:tc>
      </w:tr>
      <w:tr w:rsidR="00DC3F2C" w:rsidRPr="00A54441" w:rsidTr="008B1FCB">
        <w:tc>
          <w:tcPr>
            <w:tcW w:w="1310" w:type="dxa"/>
          </w:tcPr>
          <w:p w:rsidR="00DC3F2C" w:rsidRPr="00C732B3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22/09/2023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</w:t>
            </w:r>
          </w:p>
        </w:tc>
        <w:tc>
          <w:tcPr>
            <w:tcW w:w="5618" w:type="dxa"/>
          </w:tcPr>
          <w:p w:rsidR="00DC3F2C" w:rsidRPr="000404CD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Натуральные числа и шкалы. Линии на плоскости</w:t>
            </w:r>
          </w:p>
        </w:tc>
      </w:tr>
      <w:tr w:rsidR="00DC3F2C" w:rsidRPr="00A54441" w:rsidTr="008B1FCB">
        <w:tc>
          <w:tcPr>
            <w:tcW w:w="1310" w:type="dxa"/>
          </w:tcPr>
          <w:p w:rsidR="00DC3F2C" w:rsidRPr="00C732B3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03/10/2023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№2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Сложение и вычитание натуральных чисел</w:t>
            </w:r>
          </w:p>
        </w:tc>
      </w:tr>
      <w:tr w:rsidR="00DC3F2C" w:rsidRPr="00F236E4" w:rsidTr="008B1FCB">
        <w:tc>
          <w:tcPr>
            <w:tcW w:w="1310" w:type="dxa"/>
          </w:tcPr>
          <w:p w:rsidR="00DC3F2C" w:rsidRPr="000404CD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20/10/2023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№3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Числовые и буквенные выражения</w:t>
            </w:r>
          </w:p>
        </w:tc>
      </w:tr>
      <w:tr w:rsidR="00DC3F2C" w:rsidRPr="00A54441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06/11/2023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№4</w:t>
            </w:r>
          </w:p>
        </w:tc>
        <w:tc>
          <w:tcPr>
            <w:tcW w:w="5618" w:type="dxa"/>
          </w:tcPr>
          <w:p w:rsidR="00DC3F2C" w:rsidRPr="000404CD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Умножение и деление натуральных чисел</w:t>
            </w:r>
          </w:p>
        </w:tc>
      </w:tr>
      <w:tr w:rsidR="00DC3F2C" w:rsidRPr="00A54441" w:rsidTr="008B1FCB">
        <w:tc>
          <w:tcPr>
            <w:tcW w:w="1310" w:type="dxa"/>
          </w:tcPr>
          <w:p w:rsidR="00DC3F2C" w:rsidRPr="000404CD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06/12/2023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№5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spacing w:before="100" w:after="100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Упрощение выражений. Степень. Признаки делимости</w:t>
            </w:r>
          </w:p>
        </w:tc>
      </w:tr>
      <w:tr w:rsidR="00DC3F2C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21/12/2023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№6</w:t>
            </w:r>
          </w:p>
        </w:tc>
        <w:tc>
          <w:tcPr>
            <w:tcW w:w="5618" w:type="dxa"/>
          </w:tcPr>
          <w:p w:rsidR="00DC3F2C" w:rsidRPr="006A1104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Площади и объемы. Формулы</w:t>
            </w:r>
          </w:p>
        </w:tc>
      </w:tr>
      <w:tr w:rsidR="00DC3F2C" w:rsidRPr="00A54441" w:rsidTr="008B1FCB">
        <w:tc>
          <w:tcPr>
            <w:tcW w:w="1310" w:type="dxa"/>
          </w:tcPr>
          <w:p w:rsidR="00DC3F2C" w:rsidRPr="007A0854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17/01/2024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№7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Доли и дроби. Сравнение дробей</w:t>
            </w:r>
          </w:p>
        </w:tc>
      </w:tr>
      <w:tr w:rsidR="00DC3F2C" w:rsidRPr="00A54441" w:rsidTr="008B1FCB">
        <w:tc>
          <w:tcPr>
            <w:tcW w:w="1310" w:type="dxa"/>
          </w:tcPr>
          <w:p w:rsidR="00DC3F2C" w:rsidRPr="006A1104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31/01/2024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№8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Смешанные числа. Сложение и вычитание дробей с одинаковыми знаменателями</w:t>
            </w:r>
          </w:p>
        </w:tc>
      </w:tr>
      <w:tr w:rsidR="00DC3F2C" w:rsidRPr="00A54441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16/02/2024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№9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Сокращение дробей. Сложение и вычитание дробей с разными знаменателями</w:t>
            </w:r>
          </w:p>
        </w:tc>
      </w:tr>
      <w:tr w:rsidR="00DC3F2C" w:rsidRPr="00F236E4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13/03/2024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№10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Умножение и деление дробей</w:t>
            </w:r>
          </w:p>
        </w:tc>
      </w:tr>
      <w:tr w:rsidR="00DC3F2C" w:rsidRPr="00A54441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01/04/2024</w:t>
            </w:r>
          </w:p>
        </w:tc>
        <w:tc>
          <w:tcPr>
            <w:tcW w:w="2944" w:type="dxa"/>
          </w:tcPr>
          <w:p w:rsidR="00DC3F2C" w:rsidRPr="00FD1AF2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Сложение и вычитание десятичных дробей</w:t>
            </w:r>
          </w:p>
        </w:tc>
      </w:tr>
      <w:tr w:rsidR="00DC3F2C" w:rsidRPr="00A54441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07/05/2024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B1383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Умножение и деление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 xml:space="preserve"> десятичных дробей</w:t>
            </w:r>
          </w:p>
        </w:tc>
      </w:tr>
      <w:tr w:rsidR="00DC3F2C" w:rsidRPr="00FD1AF2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22/05/2024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B1383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3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Многоугольники. Построения и измерения</w:t>
            </w:r>
          </w:p>
        </w:tc>
      </w:tr>
      <w:tr w:rsidR="00DC3F2C" w:rsidRPr="00FD1AF2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29/05/2024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B1383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4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F79E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Итоговая</w:t>
            </w:r>
          </w:p>
        </w:tc>
      </w:tr>
    </w:tbl>
    <w:p w:rsidR="00DC3F2C" w:rsidRPr="00FD1AF2" w:rsidRDefault="00DC3F2C" w:rsidP="00DC3F2C">
      <w:pPr>
        <w:spacing w:line="240" w:lineRule="auto"/>
        <w:ind w:firstLine="708"/>
        <w:contextualSpacing/>
        <w:rPr>
          <w:rFonts w:asciiTheme="majorBidi" w:hAnsiTheme="majorBidi" w:cstheme="majorBidi"/>
          <w:lang w:val="ru-RU"/>
        </w:rPr>
      </w:pPr>
    </w:p>
    <w:p w:rsidR="00DC3F2C" w:rsidRPr="00662B46" w:rsidRDefault="00DC3F2C" w:rsidP="00DC3F2C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662B46">
        <w:rPr>
          <w:rFonts w:ascii="Times New Roman" w:eastAsia="Times New Roman" w:hAnsi="Times New Roman"/>
          <w:sz w:val="24"/>
          <w:szCs w:val="24"/>
          <w:lang w:val="ru-RU" w:eastAsia="ru-RU" w:bidi="ru-RU"/>
        </w:rPr>
        <w:t>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заданий.</w:t>
      </w:r>
    </w:p>
    <w:p w:rsidR="00DC3F2C" w:rsidRPr="00D86063" w:rsidRDefault="00DC3F2C" w:rsidP="00DC3F2C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D86063">
        <w:rPr>
          <w:rFonts w:ascii="Times New Roman" w:eastAsia="Times New Roman" w:hAnsi="Times New Roman"/>
          <w:sz w:val="24"/>
          <w:szCs w:val="24"/>
          <w:lang w:val="ru-RU" w:eastAsia="ru-RU" w:bidi="ru-RU"/>
        </w:rPr>
        <w:t xml:space="preserve">Основой науки математика являются вычисления и построение логических рассуждений на базе знания закономерностей и взаимосвязей между объектами и величинами. </w:t>
      </w: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144FF4">
        <w:rPr>
          <w:rFonts w:ascii="Times New Roman" w:eastAsia="Times New Roman" w:hAnsi="Times New Roman"/>
          <w:sz w:val="24"/>
          <w:szCs w:val="24"/>
          <w:lang w:val="ru-RU" w:eastAsia="ru-RU" w:bidi="ru-RU"/>
        </w:rPr>
        <w:t>Для проверки теоретических знаний проводятся теоретические опросы/тесты, которые оцениваются с выставлением отметки «5», «4», «3», «2» или по принципу «зачет/незачет».</w:t>
      </w: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144FF4">
        <w:rPr>
          <w:rFonts w:ascii="Times New Roman" w:eastAsia="Times New Roman" w:hAnsi="Times New Roman"/>
          <w:sz w:val="24"/>
          <w:szCs w:val="24"/>
          <w:lang w:val="ru-RU" w:eastAsia="ru-RU" w:bidi="ru-RU"/>
        </w:rPr>
        <w:t xml:space="preserve">Для проверки практических и вычислительных навыков проводятся кратковременные практические (самостоятельные) работы продолжительностью не более 15-20 минут, которые также оцениваются с выставлением отметки «5», «4», «3», «2» или по принципу «зачет/незачет». </w:t>
      </w: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144FF4">
        <w:rPr>
          <w:rFonts w:ascii="Times New Roman" w:eastAsia="Times New Roman" w:hAnsi="Times New Roman"/>
          <w:sz w:val="24"/>
          <w:szCs w:val="24"/>
          <w:lang w:val="ru-RU" w:eastAsia="ru-RU" w:bidi="ru-RU"/>
        </w:rPr>
        <w:t>Проведение контрольных работ позволяет связать теоретический материал, изучаемый на уроках математики, с практическим использованием этих знаний. 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заданий.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Theme="majorBidi" w:hAnsiTheme="majorBidi" w:cstheme="majorBidi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Перечень тем для подготовки обучающихся к контрольным работам.</w:t>
      </w: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>В результате аттестации по учебному предмету «Математика» осуществляется комплексная проверка следующих умений и знаний, а также динамика формирования общих компетенций.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№1.</w:t>
      </w:r>
      <w:r w:rsidRPr="00144FF4"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  <w:t xml:space="preserve"> «</w:t>
      </w:r>
      <w:r w:rsidRPr="006A1104"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  <w:t>Натуральные числа и шкалы. Линии на плоскости</w:t>
      </w:r>
      <w:r w:rsidRPr="00144FF4"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bCs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6A1104">
        <w:rPr>
          <w:rFonts w:ascii="Times New Roman" w:hAnsi="Times New Roman"/>
          <w:sz w:val="24"/>
          <w:szCs w:val="24"/>
          <w:lang w:val="ru-RU"/>
        </w:rPr>
        <w:t>Цифры и числа</w:t>
      </w:r>
    </w:p>
    <w:p w:rsidR="00DC3F2C" w:rsidRPr="006A110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lastRenderedPageBreak/>
        <w:t>2.</w:t>
      </w:r>
      <w:r w:rsidRPr="00144FF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6A110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Отрезок и его длина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 </w:t>
      </w:r>
      <w:r>
        <w:rPr>
          <w:rFonts w:ascii="Times New Roman" w:hAnsi="Times New Roman" w:cs="Times New Roman"/>
          <w:sz w:val="24"/>
          <w:szCs w:val="24"/>
          <w:lang w:val="ru-RU"/>
        </w:rPr>
        <w:t>Натуральные числа на координатной прямой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>
        <w:rPr>
          <w:rFonts w:ascii="Times New Roman" w:hAnsi="Times New Roman" w:cs="Times New Roman"/>
          <w:sz w:val="24"/>
          <w:szCs w:val="24"/>
          <w:lang w:val="ru-RU"/>
        </w:rPr>
        <w:t>Сравнение натуральных чисел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№2.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«</w:t>
      </w:r>
      <w:r w:rsidRPr="006A1104">
        <w:rPr>
          <w:rFonts w:ascii="Times New Roman" w:hAnsi="Times New Roman" w:cs="Times New Roman"/>
          <w:b/>
          <w:bCs/>
          <w:sz w:val="24"/>
          <w:szCs w:val="24"/>
          <w:lang w:val="ru-RU"/>
        </w:rPr>
        <w:t>Сложение и вычитание натуральных чисел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>1.</w:t>
      </w:r>
      <w:r w:rsidRPr="00144FF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183043">
        <w:rPr>
          <w:rFonts w:ascii="Times New Roman" w:hAnsi="Times New Roman" w:cs="Times New Roman"/>
          <w:sz w:val="24"/>
          <w:szCs w:val="24"/>
          <w:lang w:val="ru-RU"/>
        </w:rPr>
        <w:t>Действие сложения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183043">
        <w:rPr>
          <w:rFonts w:ascii="Times New Roman" w:hAnsi="Times New Roman" w:cs="Times New Roman"/>
          <w:sz w:val="24"/>
          <w:szCs w:val="24"/>
          <w:lang w:val="ru-RU"/>
        </w:rPr>
        <w:t>Действие вычитания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3. </w:t>
      </w:r>
      <w:r>
        <w:rPr>
          <w:rFonts w:ascii="Times New Roman" w:hAnsi="Times New Roman"/>
          <w:sz w:val="24"/>
          <w:szCs w:val="24"/>
          <w:lang w:val="ru-RU"/>
        </w:rPr>
        <w:t>Свойства сложения и вычитания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№3.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183043">
        <w:rPr>
          <w:rFonts w:ascii="Times New Roman" w:hAnsi="Times New Roman" w:cs="Times New Roman"/>
          <w:b/>
          <w:bCs/>
          <w:sz w:val="24"/>
          <w:szCs w:val="24"/>
          <w:lang w:val="ru-RU"/>
        </w:rPr>
        <w:t>Числовые и буквенные выражения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183043">
        <w:rPr>
          <w:rFonts w:ascii="Times New Roman" w:hAnsi="Times New Roman"/>
          <w:sz w:val="24"/>
          <w:szCs w:val="24"/>
          <w:lang w:val="ru-RU"/>
        </w:rPr>
        <w:t>Числовые и буквенные выражения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183043">
        <w:rPr>
          <w:rFonts w:ascii="Times New Roman" w:hAnsi="Times New Roman"/>
          <w:sz w:val="24"/>
          <w:szCs w:val="24"/>
          <w:lang w:val="ru-RU"/>
        </w:rPr>
        <w:t>Уравнения</w:t>
      </w:r>
    </w:p>
    <w:p w:rsidR="00DC3F2C" w:rsidRPr="00183043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№4.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«</w:t>
      </w:r>
      <w:r w:rsidRPr="00141CB1">
        <w:rPr>
          <w:rFonts w:ascii="Times New Roman" w:hAnsi="Times New Roman" w:cs="Times New Roman"/>
          <w:b/>
          <w:bCs/>
          <w:sz w:val="24"/>
          <w:szCs w:val="24"/>
          <w:lang w:val="ru-RU"/>
        </w:rPr>
        <w:t>Умножение и деление натуральных чисел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ED3207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141CB1">
        <w:rPr>
          <w:rFonts w:ascii="Times New Roman" w:hAnsi="Times New Roman" w:cs="Times New Roman"/>
          <w:sz w:val="24"/>
          <w:szCs w:val="24"/>
          <w:lang w:val="ru-RU"/>
        </w:rPr>
        <w:t>Действие умножения. Свойства умножения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141CB1">
        <w:rPr>
          <w:rFonts w:ascii="Times New Roman" w:hAnsi="Times New Roman" w:cs="Times New Roman"/>
          <w:sz w:val="24"/>
          <w:szCs w:val="24"/>
          <w:lang w:val="ru-RU"/>
        </w:rPr>
        <w:t xml:space="preserve">Действие деления. Свойства деления 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</w:t>
      </w:r>
      <w:r w:rsidRPr="00144FF4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141CB1">
        <w:rPr>
          <w:rFonts w:ascii="Times New Roman" w:hAnsi="Times New Roman" w:cs="Times New Roman"/>
          <w:sz w:val="24"/>
          <w:szCs w:val="24"/>
          <w:lang w:val="ru-RU"/>
        </w:rPr>
        <w:t>Деление с остатком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№5.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141CB1">
        <w:rPr>
          <w:rFonts w:ascii="Times New Roman" w:hAnsi="Times New Roman" w:cs="Times New Roman"/>
          <w:b/>
          <w:bCs/>
          <w:sz w:val="24"/>
          <w:szCs w:val="24"/>
          <w:lang w:val="ru-RU"/>
        </w:rPr>
        <w:t>Упрощение выражений. Степень. Признаки делимости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141CB1">
        <w:rPr>
          <w:rFonts w:ascii="Times New Roman" w:hAnsi="Times New Roman"/>
          <w:sz w:val="24"/>
          <w:szCs w:val="24"/>
          <w:lang w:val="ru-RU"/>
        </w:rPr>
        <w:t>Упрощение выражений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141CB1">
        <w:rPr>
          <w:rFonts w:ascii="Times New Roman" w:hAnsi="Times New Roman"/>
          <w:sz w:val="24"/>
          <w:szCs w:val="24"/>
          <w:lang w:val="ru-RU"/>
        </w:rPr>
        <w:t>Порядок действий в вычислениях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</w:t>
      </w:r>
      <w:r w:rsidRPr="00144FF4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141CB1">
        <w:rPr>
          <w:rFonts w:ascii="Times New Roman" w:hAnsi="Times New Roman"/>
          <w:sz w:val="24"/>
          <w:szCs w:val="24"/>
          <w:lang w:val="ru-RU"/>
        </w:rPr>
        <w:t>Степень с натуральным показателем</w:t>
      </w:r>
      <w:r w:rsidRPr="00144FF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 w:rsidRPr="00141CB1">
        <w:rPr>
          <w:rFonts w:ascii="Times New Roman" w:hAnsi="Times New Roman"/>
          <w:sz w:val="24"/>
          <w:szCs w:val="24"/>
          <w:lang w:val="ru-RU"/>
        </w:rPr>
        <w:t>Делители и кратные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5. </w:t>
      </w:r>
      <w:r w:rsidRPr="00141CB1">
        <w:rPr>
          <w:rFonts w:ascii="Times New Roman" w:hAnsi="Times New Roman"/>
          <w:sz w:val="24"/>
          <w:szCs w:val="24"/>
          <w:lang w:val="ru-RU"/>
        </w:rPr>
        <w:t>Свойства и признаки делимости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6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BF7011">
        <w:rPr>
          <w:rFonts w:ascii="Times New Roman" w:hAnsi="Times New Roman" w:cs="Times New Roman"/>
          <w:b/>
          <w:bCs/>
          <w:sz w:val="24"/>
          <w:szCs w:val="24"/>
          <w:lang w:val="ru-RU"/>
        </w:rPr>
        <w:t>Площади и объемы. Формулы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BF7011">
        <w:rPr>
          <w:rFonts w:ascii="Times New Roman" w:hAnsi="Times New Roman"/>
          <w:sz w:val="24"/>
          <w:szCs w:val="24"/>
          <w:lang w:val="ru-RU"/>
        </w:rPr>
        <w:t>Формулы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BF7011">
        <w:rPr>
          <w:rFonts w:ascii="Times New Roman" w:hAnsi="Times New Roman"/>
          <w:sz w:val="24"/>
          <w:szCs w:val="24"/>
          <w:lang w:val="ru-RU"/>
        </w:rPr>
        <w:t>Площадь. Формула площади прямоугольника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</w:t>
      </w:r>
      <w:r w:rsidRPr="00144FF4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BF7011">
        <w:rPr>
          <w:rFonts w:ascii="Times New Roman" w:hAnsi="Times New Roman"/>
          <w:sz w:val="24"/>
          <w:szCs w:val="24"/>
          <w:lang w:val="ru-RU"/>
        </w:rPr>
        <w:t>Единицы измерения площадей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 w:rsidRPr="00BF7011">
        <w:rPr>
          <w:rFonts w:ascii="Times New Roman" w:hAnsi="Times New Roman"/>
          <w:sz w:val="24"/>
          <w:szCs w:val="24"/>
          <w:lang w:val="ru-RU"/>
        </w:rPr>
        <w:t>Объёмы. Объём прямоугольного параллелепипеда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7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BF7011">
        <w:rPr>
          <w:rFonts w:ascii="Times New Roman" w:hAnsi="Times New Roman" w:cs="Times New Roman"/>
          <w:b/>
          <w:bCs/>
          <w:sz w:val="24"/>
          <w:szCs w:val="24"/>
          <w:lang w:val="ru-RU"/>
        </w:rPr>
        <w:t>Доли и дроби. Сравнение дробей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BF7011">
        <w:rPr>
          <w:rFonts w:ascii="Times New Roman" w:hAnsi="Times New Roman"/>
          <w:sz w:val="24"/>
          <w:szCs w:val="24"/>
          <w:lang w:val="ru-RU"/>
        </w:rPr>
        <w:t>Доли и дроби. Изображение дробей на координатной прямой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BF7011">
        <w:rPr>
          <w:rFonts w:ascii="Times New Roman" w:hAnsi="Times New Roman"/>
          <w:sz w:val="24"/>
          <w:szCs w:val="24"/>
          <w:lang w:val="ru-RU"/>
        </w:rPr>
        <w:t>Сравнение дробей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8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AC131C">
        <w:rPr>
          <w:rFonts w:ascii="Times New Roman" w:hAnsi="Times New Roman" w:cs="Times New Roman"/>
          <w:b/>
          <w:bCs/>
          <w:sz w:val="24"/>
          <w:szCs w:val="24"/>
          <w:lang w:val="ru-RU"/>
        </w:rPr>
        <w:t>Смешанные числа. Сложение и вычитание дробей с одинаковыми знаменателями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AC131C">
        <w:rPr>
          <w:rFonts w:ascii="Times New Roman" w:hAnsi="Times New Roman"/>
          <w:sz w:val="24"/>
          <w:szCs w:val="24"/>
          <w:lang w:val="ru-RU"/>
        </w:rPr>
        <w:t>Основное свойство дроби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AC131C">
        <w:rPr>
          <w:rFonts w:ascii="Times New Roman" w:hAnsi="Times New Roman"/>
          <w:sz w:val="24"/>
          <w:szCs w:val="24"/>
          <w:lang w:val="ru-RU"/>
        </w:rPr>
        <w:t>Сокращение дробей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 </w:t>
      </w:r>
      <w:r w:rsidRPr="00AC131C">
        <w:rPr>
          <w:rFonts w:ascii="Times New Roman" w:hAnsi="Times New Roman"/>
          <w:sz w:val="24"/>
          <w:szCs w:val="24"/>
          <w:lang w:val="ru-RU"/>
        </w:rPr>
        <w:t>Приведение дробей к общему знаменателю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 w:rsidRPr="00AC131C">
        <w:rPr>
          <w:rFonts w:ascii="Times New Roman" w:hAnsi="Times New Roman"/>
          <w:sz w:val="24"/>
          <w:szCs w:val="24"/>
          <w:lang w:val="ru-RU"/>
        </w:rPr>
        <w:t>Сравнение, сложение и вычитание дробей с разными знаменателями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lastRenderedPageBreak/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9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AC131C">
        <w:rPr>
          <w:rFonts w:ascii="Times New Roman" w:hAnsi="Times New Roman" w:cs="Times New Roman"/>
          <w:b/>
          <w:bCs/>
          <w:sz w:val="24"/>
          <w:szCs w:val="24"/>
          <w:lang w:val="ru-RU"/>
        </w:rPr>
        <w:t>Сокращение дробей. Сложение и вычитание дробей с разными знаменателями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AC131C">
        <w:rPr>
          <w:rFonts w:ascii="Times New Roman" w:hAnsi="Times New Roman"/>
          <w:sz w:val="24"/>
          <w:szCs w:val="24"/>
          <w:lang w:val="ru-RU"/>
        </w:rPr>
        <w:t>Сложение и вычитание дробей с одинаковыми знаменателями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AC131C">
        <w:rPr>
          <w:rFonts w:ascii="Times New Roman" w:hAnsi="Times New Roman"/>
          <w:sz w:val="24"/>
          <w:szCs w:val="24"/>
          <w:lang w:val="ru-RU"/>
        </w:rPr>
        <w:t>Смешанные числа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 </w:t>
      </w:r>
      <w:r w:rsidRPr="00AC131C">
        <w:rPr>
          <w:rFonts w:ascii="Times New Roman" w:hAnsi="Times New Roman"/>
          <w:sz w:val="24"/>
          <w:szCs w:val="24"/>
          <w:lang w:val="ru-RU"/>
        </w:rPr>
        <w:t>Сложение и вычитание смешанных чисел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10.</w:t>
      </w:r>
      <w:r w:rsidRPr="007315A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«</w:t>
      </w:r>
      <w:r w:rsidRPr="00553ED7">
        <w:rPr>
          <w:rFonts w:ascii="Times New Roman" w:hAnsi="Times New Roman" w:cs="Times New Roman"/>
          <w:b/>
          <w:bCs/>
          <w:sz w:val="24"/>
          <w:szCs w:val="24"/>
          <w:lang w:val="ru-RU"/>
        </w:rPr>
        <w:t>Умножение и деление дробей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553ED7">
        <w:rPr>
          <w:rFonts w:ascii="Times New Roman" w:hAnsi="Times New Roman"/>
          <w:sz w:val="24"/>
          <w:szCs w:val="24"/>
          <w:lang w:val="ru-RU"/>
        </w:rPr>
        <w:t>Умножения дробей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553ED7">
        <w:rPr>
          <w:rFonts w:ascii="Times New Roman" w:hAnsi="Times New Roman"/>
          <w:sz w:val="24"/>
          <w:szCs w:val="24"/>
          <w:lang w:val="ru-RU"/>
        </w:rPr>
        <w:t>Нахождение части целого</w:t>
      </w:r>
    </w:p>
    <w:p w:rsidR="00DC3F2C" w:rsidRPr="00BA32B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3. </w:t>
      </w:r>
      <w:r w:rsidRPr="00553ED7">
        <w:rPr>
          <w:rFonts w:ascii="Times New Roman" w:hAnsi="Times New Roman" w:cs="Times New Roman"/>
          <w:sz w:val="24"/>
          <w:szCs w:val="24"/>
          <w:lang w:val="ru-RU"/>
        </w:rPr>
        <w:t>Деление дробей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4. </w:t>
      </w:r>
      <w:r w:rsidRPr="00553ED7">
        <w:rPr>
          <w:rFonts w:ascii="Times New Roman" w:hAnsi="Times New Roman" w:cs="Times New Roman"/>
          <w:sz w:val="24"/>
          <w:szCs w:val="24"/>
          <w:lang w:val="ru-RU"/>
        </w:rPr>
        <w:t>Нахождение целого по его части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11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553ED7">
        <w:rPr>
          <w:rFonts w:ascii="Times New Roman" w:hAnsi="Times New Roman" w:cs="Times New Roman"/>
          <w:b/>
          <w:bCs/>
          <w:sz w:val="24"/>
          <w:szCs w:val="24"/>
          <w:lang w:val="ru-RU"/>
        </w:rPr>
        <w:t>Сложение и вычитание десятичных дробей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553ED7">
        <w:rPr>
          <w:rFonts w:ascii="Times New Roman" w:hAnsi="Times New Roman" w:cs="Times New Roman"/>
          <w:sz w:val="24"/>
          <w:szCs w:val="24"/>
          <w:lang w:val="ru-RU"/>
        </w:rPr>
        <w:t>Десятичная запись дробей</w:t>
      </w:r>
    </w:p>
    <w:p w:rsidR="00DC3F2C" w:rsidRPr="00553ED7" w:rsidRDefault="00DC3F2C" w:rsidP="00DC3F2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553ED7">
        <w:rPr>
          <w:rFonts w:ascii="Times New Roman" w:hAnsi="Times New Roman" w:cs="Times New Roman"/>
          <w:sz w:val="24"/>
          <w:szCs w:val="24"/>
          <w:lang w:val="ru-RU"/>
        </w:rPr>
        <w:t>Сравнение десятичных дробей</w:t>
      </w:r>
    </w:p>
    <w:p w:rsidR="00DC3F2C" w:rsidRPr="00B16255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553ED7">
        <w:rPr>
          <w:rFonts w:ascii="Times New Roman" w:hAnsi="Times New Roman" w:cs="Times New Roman"/>
          <w:sz w:val="24"/>
          <w:szCs w:val="24"/>
          <w:lang w:val="ru-RU"/>
        </w:rPr>
        <w:t>Сложение и вычитание десятичных дробей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</w:t>
      </w:r>
      <w:r w:rsidRPr="00144FF4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553ED7">
        <w:rPr>
          <w:rFonts w:ascii="Times New Roman" w:hAnsi="Times New Roman" w:cs="Times New Roman"/>
          <w:sz w:val="24"/>
          <w:szCs w:val="24"/>
          <w:lang w:val="ru-RU"/>
        </w:rPr>
        <w:t>Округление чисел. Прикидка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12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DA7C83">
        <w:rPr>
          <w:rFonts w:ascii="Times New Roman" w:hAnsi="Times New Roman"/>
          <w:b/>
          <w:sz w:val="24"/>
          <w:szCs w:val="24"/>
          <w:lang w:val="ru-RU"/>
        </w:rPr>
        <w:t>Умножение и деление десятичных дробей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DA7C83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DA7C83">
        <w:rPr>
          <w:rFonts w:ascii="Times New Roman" w:hAnsi="Times New Roman"/>
          <w:sz w:val="24"/>
          <w:szCs w:val="24"/>
          <w:lang w:val="ru-RU"/>
        </w:rPr>
        <w:t>Умножение десятичной дроби на натуральное число</w:t>
      </w:r>
    </w:p>
    <w:p w:rsidR="00DC3F2C" w:rsidRPr="00DA7C83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DA7C83">
        <w:rPr>
          <w:rFonts w:ascii="Times New Roman" w:hAnsi="Times New Roman"/>
          <w:sz w:val="24"/>
          <w:szCs w:val="24"/>
          <w:lang w:val="ru-RU"/>
        </w:rPr>
        <w:t>Деление десятичной дроби на натуральное число</w:t>
      </w:r>
    </w:p>
    <w:p w:rsidR="00DC3F2C" w:rsidRPr="00DA7C83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 </w:t>
      </w:r>
      <w:r w:rsidRPr="00DA7C83">
        <w:rPr>
          <w:rFonts w:ascii="Times New Roman" w:hAnsi="Times New Roman"/>
          <w:sz w:val="24"/>
          <w:szCs w:val="24"/>
          <w:lang w:val="ru-RU"/>
        </w:rPr>
        <w:t>Умножение на десятичную дробь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 w:rsidRPr="00DA7C83">
        <w:rPr>
          <w:rFonts w:ascii="Times New Roman" w:hAnsi="Times New Roman"/>
          <w:sz w:val="24"/>
          <w:szCs w:val="24"/>
          <w:lang w:val="ru-RU"/>
        </w:rPr>
        <w:t>Деление на десятичную дробь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13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«</w:t>
      </w:r>
      <w:r w:rsidRPr="00992DDF">
        <w:rPr>
          <w:rFonts w:ascii="Times New Roman" w:hAnsi="Times New Roman" w:cs="Times New Roman"/>
          <w:b/>
          <w:bCs/>
          <w:sz w:val="24"/>
          <w:szCs w:val="24"/>
          <w:lang w:val="ru-RU"/>
        </w:rPr>
        <w:t>Многоугольники. Построения и измерения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992DDF">
        <w:rPr>
          <w:rFonts w:ascii="Times New Roman" w:hAnsi="Times New Roman"/>
          <w:sz w:val="24"/>
          <w:szCs w:val="24"/>
          <w:lang w:val="ru-RU"/>
        </w:rPr>
        <w:t>Виды углов. Чертёжный треугольник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992DDF">
        <w:rPr>
          <w:rFonts w:ascii="Times New Roman" w:hAnsi="Times New Roman"/>
          <w:sz w:val="24"/>
          <w:szCs w:val="24"/>
          <w:lang w:val="ru-RU"/>
        </w:rPr>
        <w:t>Измерение углов. Транспортир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3. </w:t>
      </w:r>
      <w:r w:rsidRPr="00992DDF">
        <w:rPr>
          <w:rFonts w:ascii="Times New Roman" w:hAnsi="Times New Roman"/>
          <w:sz w:val="24"/>
          <w:szCs w:val="24"/>
          <w:lang w:val="ru-RU"/>
        </w:rPr>
        <w:t>Плоскость, прямая, луч, угол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992DDF">
        <w:rPr>
          <w:rFonts w:ascii="Times New Roman" w:hAnsi="Times New Roman" w:cs="Times New Roman"/>
          <w:sz w:val="24"/>
          <w:szCs w:val="24"/>
          <w:lang w:val="ru-RU"/>
        </w:rPr>
        <w:t>Ломаная. Многоугольник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Pr="00C55DFA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№1</w:t>
      </w:r>
      <w:r>
        <w:rPr>
          <w:rFonts w:ascii="Times New Roman" w:hAnsi="Times New Roman"/>
          <w:b/>
          <w:sz w:val="24"/>
          <w:szCs w:val="24"/>
          <w:lang w:val="ru-RU"/>
        </w:rPr>
        <w:t>4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C55DFA">
        <w:rPr>
          <w:rFonts w:ascii="Times New Roman" w:hAnsi="Times New Roman"/>
          <w:b/>
          <w:sz w:val="24"/>
          <w:szCs w:val="24"/>
          <w:lang w:val="ru-RU"/>
        </w:rPr>
        <w:t>Итоговая контрольная работа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повторения: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>
        <w:rPr>
          <w:rFonts w:ascii="Times New Roman" w:hAnsi="Times New Roman"/>
          <w:sz w:val="24"/>
          <w:szCs w:val="24"/>
          <w:lang w:val="ru-RU"/>
        </w:rPr>
        <w:t>Вычисления. Порядок действий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</w:t>
      </w:r>
      <w:r w:rsidRPr="00144FF4">
        <w:rPr>
          <w:rFonts w:ascii="Times New Roman" w:hAnsi="Times New Roman"/>
          <w:sz w:val="24"/>
          <w:szCs w:val="24"/>
          <w:lang w:val="ru-RU"/>
        </w:rPr>
        <w:t>. Решение уравнений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</w:t>
      </w:r>
      <w:r w:rsidRPr="00144FF4">
        <w:rPr>
          <w:rFonts w:ascii="Times New Roman" w:hAnsi="Times New Roman"/>
          <w:sz w:val="24"/>
          <w:szCs w:val="24"/>
          <w:lang w:val="ru-RU"/>
        </w:rPr>
        <w:t>. Решение задач на движение с использованием десятичных дробей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</w:t>
      </w:r>
      <w:r w:rsidRPr="00144FF4">
        <w:rPr>
          <w:rFonts w:ascii="Times New Roman" w:hAnsi="Times New Roman"/>
          <w:sz w:val="24"/>
          <w:szCs w:val="24"/>
          <w:lang w:val="ru-RU"/>
        </w:rPr>
        <w:t>. Объём параллелепипеда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>Система оценки достижений - один из инструментов реализации требований стандарта. Контроль знаний, проводимый в процессе обучения, призван соотнести достижения обучающегося с планируемыми результатами, заложенными в образовательную программу.</w:t>
      </w:r>
    </w:p>
    <w:tbl>
      <w:tblPr>
        <w:tblStyle w:val="af"/>
        <w:tblW w:w="0" w:type="auto"/>
        <w:tblLook w:val="04A0"/>
      </w:tblPr>
      <w:tblGrid>
        <w:gridCol w:w="1129"/>
        <w:gridCol w:w="8492"/>
      </w:tblGrid>
      <w:tr w:rsidR="00DC3F2C" w:rsidRPr="004E18EC" w:rsidTr="008B1FCB">
        <w:tc>
          <w:tcPr>
            <w:tcW w:w="1129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492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оценки результатов</w:t>
            </w:r>
          </w:p>
        </w:tc>
      </w:tr>
      <w:tr w:rsidR="00DC3F2C" w:rsidRPr="00A54441" w:rsidTr="008B1FCB">
        <w:tc>
          <w:tcPr>
            <w:tcW w:w="1129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8492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работа выполнена полностью; в логических рассуждениях и обосновании решения нет пробелов и ошибок; 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      </w:r>
          </w:p>
        </w:tc>
      </w:tr>
      <w:tr w:rsidR="00DC3F2C" w:rsidRPr="00A54441" w:rsidTr="008B1FCB">
        <w:tc>
          <w:tcPr>
            <w:tcW w:w="1129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«4»</w:t>
            </w:r>
          </w:p>
        </w:tc>
        <w:tc>
          <w:tcPr>
            <w:tcW w:w="8492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 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</w:t>
            </w:r>
          </w:p>
        </w:tc>
      </w:tr>
      <w:tr w:rsidR="00DC3F2C" w:rsidRPr="00A54441" w:rsidTr="008B1FCB">
        <w:tc>
          <w:tcPr>
            <w:tcW w:w="1129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8492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допущено более одной ошибки или более двух – трех недочетов в выкладках, чертежах или графиках, но учащийся обладает обязательными умениями по проверяемой теме.</w:t>
            </w:r>
          </w:p>
        </w:tc>
      </w:tr>
      <w:tr w:rsidR="00DC3F2C" w:rsidRPr="00A54441" w:rsidTr="008B1FCB">
        <w:tc>
          <w:tcPr>
            <w:tcW w:w="1129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8492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допущены существенные ошибки, показавшие, что учащийся не обладает обязательными умениями по данной теме в полной мере; полное незнание изученного материала, отсутствия элементарных умений и навыков.</w:t>
            </w:r>
          </w:p>
        </w:tc>
      </w:tr>
    </w:tbl>
    <w:p w:rsidR="00DC3F2C" w:rsidRPr="00144FF4" w:rsidRDefault="00DC3F2C" w:rsidP="00DC3F2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DC3F2C" w:rsidRDefault="00DC3F2C" w:rsidP="00DC3F2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4FF4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Оценка за контроль ключевых компетенций обучающихся производится по пятибалльной системе. </w:t>
      </w:r>
      <w:r w:rsidRPr="00CB21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выполнении заданий ставится отметка, учитывая процент выполненных заданий:</w:t>
      </w:r>
    </w:p>
    <w:p w:rsidR="00DC3F2C" w:rsidRPr="00CB217F" w:rsidRDefault="00DC3F2C" w:rsidP="00DC3F2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0" w:type="auto"/>
        <w:tblLook w:val="04A0"/>
      </w:tblPr>
      <w:tblGrid>
        <w:gridCol w:w="1205"/>
        <w:gridCol w:w="3043"/>
        <w:gridCol w:w="5373"/>
      </w:tblGrid>
      <w:tr w:rsidR="00DC3F2C" w:rsidRPr="00A54441" w:rsidTr="008B1FCB">
        <w:tc>
          <w:tcPr>
            <w:tcW w:w="1205" w:type="dxa"/>
          </w:tcPr>
          <w:p w:rsidR="00DC3F2C" w:rsidRPr="00CB217F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B217F">
              <w:rPr>
                <w:rFonts w:ascii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416" w:type="dxa"/>
            <w:gridSpan w:val="2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Критерии оценки результатов работ, состоящих из заданий обязательного уровня и дополнительных заданий</w:t>
            </w:r>
          </w:p>
        </w:tc>
      </w:tr>
      <w:tr w:rsidR="00DC3F2C" w:rsidRPr="00A54441" w:rsidTr="008B1FCB">
        <w:tc>
          <w:tcPr>
            <w:tcW w:w="1205" w:type="dxa"/>
          </w:tcPr>
          <w:p w:rsidR="00DC3F2C" w:rsidRPr="00CB217F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217F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3043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не менее 85% от всей работы</w:t>
            </w:r>
          </w:p>
        </w:tc>
        <w:tc>
          <w:tcPr>
            <w:tcW w:w="5373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выставляется за ответ, в котором обучающийся демонстрирует глубокое понимание сущности материала, логично его излагает, используя в деятельности</w:t>
            </w:r>
          </w:p>
        </w:tc>
      </w:tr>
      <w:tr w:rsidR="00DC3F2C" w:rsidRPr="00A54441" w:rsidTr="008B1FCB">
        <w:tc>
          <w:tcPr>
            <w:tcW w:w="1205" w:type="dxa"/>
          </w:tcPr>
          <w:p w:rsidR="00DC3F2C" w:rsidRPr="00CB217F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217F">
              <w:rPr>
                <w:rFonts w:ascii="Times New Roman" w:hAnsi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043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от 70% до 84% от всей работы</w:t>
            </w:r>
          </w:p>
        </w:tc>
        <w:tc>
          <w:tcPr>
            <w:tcW w:w="5373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ставится за ответ, в котором содержатся небольшие неточности и незначительные ошибки</w:t>
            </w:r>
          </w:p>
        </w:tc>
      </w:tr>
      <w:tr w:rsidR="00DC3F2C" w:rsidRPr="00A54441" w:rsidTr="008B1FCB">
        <w:tc>
          <w:tcPr>
            <w:tcW w:w="1205" w:type="dxa"/>
          </w:tcPr>
          <w:p w:rsidR="00DC3F2C" w:rsidRPr="00CB217F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217F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043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от 50% до 69% от всей работы, или все задания обязательного уровня</w:t>
            </w:r>
          </w:p>
        </w:tc>
        <w:tc>
          <w:tcPr>
            <w:tcW w:w="5373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получают за ответ, в котором отсутствует логическая последовательность, имеются пробелы в знании материала, нет должной аргументации и умения использовать знания на практике</w:t>
            </w:r>
          </w:p>
        </w:tc>
      </w:tr>
      <w:tr w:rsidR="00DC3F2C" w:rsidRPr="00A54441" w:rsidTr="008B1FCB">
        <w:tc>
          <w:tcPr>
            <w:tcW w:w="1205" w:type="dxa"/>
          </w:tcPr>
          <w:p w:rsidR="00DC3F2C" w:rsidRPr="00CB217F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217F">
              <w:rPr>
                <w:rFonts w:ascii="Times New Roman" w:hAnsi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3043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выполнение заданий менее 50% от общей работы</w:t>
            </w:r>
          </w:p>
        </w:tc>
        <w:tc>
          <w:tcPr>
            <w:tcW w:w="5373" w:type="dxa"/>
          </w:tcPr>
          <w:p w:rsidR="00DC3F2C" w:rsidRPr="00144FF4" w:rsidRDefault="00DC3F2C" w:rsidP="008B1FCB">
            <w:pPr>
              <w:keepNext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выставляется за непонимание и незнание материала программы</w:t>
            </w:r>
          </w:p>
        </w:tc>
      </w:tr>
    </w:tbl>
    <w:p w:rsidR="00DC3F2C" w:rsidRPr="00144FF4" w:rsidRDefault="00DC3F2C" w:rsidP="00DC3F2C">
      <w:pPr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DC3F2C" w:rsidRDefault="00DC3F2C" w:rsidP="00DC3F2C">
      <w:pPr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E18EC">
        <w:rPr>
          <w:rFonts w:ascii="Times New Roman" w:hAnsi="Times New Roman"/>
          <w:b/>
          <w:color w:val="000000"/>
          <w:sz w:val="24"/>
          <w:szCs w:val="24"/>
        </w:rPr>
        <w:t>Общая классификация ошибок.</w:t>
      </w:r>
    </w:p>
    <w:p w:rsidR="00DC3F2C" w:rsidRPr="004E18EC" w:rsidRDefault="00DC3F2C" w:rsidP="00DC3F2C">
      <w:pPr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1413"/>
        <w:gridCol w:w="8208"/>
      </w:tblGrid>
      <w:tr w:rsidR="00DC3F2C" w:rsidRPr="004E18EC" w:rsidTr="008B1FCB">
        <w:tc>
          <w:tcPr>
            <w:tcW w:w="1413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iCs/>
                <w:sz w:val="24"/>
                <w:szCs w:val="24"/>
              </w:rPr>
              <w:t>Виды ошибок</w:t>
            </w:r>
          </w:p>
        </w:tc>
        <w:tc>
          <w:tcPr>
            <w:tcW w:w="8208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iCs/>
                <w:sz w:val="24"/>
                <w:szCs w:val="24"/>
              </w:rPr>
              <w:t>Критерии ошибок</w:t>
            </w:r>
          </w:p>
        </w:tc>
      </w:tr>
      <w:tr w:rsidR="00DC3F2C" w:rsidRPr="00A54441" w:rsidTr="008B1FCB">
        <w:tc>
          <w:tcPr>
            <w:tcW w:w="1413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8EC">
              <w:rPr>
                <w:rFonts w:ascii="Times New Roman" w:hAnsi="Times New Roman"/>
                <w:sz w:val="24"/>
                <w:szCs w:val="24"/>
              </w:rPr>
              <w:t>Грубые ошибки</w:t>
            </w:r>
          </w:p>
        </w:tc>
        <w:tc>
          <w:tcPr>
            <w:tcW w:w="8208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незнание наименований единиц измерения;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выделить в ответе главное;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применять знания, алгоритмы для решения задач;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делать выводы и обобщения;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пользоваться первоисточниками, учебником и справочниками;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вычислительные ошибки, если они не являются опиской;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логические ошибки;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вычислительные ошибки в примерах и задачах;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ошибки на незнание порядка выполнения арифметических действий;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решение задачи (пропуск действий, неправильный выбор действий, лишнее действие);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недоведение до конца решения задачи или примера;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невыполненное задание;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неправильный выбор порядка выполнения действий в выражении;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пропуск нуля в частном при делении натуральных </w:t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lastRenderedPageBreak/>
              <w:t xml:space="preserve">чисел или десятичных дробей;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неправильный выбор действий при решении текстовых задач;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измерение или построение угла с помощью транспортира, связанное с отсутствием умения выбирать нужную шкалу.</w:t>
            </w:r>
          </w:p>
        </w:tc>
      </w:tr>
      <w:tr w:rsidR="00DC3F2C" w:rsidRPr="00A54441" w:rsidTr="008B1FCB">
        <w:tc>
          <w:tcPr>
            <w:tcW w:w="1413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8EC">
              <w:rPr>
                <w:rFonts w:ascii="Times New Roman" w:hAnsi="Times New Roman"/>
                <w:sz w:val="24"/>
                <w:szCs w:val="24"/>
              </w:rPr>
              <w:lastRenderedPageBreak/>
              <w:t>Негрубая ошибка</w:t>
            </w:r>
          </w:p>
        </w:tc>
        <w:tc>
          <w:tcPr>
            <w:tcW w:w="8208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второстепенными;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нерациональный метод решения задачи или недостаточно продуманный план ответа (нарушение логики, подмена отдельных основных вопросов второстепенными);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решать задачи, выполнять задания в общем виде;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неправильная постановка вопроса к действию при решении задачи;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неверно сформулированный ответ задачи;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списывание данных чисел, знаков;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недоведение до конца преобразований.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неправильная ссылка на сочетательный и распределительный законы при вычислениях;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использование в отдельных случаях наименований, например, обозначение единиц длины для единиц площади и объема;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сохранение в окончательном результате при вычислениях или преобразованиях выражений неправильной дроби.</w:t>
            </w:r>
          </w:p>
        </w:tc>
      </w:tr>
      <w:tr w:rsidR="00DC3F2C" w:rsidRPr="00A54441" w:rsidTr="008B1FCB">
        <w:tc>
          <w:tcPr>
            <w:tcW w:w="1413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8EC">
              <w:rPr>
                <w:rFonts w:ascii="Times New Roman" w:hAnsi="Times New Roman"/>
                <w:sz w:val="24"/>
                <w:szCs w:val="24"/>
              </w:rPr>
              <w:t xml:space="preserve">Недочет </w:t>
            </w:r>
          </w:p>
        </w:tc>
        <w:tc>
          <w:tcPr>
            <w:tcW w:w="8208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нерациональные приемы вычислений и преобразований; небрежное выполнение записей, чертежей, схем, графиков.</w:t>
            </w:r>
          </w:p>
        </w:tc>
      </w:tr>
    </w:tbl>
    <w:p w:rsidR="00DC3F2C" w:rsidRPr="00144FF4" w:rsidRDefault="00DC3F2C" w:rsidP="00DC3F2C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Default="00DC3F2C" w:rsidP="00DC3F2C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Ниже в приложении предлагаются примерные варианты контрольных работ, используемые при обучении данного класса. </w:t>
      </w:r>
    </w:p>
    <w:p w:rsidR="00DC3F2C" w:rsidRDefault="00DC3F2C" w:rsidP="00DC3F2C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Default="00DC3F2C" w:rsidP="00DC3F2C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Default="00DC3F2C" w:rsidP="00DC3F2C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Default="00DC3F2C" w:rsidP="00DC3F2C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 w:type="page"/>
      </w:r>
    </w:p>
    <w:p w:rsidR="00DC3F2C" w:rsidRDefault="00DC3F2C" w:rsidP="00DC3F2C">
      <w:pPr>
        <w:rPr>
          <w:rFonts w:ascii="Times New Roman" w:hAnsi="Times New Roman"/>
          <w:sz w:val="24"/>
          <w:szCs w:val="24"/>
          <w:lang w:val="ru-RU"/>
        </w:rPr>
      </w:pPr>
      <w:r w:rsidRPr="005F725E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20130" cy="3867785"/>
            <wp:effectExtent l="0" t="0" r="0" b="0"/>
            <wp:docPr id="861709931" name="Рисунок 861709931" descr="Изображение выглядит как текст, меню, бумага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709931" name="Рисунок 861709931" descr="Изображение выглядит как текст, меню, бумага, книга&#10;&#10;Автоматически созданное описание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2C" w:rsidRDefault="00DC3F2C" w:rsidP="00DC3F2C">
      <w:pPr>
        <w:rPr>
          <w:rFonts w:ascii="Times New Roman" w:hAnsi="Times New Roman"/>
          <w:sz w:val="24"/>
          <w:szCs w:val="24"/>
          <w:lang w:val="ru-RU"/>
        </w:rPr>
      </w:pPr>
      <w:r w:rsidRPr="005F725E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0130" cy="3762375"/>
            <wp:effectExtent l="0" t="0" r="0" b="0"/>
            <wp:docPr id="683940785" name="Рисунок 683940785" descr="Изображение выглядит как текст, меню, Шрифт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940785" name="Рисунок 683940785" descr="Изображение выглядит как текст, меню, Шрифт, бумага&#10;&#10;Автоматически созданное описание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2C" w:rsidRDefault="00DC3F2C" w:rsidP="00DC3F2C">
      <w:pPr>
        <w:rPr>
          <w:rFonts w:ascii="Times New Roman" w:hAnsi="Times New Roman"/>
          <w:sz w:val="24"/>
          <w:szCs w:val="24"/>
          <w:lang w:val="ru-RU"/>
        </w:rPr>
      </w:pPr>
      <w:r w:rsidRPr="005F725E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20130" cy="3780155"/>
            <wp:effectExtent l="0" t="0" r="0" b="0"/>
            <wp:docPr id="2054390552" name="Рисунок 2054390552" descr="Изображение выглядит как текст, меню, бумага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390552" name="Рисунок 2054390552" descr="Изображение выглядит как текст, меню, бумага, книга&#10;&#10;Автоматически созданное описание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2C" w:rsidRDefault="00DC3F2C" w:rsidP="00DC3F2C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 w:type="page"/>
      </w:r>
    </w:p>
    <w:p w:rsidR="00DC3F2C" w:rsidRPr="00E14A76" w:rsidRDefault="00DC3F2C" w:rsidP="00DC3F2C">
      <w:pPr>
        <w:spacing w:after="0"/>
        <w:ind w:left="120"/>
        <w:rPr>
          <w:lang w:val="ru-RU"/>
        </w:rPr>
      </w:pPr>
      <w:r w:rsidRPr="00E14A7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ПОУРОЧНОЕ ПЛАНИРОВАНИЕ </w:t>
      </w:r>
    </w:p>
    <w:p w:rsidR="00DC3F2C" w:rsidRPr="00E14A76" w:rsidRDefault="00DC3F2C" w:rsidP="00DC3F2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E14A76">
        <w:rPr>
          <w:rFonts w:ascii="Times New Roman" w:hAnsi="Times New Roman"/>
          <w:b/>
          <w:color w:val="000000"/>
          <w:sz w:val="28"/>
          <w:lang w:val="ru-RU"/>
        </w:rPr>
        <w:t xml:space="preserve"> 5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«Д»</w:t>
      </w:r>
      <w:r w:rsidRPr="00E14A76">
        <w:rPr>
          <w:rFonts w:ascii="Times New Roman" w:hAnsi="Times New Roman"/>
          <w:b/>
          <w:color w:val="000000"/>
          <w:sz w:val="28"/>
          <w:lang w:val="ru-RU"/>
        </w:rPr>
        <w:t xml:space="preserve"> КЛАСС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      Учитель Громова Евгения Валерьевна</w:t>
      </w:r>
    </w:p>
    <w:p w:rsidR="00DC3F2C" w:rsidRDefault="00DC3F2C" w:rsidP="00DC3F2C">
      <w:pPr>
        <w:spacing w:after="0"/>
        <w:ind w:left="120"/>
        <w:rPr>
          <w:lang w:val="ru-RU"/>
        </w:rPr>
      </w:pPr>
    </w:p>
    <w:tbl>
      <w:tblPr>
        <w:tblStyle w:val="af"/>
        <w:tblW w:w="10289" w:type="dxa"/>
        <w:tblLayout w:type="fixed"/>
        <w:tblLook w:val="04A0"/>
      </w:tblPr>
      <w:tblGrid>
        <w:gridCol w:w="675"/>
        <w:gridCol w:w="5928"/>
        <w:gridCol w:w="1417"/>
        <w:gridCol w:w="1276"/>
        <w:gridCol w:w="993"/>
      </w:tblGrid>
      <w:tr w:rsidR="00DC3F2C" w:rsidRPr="00E110AC" w:rsidTr="008B1FCB">
        <w:trPr>
          <w:trHeight w:val="1441"/>
          <w:tblHeader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№ урока</w:t>
            </w:r>
          </w:p>
        </w:tc>
        <w:tc>
          <w:tcPr>
            <w:tcW w:w="5928" w:type="dxa"/>
            <w:hideMark/>
          </w:tcPr>
          <w:p w:rsidR="00DC3F2C" w:rsidRPr="00E110AC" w:rsidRDefault="00DC3F2C" w:rsidP="008B1FC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Плановые сроки прохождения программы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  <w:lang w:val="ru-RU"/>
              </w:rPr>
              <w:t>Фактические сроки и/или коррекция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28" w:type="dxa"/>
            <w:hideMark/>
          </w:tcPr>
          <w:p w:rsidR="00DC3F2C" w:rsidRPr="00E711F9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Представление числовой информации в таблицах</w:t>
            </w:r>
            <w:r w:rsidRPr="00E711F9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11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Инструктаж по ТБ, ОТ на уроках математики.</w:t>
            </w:r>
          </w:p>
        </w:tc>
        <w:tc>
          <w:tcPr>
            <w:tcW w:w="1417" w:type="dxa"/>
            <w:hideMark/>
          </w:tcPr>
          <w:p w:rsidR="00DC3F2C" w:rsidRPr="00E711F9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711F9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711F9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</w:tcPr>
          <w:p w:rsidR="00DC3F2C" w:rsidRPr="006866A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28" w:type="dxa"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Представление числовой информации в таблицах</w:t>
            </w:r>
          </w:p>
        </w:tc>
        <w:tc>
          <w:tcPr>
            <w:tcW w:w="1417" w:type="dxa"/>
          </w:tcPr>
          <w:p w:rsidR="00DC3F2C" w:rsidRPr="006866A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DC3F2C" w:rsidRPr="006866A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C3F2C" w:rsidRPr="006866A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Цифры и числа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6866A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Цифры и числа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28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Отрезок и его длина. Ломаная. Многоугольник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28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Отрезок и его длина. Ломаная. Многоугольник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928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66A3">
              <w:rPr>
                <w:rFonts w:ascii="Times New Roman" w:hAnsi="Times New Roman"/>
                <w:sz w:val="24"/>
                <w:szCs w:val="24"/>
                <w:lang w:val="ru-RU"/>
              </w:rPr>
              <w:t>Плоскость, представление о плоскости. Прямая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66A3">
              <w:rPr>
                <w:rFonts w:ascii="Times New Roman" w:hAnsi="Times New Roman"/>
                <w:sz w:val="24"/>
                <w:szCs w:val="24"/>
                <w:lang w:val="ru-RU"/>
              </w:rPr>
              <w:t>Прямая, луч, угол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Шкалы и координатная прямая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928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66A3">
              <w:rPr>
                <w:rFonts w:ascii="Times New Roman" w:hAnsi="Times New Roman"/>
                <w:sz w:val="24"/>
                <w:szCs w:val="24"/>
                <w:lang w:val="ru-RU"/>
              </w:rPr>
              <w:t>Координатная прямая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66A3">
              <w:rPr>
                <w:rFonts w:ascii="Times New Roman" w:hAnsi="Times New Roman"/>
                <w:sz w:val="24"/>
                <w:szCs w:val="24"/>
                <w:lang w:val="ru-RU"/>
              </w:rPr>
              <w:t>Сравнение натуральных чисел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натуральных чисел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натуральных чисел</w:t>
            </w:r>
            <w:r w:rsidRPr="00FC7890">
              <w:rPr>
                <w:lang w:val="ru-RU"/>
              </w:rPr>
              <w:t xml:space="preserve"> </w:t>
            </w:r>
            <w:r w:rsidRPr="00FC7890">
              <w:rPr>
                <w:rFonts w:ascii="Times New Roman" w:hAnsi="Times New Roman"/>
                <w:sz w:val="24"/>
                <w:szCs w:val="24"/>
                <w:lang w:val="ru-RU"/>
              </w:rPr>
              <w:t>с помощью рисунка, схемы (таблицы, диаграммы)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hideMark/>
          </w:tcPr>
          <w:p w:rsidR="00DC3F2C" w:rsidRPr="00FC7890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FC7890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FC7890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928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7890">
              <w:rPr>
                <w:rFonts w:ascii="Times New Roman" w:hAnsi="Times New Roman"/>
                <w:sz w:val="24"/>
                <w:szCs w:val="24"/>
                <w:lang w:val="ru-RU"/>
              </w:rPr>
              <w:t>Позиционная и непозиционная запись числа, римская нумерация</w:t>
            </w:r>
          </w:p>
        </w:tc>
        <w:tc>
          <w:tcPr>
            <w:tcW w:w="1417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FC7890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1</w:t>
            </w:r>
          </w:p>
        </w:tc>
        <w:tc>
          <w:tcPr>
            <w:tcW w:w="1417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FC7890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Представление числовой информации в столбчатых диаграммах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6866A3" w:rsidTr="008B1FCB">
        <w:trPr>
          <w:trHeight w:val="315"/>
        </w:trPr>
        <w:tc>
          <w:tcPr>
            <w:tcW w:w="675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928" w:type="dxa"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7890">
              <w:rPr>
                <w:rFonts w:ascii="Times New Roman" w:hAnsi="Times New Roman"/>
                <w:sz w:val="24"/>
                <w:szCs w:val="24"/>
                <w:lang w:val="ru-RU"/>
              </w:rPr>
              <w:t>Чтение информации на диаграммах</w:t>
            </w:r>
          </w:p>
        </w:tc>
        <w:tc>
          <w:tcPr>
            <w:tcW w:w="1417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3F2C" w:rsidRPr="006866A3" w:rsidTr="008B1FCB">
        <w:trPr>
          <w:trHeight w:val="315"/>
        </w:trPr>
        <w:tc>
          <w:tcPr>
            <w:tcW w:w="675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928" w:type="dxa"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7890">
              <w:rPr>
                <w:rFonts w:ascii="Times New Roman" w:hAnsi="Times New Roman"/>
                <w:sz w:val="24"/>
                <w:szCs w:val="24"/>
                <w:lang w:val="ru-RU"/>
              </w:rPr>
              <w:t>Построение столбчатых диаграмм</w:t>
            </w:r>
          </w:p>
        </w:tc>
        <w:tc>
          <w:tcPr>
            <w:tcW w:w="1417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3F2C" w:rsidRPr="00FC1E60" w:rsidTr="008B1FCB">
        <w:trPr>
          <w:trHeight w:val="630"/>
        </w:trPr>
        <w:tc>
          <w:tcPr>
            <w:tcW w:w="675" w:type="dxa"/>
            <w:hideMark/>
          </w:tcPr>
          <w:p w:rsidR="00DC3F2C" w:rsidRPr="001C04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сложения. Свойства сложения</w:t>
            </w:r>
          </w:p>
        </w:tc>
        <w:tc>
          <w:tcPr>
            <w:tcW w:w="1417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928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сложения. Свойства сложения</w:t>
            </w:r>
          </w:p>
        </w:tc>
        <w:tc>
          <w:tcPr>
            <w:tcW w:w="1417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сложения. Свойства сложения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вычитания. Свойства вычитания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вычитания. Свойства вычитания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вычитания. Свойства вычитания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2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315E1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Числовые и буквенные выражения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315E1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Числовые и буквенные выражения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315E1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Числовые и буквенные выражения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315E1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Числовые и буквенные выражения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Уравнения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Уравнения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Уравнения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3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умножения. Свойства умножения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умножения. Свойства умножения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умножения. Свойства умножения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деления. Свойства деления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деления. Свойства деления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деления. Свойства деления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деления. Свойства деления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с остатком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с остатком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с остатком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4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962AC6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Упрощение выражений</w:t>
            </w:r>
          </w:p>
        </w:tc>
        <w:tc>
          <w:tcPr>
            <w:tcW w:w="1417" w:type="dxa"/>
            <w:hideMark/>
          </w:tcPr>
          <w:p w:rsidR="00DC3F2C" w:rsidRPr="00962AC6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962AC6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962AC6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Упрощение выражений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Упрощение выражений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Упрощение выражений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Порядок действий в вычислениях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Порядок действий в вычислениях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Порядок действий в вычислениях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Степень с натуральным показателем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Степень с натуральным показателем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Делители и кратные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Делители и кратные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5928" w:type="dxa"/>
            <w:noWrap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Делители и кратные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Свойства и признаки делимости</w:t>
            </w:r>
          </w:p>
        </w:tc>
        <w:tc>
          <w:tcPr>
            <w:tcW w:w="1417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Свойства и признаки делимости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Свойства и признаки делимости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Свойства и признаки делимости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№ 5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737A69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Формулы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6E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Фигуры на плоскости, многоугольники. Треугольник, </w:t>
            </w:r>
            <w:r w:rsidRPr="00B826E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виды треугольников. Четырёхугольники: прямоугольник, квадрат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6E7">
              <w:rPr>
                <w:rFonts w:ascii="Times New Roman" w:hAnsi="Times New Roman"/>
                <w:sz w:val="24"/>
                <w:szCs w:val="24"/>
                <w:lang w:val="ru-RU"/>
              </w:rPr>
              <w:t>Периметр фигуры, формулы для вычисления периметра</w:t>
            </w:r>
          </w:p>
        </w:tc>
        <w:tc>
          <w:tcPr>
            <w:tcW w:w="1417" w:type="dxa"/>
            <w:hideMark/>
          </w:tcPr>
          <w:p w:rsidR="00DC3F2C" w:rsidRPr="00B826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B826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B826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6E7">
              <w:rPr>
                <w:rFonts w:ascii="Times New Roman" w:hAnsi="Times New Roman"/>
                <w:sz w:val="24"/>
                <w:szCs w:val="24"/>
                <w:lang w:val="ru-RU"/>
              </w:rPr>
              <w:t>Понятие о площади. Площадь единичного квадрата. Единицы измерения площади. Площадь квадра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та</w:t>
            </w:r>
          </w:p>
        </w:tc>
        <w:tc>
          <w:tcPr>
            <w:tcW w:w="1417" w:type="dxa"/>
            <w:hideMark/>
          </w:tcPr>
          <w:p w:rsidR="00DC3F2C" w:rsidRPr="00B826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B826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B826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3FE1">
              <w:rPr>
                <w:rFonts w:ascii="Times New Roman" w:hAnsi="Times New Roman"/>
                <w:sz w:val="24"/>
                <w:szCs w:val="24"/>
                <w:lang w:val="ru-RU"/>
              </w:rPr>
              <w:t>Единицы измерения площадей. Площадь прямоугольника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3FE1">
              <w:rPr>
                <w:rFonts w:ascii="Times New Roman" w:hAnsi="Times New Roman"/>
                <w:sz w:val="24"/>
                <w:szCs w:val="24"/>
                <w:lang w:val="ru-RU"/>
              </w:rPr>
              <w:t>Тела и фигуры в пространстве. Прямоугольный параллелепипед и его свойства. Куб. Свойства куба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3FE1">
              <w:rPr>
                <w:rFonts w:ascii="Times New Roman" w:hAnsi="Times New Roman"/>
                <w:sz w:val="24"/>
                <w:szCs w:val="24"/>
                <w:lang w:val="ru-RU"/>
              </w:rPr>
              <w:t>Измерения параллелепипеда. Понятие поверхности. Площадь поверхности куба и прямоугольного параллелепипеда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3FE1">
              <w:rPr>
                <w:rFonts w:ascii="Times New Roman" w:hAnsi="Times New Roman"/>
                <w:sz w:val="24"/>
                <w:szCs w:val="24"/>
                <w:lang w:val="ru-RU"/>
              </w:rPr>
              <w:t>Понятие объёма. Единичный куб. Единицы измерения объёма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Объёмы. Объём прямоугольного параллелепипеда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№6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96544">
              <w:rPr>
                <w:rFonts w:ascii="Times New Roman" w:hAnsi="Times New Roman"/>
                <w:sz w:val="24"/>
                <w:szCs w:val="24"/>
                <w:lang w:val="ru-RU"/>
              </w:rPr>
              <w:t>Окружность, круг. Примеры фигур, содержащих окружность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C56893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Окружность, круг, шар, цилиндр</w:t>
            </w:r>
          </w:p>
        </w:tc>
        <w:tc>
          <w:tcPr>
            <w:tcW w:w="1417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F52ED">
              <w:rPr>
                <w:rFonts w:ascii="Times New Roman" w:hAnsi="Times New Roman"/>
                <w:sz w:val="24"/>
                <w:szCs w:val="24"/>
                <w:lang w:val="ru-RU"/>
              </w:rPr>
              <w:t>Доли и дроби. Доли. Обыкновенные дроби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79FF">
              <w:rPr>
                <w:rFonts w:ascii="Times New Roman" w:hAnsi="Times New Roman"/>
                <w:sz w:val="24"/>
                <w:szCs w:val="24"/>
                <w:lang w:val="ru-RU"/>
              </w:rPr>
              <w:t>Доли и дроби. Изображение дробей на координатном луче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79FF">
              <w:rPr>
                <w:rFonts w:ascii="Times New Roman" w:hAnsi="Times New Roman"/>
                <w:sz w:val="24"/>
                <w:szCs w:val="24"/>
                <w:lang w:val="ru-RU"/>
              </w:rPr>
              <w:t>Доли и дроби. Изображение дробей на координатном луче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79FF">
              <w:rPr>
                <w:rFonts w:ascii="Times New Roman" w:hAnsi="Times New Roman"/>
                <w:sz w:val="24"/>
                <w:szCs w:val="24"/>
                <w:lang w:val="ru-RU"/>
              </w:rPr>
              <w:t>Доли и дроби. Изображение дробей на координатном луче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дробей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дробей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дробей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Правильные и неправильные дроби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Правильные и неправильные дроби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№7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Сложение и вычитание дробей с одинаковыми </w:t>
            </w: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знаменателями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натуральных чисел и дроби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натуральных чисел и дроби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Смешанные числа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C56893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Смешанные числа</w:t>
            </w:r>
          </w:p>
        </w:tc>
        <w:tc>
          <w:tcPr>
            <w:tcW w:w="1417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630"/>
        </w:trPr>
        <w:tc>
          <w:tcPr>
            <w:tcW w:w="675" w:type="dxa"/>
            <w:hideMark/>
          </w:tcPr>
          <w:p w:rsidR="00DC3F2C" w:rsidRPr="005D4F35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8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Основное свойство дроби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Сокращение дробей 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Сокращение дробей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п.9стр63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9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Умножения дробей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Умножения дробей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части целого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части целого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части целого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303B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дробей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дробей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202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целого по его части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целого по его части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целого по его части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3D3C2E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10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3D3C2E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Десятичная запись дробей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3D3C2E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Десятичная запись дробей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3D3C2E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119</w:t>
            </w:r>
          </w:p>
        </w:tc>
        <w:tc>
          <w:tcPr>
            <w:tcW w:w="5928" w:type="dxa"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3C2E">
              <w:rPr>
                <w:rFonts w:ascii="Times New Roman" w:hAnsi="Times New Roman"/>
                <w:sz w:val="24"/>
                <w:szCs w:val="24"/>
                <w:lang w:val="ru-RU"/>
              </w:rPr>
              <w:t>Величины и десятичные дроби</w:t>
            </w:r>
          </w:p>
        </w:tc>
        <w:tc>
          <w:tcPr>
            <w:tcW w:w="1417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десятичных дробей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десятичных дробей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Округление чисел. Прикидка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6866A3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Округление чисел. Прикидка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DC3F2C" w:rsidRPr="003D3C2E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3D3C2E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3D3C2E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11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на десятичную дробь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на десятичную дробь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на десятичную дробь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на десятичную дробь</w:t>
            </w:r>
          </w:p>
        </w:tc>
        <w:tc>
          <w:tcPr>
            <w:tcW w:w="1417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на десятичную дробь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десятичную дробь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десятичную дробь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303B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десятичную дробь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десятичную дробь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десятичную дробь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149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A45DD">
              <w:rPr>
                <w:rFonts w:ascii="Times New Roman" w:hAnsi="Times New Roman"/>
                <w:sz w:val="24"/>
                <w:szCs w:val="24"/>
                <w:lang w:val="ru-RU"/>
              </w:rPr>
              <w:t>Решение задач с десятичными дробям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</w:p>
        </w:tc>
        <w:tc>
          <w:tcPr>
            <w:tcW w:w="1417" w:type="dxa"/>
            <w:hideMark/>
          </w:tcPr>
          <w:p w:rsidR="00DC3F2C" w:rsidRPr="00EA45DD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A45DD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A45DD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A45DD">
              <w:rPr>
                <w:rFonts w:ascii="Times New Roman" w:hAnsi="Times New Roman"/>
                <w:sz w:val="24"/>
                <w:szCs w:val="24"/>
                <w:lang w:val="ru-RU"/>
              </w:rPr>
              <w:t>Решение задач с десятичными дробям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12</w:t>
            </w:r>
          </w:p>
        </w:tc>
        <w:tc>
          <w:tcPr>
            <w:tcW w:w="1417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Калькулятор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Калькулятор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Калькулятор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5928" w:type="dxa"/>
            <w:vAlign w:val="center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Виды углов. Чертёжный треугольник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5928" w:type="dxa"/>
            <w:vAlign w:val="center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Виды углов. Чертёжный треугольник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5928" w:type="dxa"/>
            <w:vAlign w:val="center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Виды углов. Чертёжный треугольник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5928" w:type="dxa"/>
            <w:vAlign w:val="center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Виды углов. Чертёжный треугольник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5928" w:type="dxa"/>
            <w:noWrap/>
            <w:vAlign w:val="center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Измерение углов. Транспортир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5928" w:type="dxa"/>
            <w:noWrap/>
            <w:vAlign w:val="center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Измерение углов. Транспортир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254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Измерение углов. Транспортир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216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№13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178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112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216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2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268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5928" w:type="dxa"/>
            <w:vAlign w:val="center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Итоговая контрольная работа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5928" w:type="dxa"/>
            <w:vAlign w:val="center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34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25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DC3F2C" w:rsidRPr="00E14A76" w:rsidRDefault="00DC3F2C" w:rsidP="00DC3F2C">
      <w:pPr>
        <w:spacing w:after="0"/>
        <w:ind w:left="120"/>
        <w:rPr>
          <w:lang w:val="ru-RU"/>
        </w:rPr>
      </w:pPr>
    </w:p>
    <w:p w:rsidR="00DC3F2C" w:rsidRPr="00E14A76" w:rsidRDefault="00DC3F2C" w:rsidP="00DC3F2C">
      <w:pPr>
        <w:rPr>
          <w:lang w:val="ru-RU"/>
        </w:rPr>
        <w:sectPr w:rsidR="00DC3F2C" w:rsidRPr="00E14A76" w:rsidSect="00EF175E">
          <w:pgSz w:w="11906" w:h="16383"/>
          <w:pgMar w:top="850" w:right="707" w:bottom="1701" w:left="1134" w:header="720" w:footer="720" w:gutter="0"/>
          <w:cols w:space="720"/>
          <w:docGrid w:linePitch="299"/>
        </w:sectPr>
      </w:pPr>
    </w:p>
    <w:p w:rsidR="00DC3F2C" w:rsidRPr="00D61B41" w:rsidRDefault="00DC3F2C" w:rsidP="00DC3F2C">
      <w:pPr>
        <w:spacing w:after="0"/>
        <w:ind w:left="120"/>
        <w:rPr>
          <w:lang w:val="ru-RU"/>
        </w:rPr>
      </w:pPr>
      <w:r w:rsidRPr="00D61B41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DC3F2C" w:rsidRPr="00D61B41" w:rsidRDefault="00DC3F2C" w:rsidP="00DC3F2C">
      <w:pPr>
        <w:spacing w:after="0" w:line="480" w:lineRule="auto"/>
        <w:ind w:left="120"/>
        <w:rPr>
          <w:lang w:val="ru-RU"/>
        </w:rPr>
      </w:pPr>
      <w:r w:rsidRPr="00D61B41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DC3F2C" w:rsidRPr="00D61B41" w:rsidRDefault="00DC3F2C" w:rsidP="00DC3F2C">
      <w:pPr>
        <w:spacing w:after="0"/>
        <w:ind w:left="119"/>
        <w:contextualSpacing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Математика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5 класс : базовый уровень : учебник : в 2 частях / Н.Я. Виленкин, В.И. Жохов, А.С. Чесноков и др. – Москва : Просвещение, 2023</w:t>
      </w:r>
    </w:p>
    <w:p w:rsidR="00DC3F2C" w:rsidRPr="00D61B41" w:rsidRDefault="00DC3F2C" w:rsidP="00DC3F2C">
      <w:pPr>
        <w:spacing w:after="0"/>
        <w:ind w:left="120"/>
        <w:rPr>
          <w:lang w:val="ru-RU"/>
        </w:rPr>
      </w:pPr>
      <w:r w:rsidRPr="00D61B41">
        <w:rPr>
          <w:rFonts w:ascii="Times New Roman" w:hAnsi="Times New Roman"/>
          <w:color w:val="000000"/>
          <w:sz w:val="28"/>
          <w:lang w:val="ru-RU"/>
        </w:rPr>
        <w:t>​</w:t>
      </w:r>
    </w:p>
    <w:p w:rsidR="00DC3F2C" w:rsidRPr="00D61B41" w:rsidRDefault="00DC3F2C" w:rsidP="00DC3F2C">
      <w:pPr>
        <w:spacing w:after="0" w:line="480" w:lineRule="auto"/>
        <w:ind w:left="120"/>
        <w:rPr>
          <w:lang w:val="ru-RU"/>
        </w:rPr>
      </w:pPr>
      <w:r w:rsidRPr="00D61B4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C3F2C" w:rsidRDefault="00DC3F2C" w:rsidP="00DC3F2C">
      <w:pPr>
        <w:spacing w:after="0"/>
        <w:ind w:left="119"/>
        <w:contextualSpacing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Методические рекомендации</w:t>
      </w:r>
    </w:p>
    <w:p w:rsidR="00DC3F2C" w:rsidRPr="006B1E59" w:rsidRDefault="00DC3F2C" w:rsidP="00DC3F2C">
      <w:pPr>
        <w:spacing w:after="0"/>
        <w:ind w:left="119"/>
        <w:contextualSpacing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Математика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5 класс : базовый уровень : контрольные работы. Учебное пособие / Л.Б. Крайнева – М.: Просвещение, 2023</w:t>
      </w:r>
    </w:p>
    <w:p w:rsidR="00DC3F2C" w:rsidRPr="00D61B41" w:rsidRDefault="00DC3F2C" w:rsidP="00DC3F2C">
      <w:pPr>
        <w:spacing w:after="0"/>
        <w:ind w:left="120"/>
        <w:rPr>
          <w:lang w:val="ru-RU"/>
        </w:rPr>
      </w:pPr>
    </w:p>
    <w:p w:rsidR="00DC3F2C" w:rsidRPr="00DC678B" w:rsidRDefault="00DC3F2C" w:rsidP="00DC3F2C">
      <w:pPr>
        <w:spacing w:after="0" w:line="480" w:lineRule="auto"/>
        <w:ind w:left="120"/>
        <w:rPr>
          <w:lang w:val="ru-RU"/>
        </w:rPr>
      </w:pPr>
      <w:r w:rsidRPr="00DC678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C3F2C" w:rsidRPr="002E6396" w:rsidRDefault="00DC3F2C" w:rsidP="00DC3F2C">
      <w:pPr>
        <w:spacing w:after="0"/>
        <w:ind w:left="119"/>
        <w:contextualSpacing/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</w:pPr>
      <w:r w:rsidRPr="00805DF9">
        <w:rPr>
          <w:rFonts w:ascii="Times New Roman" w:hAnsi="Times New Roman"/>
          <w:color w:val="000000"/>
          <w:sz w:val="28"/>
          <w:lang w:val="ru-RU"/>
        </w:rPr>
        <w:t>Библиотека ЦОК</w:t>
      </w:r>
      <w:r w:rsidRPr="00DC678B">
        <w:rPr>
          <w:rFonts w:ascii="Times New Roman" w:hAnsi="Times New Roman"/>
          <w:color w:val="000000"/>
          <w:sz w:val="24"/>
          <w:lang w:val="ru-RU"/>
        </w:rPr>
        <w:t xml:space="preserve"> </w:t>
      </w:r>
      <w:hyperlink r:id="rId41"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://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m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.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edsoo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.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ru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/7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f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4131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ce</w:t>
        </w:r>
      </w:hyperlink>
    </w:p>
    <w:p w:rsidR="00DC3F2C" w:rsidRPr="00F236E4" w:rsidRDefault="00DC3F2C" w:rsidP="00DC3F2C">
      <w:pPr>
        <w:spacing w:after="0"/>
        <w:ind w:left="119"/>
        <w:contextualSpacing/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Библиотека МЭШ </w:t>
      </w:r>
      <w:hyperlink r:id="rId42" w:history="1"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https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uchebnik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mos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ru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catalogue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?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class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_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level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_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ids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=5&amp;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subject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_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program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_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ids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=31937337</w:t>
        </w:r>
      </w:hyperlink>
    </w:p>
    <w:p w:rsidR="00DC3F2C" w:rsidRPr="00805DF9" w:rsidRDefault="00DC3F2C" w:rsidP="00DC3F2C">
      <w:pPr>
        <w:spacing w:after="0"/>
        <w:ind w:left="119"/>
        <w:contextualSpacing/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</w:pPr>
      <w:r w:rsidRPr="00805DF9">
        <w:rPr>
          <w:rFonts w:ascii="Times New Roman" w:hAnsi="Times New Roman"/>
          <w:color w:val="000000"/>
          <w:sz w:val="28"/>
          <w:lang w:val="ru-RU"/>
        </w:rPr>
        <w:t>Библиотека РЭШ</w:t>
      </w:r>
      <w:r>
        <w:rPr>
          <w:lang w:val="ru-RU"/>
        </w:rPr>
        <w:t xml:space="preserve"> </w:t>
      </w:r>
      <w:hyperlink r:id="rId43" w:history="1">
        <w:r w:rsidRPr="00805DF9">
          <w:rPr>
            <w:rFonts w:ascii="Times New Roman" w:hAnsi="Times New Roman" w:cs="Times New Roman"/>
            <w:color w:val="0000FF"/>
            <w:sz w:val="28"/>
            <w:szCs w:val="28"/>
          </w:rPr>
          <w:t>https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lang w:val="ru-RU"/>
          </w:rPr>
          <w:t>://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</w:rPr>
          <w:t>resh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lang w:val="ru-RU"/>
          </w:rPr>
          <w:t>.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</w:rPr>
          <w:t>edu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lang w:val="ru-RU"/>
          </w:rPr>
          <w:t>.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</w:rPr>
          <w:t>ru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lang w:val="ru-RU"/>
          </w:rPr>
          <w:t>/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</w:rPr>
          <w:t>subject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lang w:val="ru-RU"/>
          </w:rPr>
          <w:t>/12/5/</w:t>
        </w:r>
      </w:hyperlink>
    </w:p>
    <w:p w:rsidR="00DC3F2C" w:rsidRPr="00805DF9" w:rsidRDefault="00DC3F2C" w:rsidP="00DC3F2C">
      <w:pPr>
        <w:spacing w:after="0" w:line="480" w:lineRule="auto"/>
        <w:ind w:left="120"/>
        <w:rPr>
          <w:lang w:val="ru-RU"/>
        </w:rPr>
      </w:pPr>
      <w:r w:rsidRPr="00805DF9">
        <w:rPr>
          <w:rFonts w:ascii="Times New Roman" w:hAnsi="Times New Roman"/>
          <w:color w:val="000000"/>
          <w:sz w:val="28"/>
          <w:lang w:val="ru-RU"/>
        </w:rPr>
        <w:t>​</w:t>
      </w:r>
      <w:r w:rsidRPr="00805DF9">
        <w:rPr>
          <w:rFonts w:ascii="Times New Roman" w:hAnsi="Times New Roman"/>
          <w:color w:val="333333"/>
          <w:sz w:val="28"/>
          <w:lang w:val="ru-RU"/>
        </w:rPr>
        <w:t>​‌‌</w:t>
      </w:r>
      <w:r w:rsidRPr="00805DF9">
        <w:rPr>
          <w:rFonts w:ascii="Times New Roman" w:hAnsi="Times New Roman"/>
          <w:color w:val="000000"/>
          <w:sz w:val="28"/>
          <w:lang w:val="ru-RU"/>
        </w:rPr>
        <w:t>​</w:t>
      </w:r>
    </w:p>
    <w:p w:rsidR="00DC3F2C" w:rsidRDefault="00DC3F2C" w:rsidP="00DC3F2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  <w:sectPr w:rsidR="00DC3F2C" w:rsidSect="00D61B41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DC3F2C" w:rsidRPr="00400668" w:rsidRDefault="00DC3F2C" w:rsidP="00DC3F2C">
      <w:pPr>
        <w:contextualSpacing/>
        <w:jc w:val="right"/>
        <w:rPr>
          <w:rFonts w:asciiTheme="majorBidi" w:hAnsiTheme="majorBidi" w:cstheme="majorBidi"/>
          <w:bCs/>
          <w:lang w:val="ru-RU"/>
        </w:rPr>
      </w:pPr>
      <w:r w:rsidRPr="00400668">
        <w:rPr>
          <w:rFonts w:asciiTheme="majorBidi" w:hAnsiTheme="majorBidi" w:cstheme="majorBidi"/>
          <w:b/>
          <w:bCs/>
          <w:lang w:val="ru-RU"/>
        </w:rPr>
        <w:lastRenderedPageBreak/>
        <w:t>ПРИЛОЖЕНИЕ №</w:t>
      </w:r>
      <w:r w:rsidRPr="00400668">
        <w:rPr>
          <w:rFonts w:asciiTheme="majorBidi" w:hAnsiTheme="majorBidi" w:cstheme="majorBidi"/>
          <w:bCs/>
          <w:u w:val="single"/>
          <w:lang w:val="ru-RU"/>
        </w:rPr>
        <w:tab/>
        <w:t xml:space="preserve">    </w:t>
      </w:r>
      <w:r w:rsidRPr="00400668">
        <w:rPr>
          <w:rFonts w:asciiTheme="majorBidi" w:hAnsiTheme="majorBidi" w:cstheme="majorBidi"/>
          <w:bCs/>
          <w:u w:val="single"/>
          <w:lang w:val="ru-RU"/>
        </w:rPr>
        <w:tab/>
      </w:r>
    </w:p>
    <w:p w:rsidR="00DC3F2C" w:rsidRPr="00E711F9" w:rsidRDefault="00DC3F2C" w:rsidP="00DC3F2C">
      <w:pPr>
        <w:spacing w:line="240" w:lineRule="auto"/>
        <w:contextualSpacing/>
        <w:jc w:val="right"/>
        <w:rPr>
          <w:rFonts w:asciiTheme="majorBidi" w:hAnsiTheme="majorBidi" w:cstheme="majorBidi"/>
          <w:bCs/>
          <w:lang w:val="ru-RU"/>
        </w:rPr>
      </w:pPr>
    </w:p>
    <w:p w:rsidR="00DC3F2C" w:rsidRPr="00400668" w:rsidRDefault="00DC3F2C" w:rsidP="00DC3F2C">
      <w:pPr>
        <w:spacing w:line="240" w:lineRule="auto"/>
        <w:contextualSpacing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400668">
        <w:rPr>
          <w:rFonts w:ascii="Times New Roman" w:eastAsia="Times New Roman" w:hAnsi="Times New Roman"/>
          <w:sz w:val="24"/>
          <w:szCs w:val="24"/>
          <w:lang w:val="ru-RU" w:eastAsia="ru-RU" w:bidi="ru-RU"/>
        </w:rPr>
        <w:t>Учитель математики:</w:t>
      </w:r>
      <w:r w:rsidRPr="009A10B3">
        <w:rPr>
          <w:rFonts w:ascii="Times New Roman" w:eastAsia="Times New Roman" w:hAnsi="Times New Roman"/>
          <w:sz w:val="24"/>
          <w:szCs w:val="24"/>
          <w:lang w:val="ru-RU" w:eastAsia="ru-RU" w:bidi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ru-RU" w:eastAsia="ru-RU" w:bidi="ru-RU"/>
        </w:rPr>
        <w:t>Громова Е.В</w:t>
      </w:r>
      <w:r w:rsidRPr="00400668">
        <w:rPr>
          <w:rFonts w:ascii="Times New Roman" w:eastAsia="Times New Roman" w:hAnsi="Times New Roman"/>
          <w:sz w:val="24"/>
          <w:szCs w:val="24"/>
          <w:lang w:val="ru-RU" w:eastAsia="ru-RU" w:bidi="ru-RU"/>
        </w:rPr>
        <w:t>.</w:t>
      </w:r>
    </w:p>
    <w:p w:rsidR="00DC3F2C" w:rsidRPr="00400668" w:rsidRDefault="00DC3F2C" w:rsidP="00DC3F2C">
      <w:pPr>
        <w:spacing w:line="240" w:lineRule="auto"/>
        <w:contextualSpacing/>
        <w:jc w:val="right"/>
        <w:rPr>
          <w:rFonts w:asciiTheme="majorBidi" w:hAnsiTheme="majorBidi" w:cstheme="majorBidi"/>
          <w:b/>
          <w:bCs/>
          <w:sz w:val="24"/>
          <w:szCs w:val="24"/>
          <w:u w:val="single"/>
          <w:lang w:val="ru-RU"/>
        </w:rPr>
      </w:pPr>
    </w:p>
    <w:p w:rsidR="00DC3F2C" w:rsidRPr="00400668" w:rsidRDefault="00DC3F2C" w:rsidP="00DC3F2C">
      <w:pPr>
        <w:spacing w:line="240" w:lineRule="auto"/>
        <w:contextualSpacing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ru-RU"/>
        </w:rPr>
      </w:pPr>
      <w:r w:rsidRPr="00400668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ru-RU"/>
        </w:rPr>
        <w:t>ОЦЕНОЧНЫЕ ПРОЦЕДУРЫ</w:t>
      </w:r>
    </w:p>
    <w:p w:rsidR="00DC3F2C" w:rsidRPr="00400668" w:rsidRDefault="00DC3F2C" w:rsidP="00DC3F2C">
      <w:pPr>
        <w:spacing w:line="240" w:lineRule="auto"/>
        <w:contextualSpacing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val="ru-RU"/>
        </w:rPr>
      </w:pPr>
      <w:r w:rsidRPr="00400668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ru-RU"/>
        </w:rPr>
        <w:t xml:space="preserve">по предмету </w:t>
      </w:r>
      <w:r w:rsidRPr="00400668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val="ru-RU"/>
        </w:rPr>
        <w:t>МАТЕМАТИКА, 5 «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val="ru-RU"/>
        </w:rPr>
        <w:t>Д</w:t>
      </w:r>
      <w:r w:rsidRPr="00400668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val="ru-RU"/>
        </w:rPr>
        <w:t>» класс</w:t>
      </w:r>
    </w:p>
    <w:p w:rsidR="00DC3F2C" w:rsidRPr="00400668" w:rsidRDefault="00DC3F2C" w:rsidP="00DC3F2C">
      <w:pPr>
        <w:spacing w:line="240" w:lineRule="auto"/>
        <w:contextualSpacing/>
        <w:jc w:val="center"/>
        <w:rPr>
          <w:rFonts w:asciiTheme="majorBidi" w:hAnsiTheme="majorBidi" w:cstheme="majorBidi"/>
          <w:b/>
          <w:bCs/>
          <w:color w:val="000000" w:themeColor="text1"/>
          <w:lang w:val="ru-RU"/>
        </w:rPr>
      </w:pPr>
    </w:p>
    <w:tbl>
      <w:tblPr>
        <w:tblStyle w:val="af"/>
        <w:tblW w:w="0" w:type="auto"/>
        <w:tblLook w:val="04A0"/>
      </w:tblPr>
      <w:tblGrid>
        <w:gridCol w:w="1310"/>
        <w:gridCol w:w="2944"/>
        <w:gridCol w:w="5618"/>
      </w:tblGrid>
      <w:tr w:rsidR="00DC3F2C" w:rsidRPr="00A54441" w:rsidTr="008B1FCB">
        <w:tc>
          <w:tcPr>
            <w:tcW w:w="9872" w:type="dxa"/>
            <w:gridSpan w:val="3"/>
          </w:tcPr>
          <w:p w:rsidR="00DC3F2C" w:rsidRPr="00144FF4" w:rsidRDefault="00DC3F2C" w:rsidP="008B1FCB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</w:pPr>
            <w:r w:rsidRPr="00144FF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ru-RU"/>
              </w:rPr>
              <w:t>График проведения для 5 «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ru-RU"/>
              </w:rPr>
              <w:t>Д</w:t>
            </w:r>
            <w:r w:rsidRPr="00144FF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ru-RU"/>
              </w:rPr>
              <w:t>» класса</w:t>
            </w:r>
          </w:p>
        </w:tc>
      </w:tr>
      <w:tr w:rsidR="00DC3F2C" w:rsidRPr="004E18EC" w:rsidTr="008B1FCB">
        <w:tc>
          <w:tcPr>
            <w:tcW w:w="1310" w:type="dxa"/>
          </w:tcPr>
          <w:p w:rsidR="00DC3F2C" w:rsidRPr="004E18EC" w:rsidRDefault="00DC3F2C" w:rsidP="008B1FCB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18E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18E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Вид оценочной работы</w:t>
            </w:r>
          </w:p>
        </w:tc>
        <w:tc>
          <w:tcPr>
            <w:tcW w:w="5618" w:type="dxa"/>
          </w:tcPr>
          <w:p w:rsidR="00DC3F2C" w:rsidRPr="004E18EC" w:rsidRDefault="00DC3F2C" w:rsidP="008B1FCB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18E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Название работы</w:t>
            </w:r>
          </w:p>
        </w:tc>
      </w:tr>
      <w:tr w:rsidR="00DC3F2C" w:rsidRPr="00A54441" w:rsidTr="008B1FCB">
        <w:tc>
          <w:tcPr>
            <w:tcW w:w="1310" w:type="dxa"/>
          </w:tcPr>
          <w:p w:rsidR="00DC3F2C" w:rsidRPr="00C732B3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22/09/2023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</w:t>
            </w:r>
          </w:p>
        </w:tc>
        <w:tc>
          <w:tcPr>
            <w:tcW w:w="5618" w:type="dxa"/>
          </w:tcPr>
          <w:p w:rsidR="00DC3F2C" w:rsidRPr="000404CD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Натуральные числа и шкалы. Линии на плоскости</w:t>
            </w:r>
          </w:p>
        </w:tc>
      </w:tr>
      <w:tr w:rsidR="00DC3F2C" w:rsidRPr="00A54441" w:rsidTr="008B1FCB">
        <w:tc>
          <w:tcPr>
            <w:tcW w:w="1310" w:type="dxa"/>
          </w:tcPr>
          <w:p w:rsidR="00DC3F2C" w:rsidRPr="00C732B3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03/10/2023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№2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Сложение и вычитание натуральных чисел</w:t>
            </w:r>
          </w:p>
        </w:tc>
      </w:tr>
      <w:tr w:rsidR="00DC3F2C" w:rsidRPr="00F236E4" w:rsidTr="008B1FCB">
        <w:tc>
          <w:tcPr>
            <w:tcW w:w="1310" w:type="dxa"/>
          </w:tcPr>
          <w:p w:rsidR="00DC3F2C" w:rsidRPr="000404CD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20/10/2023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№3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Числовые и буквенные выражения</w:t>
            </w:r>
          </w:p>
        </w:tc>
      </w:tr>
      <w:tr w:rsidR="00DC3F2C" w:rsidRPr="00A54441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06/11/2023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№4</w:t>
            </w:r>
          </w:p>
        </w:tc>
        <w:tc>
          <w:tcPr>
            <w:tcW w:w="5618" w:type="dxa"/>
          </w:tcPr>
          <w:p w:rsidR="00DC3F2C" w:rsidRPr="000404CD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Умножение и деление натуральных чисел</w:t>
            </w:r>
          </w:p>
        </w:tc>
      </w:tr>
      <w:tr w:rsidR="00DC3F2C" w:rsidRPr="00A54441" w:rsidTr="008B1FCB">
        <w:tc>
          <w:tcPr>
            <w:tcW w:w="1310" w:type="dxa"/>
          </w:tcPr>
          <w:p w:rsidR="00DC3F2C" w:rsidRPr="000404CD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06/12/2023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№5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spacing w:before="100" w:after="100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Упрощение выражений. Степень. Признаки делимости</w:t>
            </w:r>
          </w:p>
        </w:tc>
      </w:tr>
      <w:tr w:rsidR="00DC3F2C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21/12/2023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№6</w:t>
            </w:r>
          </w:p>
        </w:tc>
        <w:tc>
          <w:tcPr>
            <w:tcW w:w="5618" w:type="dxa"/>
          </w:tcPr>
          <w:p w:rsidR="00DC3F2C" w:rsidRPr="006A1104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Площади и объемы. Формулы</w:t>
            </w:r>
          </w:p>
        </w:tc>
      </w:tr>
      <w:tr w:rsidR="00DC3F2C" w:rsidRPr="00A54441" w:rsidTr="008B1FCB">
        <w:tc>
          <w:tcPr>
            <w:tcW w:w="1310" w:type="dxa"/>
          </w:tcPr>
          <w:p w:rsidR="00DC3F2C" w:rsidRPr="007A0854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17/01/2024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№7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Доли и дроби. Сравнение дробей</w:t>
            </w:r>
          </w:p>
        </w:tc>
      </w:tr>
      <w:tr w:rsidR="00DC3F2C" w:rsidRPr="00A54441" w:rsidTr="008B1FCB">
        <w:tc>
          <w:tcPr>
            <w:tcW w:w="1310" w:type="dxa"/>
          </w:tcPr>
          <w:p w:rsidR="00DC3F2C" w:rsidRPr="006A1104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31/01/2024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№8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Смешанные числа. Сложение и вычитание дробей с одинаковыми знаменателями</w:t>
            </w:r>
          </w:p>
        </w:tc>
      </w:tr>
      <w:tr w:rsidR="00DC3F2C" w:rsidRPr="00A54441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16/02/2024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№9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Сокращение дробей. Сложение и вычитание дробей с разными знаменателями</w:t>
            </w:r>
          </w:p>
        </w:tc>
      </w:tr>
      <w:tr w:rsidR="00DC3F2C" w:rsidRPr="00F236E4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13/03/2024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№10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Умножение и деление дробей</w:t>
            </w:r>
          </w:p>
        </w:tc>
      </w:tr>
      <w:tr w:rsidR="00DC3F2C" w:rsidRPr="00A54441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01/04/2024</w:t>
            </w:r>
          </w:p>
        </w:tc>
        <w:tc>
          <w:tcPr>
            <w:tcW w:w="2944" w:type="dxa"/>
          </w:tcPr>
          <w:p w:rsidR="00DC3F2C" w:rsidRPr="00FD1AF2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Сложение и вычитание десятичных дробей</w:t>
            </w:r>
          </w:p>
        </w:tc>
      </w:tr>
      <w:tr w:rsidR="00DC3F2C" w:rsidRPr="00A54441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07/05/2024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B1383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Умножение и деление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 xml:space="preserve"> десятичных дробей</w:t>
            </w:r>
          </w:p>
        </w:tc>
      </w:tr>
      <w:tr w:rsidR="00DC3F2C" w:rsidRPr="00FD1AF2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22/05/2024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B1383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3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Многоугольники. Построения и измерения</w:t>
            </w:r>
          </w:p>
        </w:tc>
      </w:tr>
      <w:tr w:rsidR="00DC3F2C" w:rsidRPr="00FD1AF2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29/05/2024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B1383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4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F79E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Итоговая</w:t>
            </w:r>
          </w:p>
        </w:tc>
      </w:tr>
    </w:tbl>
    <w:p w:rsidR="00DC3F2C" w:rsidRPr="00FD1AF2" w:rsidRDefault="00DC3F2C" w:rsidP="00DC3F2C">
      <w:pPr>
        <w:spacing w:line="240" w:lineRule="auto"/>
        <w:ind w:firstLine="708"/>
        <w:contextualSpacing/>
        <w:rPr>
          <w:rFonts w:asciiTheme="majorBidi" w:hAnsiTheme="majorBidi" w:cstheme="majorBidi"/>
          <w:lang w:val="ru-RU"/>
        </w:rPr>
      </w:pPr>
    </w:p>
    <w:p w:rsidR="00DC3F2C" w:rsidRPr="00662B46" w:rsidRDefault="00DC3F2C" w:rsidP="00DC3F2C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662B46">
        <w:rPr>
          <w:rFonts w:ascii="Times New Roman" w:eastAsia="Times New Roman" w:hAnsi="Times New Roman"/>
          <w:sz w:val="24"/>
          <w:szCs w:val="24"/>
          <w:lang w:val="ru-RU" w:eastAsia="ru-RU" w:bidi="ru-RU"/>
        </w:rPr>
        <w:t>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заданий.</w:t>
      </w:r>
    </w:p>
    <w:p w:rsidR="00DC3F2C" w:rsidRPr="00D86063" w:rsidRDefault="00DC3F2C" w:rsidP="00DC3F2C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D86063">
        <w:rPr>
          <w:rFonts w:ascii="Times New Roman" w:eastAsia="Times New Roman" w:hAnsi="Times New Roman"/>
          <w:sz w:val="24"/>
          <w:szCs w:val="24"/>
          <w:lang w:val="ru-RU" w:eastAsia="ru-RU" w:bidi="ru-RU"/>
        </w:rPr>
        <w:t xml:space="preserve">Основой науки математика являются вычисления и построение логических рассуждений на базе знания закономерностей и взаимосвязей между объектами и величинами. </w:t>
      </w: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144FF4">
        <w:rPr>
          <w:rFonts w:ascii="Times New Roman" w:eastAsia="Times New Roman" w:hAnsi="Times New Roman"/>
          <w:sz w:val="24"/>
          <w:szCs w:val="24"/>
          <w:lang w:val="ru-RU" w:eastAsia="ru-RU" w:bidi="ru-RU"/>
        </w:rPr>
        <w:t>Для проверки теоретических знаний проводятся теоретические опросы/тесты, которые оцениваются с выставлением отметки «5», «4», «3», «2» или по принципу «зачет/незачет».</w:t>
      </w: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144FF4">
        <w:rPr>
          <w:rFonts w:ascii="Times New Roman" w:eastAsia="Times New Roman" w:hAnsi="Times New Roman"/>
          <w:sz w:val="24"/>
          <w:szCs w:val="24"/>
          <w:lang w:val="ru-RU" w:eastAsia="ru-RU" w:bidi="ru-RU"/>
        </w:rPr>
        <w:t xml:space="preserve">Для проверки практических и вычислительных навыков проводятся кратковременные практические (самостоятельные) работы продолжительностью не более 15-20 минут, которые также оцениваются с выставлением отметки «5», «4», «3», «2» или по принципу «зачет/незачет». </w:t>
      </w: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144FF4">
        <w:rPr>
          <w:rFonts w:ascii="Times New Roman" w:eastAsia="Times New Roman" w:hAnsi="Times New Roman"/>
          <w:sz w:val="24"/>
          <w:szCs w:val="24"/>
          <w:lang w:val="ru-RU" w:eastAsia="ru-RU" w:bidi="ru-RU"/>
        </w:rPr>
        <w:t>Проведение контрольных работ позволяет связать теоретический материал, изучаемый на уроках математики, с практическим использованием этих знаний. 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заданий.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Theme="majorBidi" w:hAnsiTheme="majorBidi" w:cstheme="majorBidi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Перечень тем для подготовки обучающихся к контрольным работам.</w:t>
      </w: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>В результате аттестации по учебному предмету «Математика» осуществляется комплексная проверка следующих умений и знаний, а также динамика формирования общих компетенций.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№1.</w:t>
      </w:r>
      <w:r w:rsidRPr="00144FF4"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  <w:t xml:space="preserve"> «</w:t>
      </w:r>
      <w:r w:rsidRPr="006A1104"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  <w:t>Натуральные числа и шкалы. Линии на плоскости</w:t>
      </w:r>
      <w:r w:rsidRPr="00144FF4"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bCs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6A1104">
        <w:rPr>
          <w:rFonts w:ascii="Times New Roman" w:hAnsi="Times New Roman"/>
          <w:sz w:val="24"/>
          <w:szCs w:val="24"/>
          <w:lang w:val="ru-RU"/>
        </w:rPr>
        <w:t>Цифры и числа</w:t>
      </w:r>
    </w:p>
    <w:p w:rsidR="00DC3F2C" w:rsidRPr="006A110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lastRenderedPageBreak/>
        <w:t>2.</w:t>
      </w:r>
      <w:r w:rsidRPr="00144FF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6A110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Отрезок и его длина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 </w:t>
      </w:r>
      <w:r>
        <w:rPr>
          <w:rFonts w:ascii="Times New Roman" w:hAnsi="Times New Roman" w:cs="Times New Roman"/>
          <w:sz w:val="24"/>
          <w:szCs w:val="24"/>
          <w:lang w:val="ru-RU"/>
        </w:rPr>
        <w:t>Натуральные числа на координатной прямой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>
        <w:rPr>
          <w:rFonts w:ascii="Times New Roman" w:hAnsi="Times New Roman" w:cs="Times New Roman"/>
          <w:sz w:val="24"/>
          <w:szCs w:val="24"/>
          <w:lang w:val="ru-RU"/>
        </w:rPr>
        <w:t>Сравнение натуральных чисел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№2.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«</w:t>
      </w:r>
      <w:r w:rsidRPr="006A1104">
        <w:rPr>
          <w:rFonts w:ascii="Times New Roman" w:hAnsi="Times New Roman" w:cs="Times New Roman"/>
          <w:b/>
          <w:bCs/>
          <w:sz w:val="24"/>
          <w:szCs w:val="24"/>
          <w:lang w:val="ru-RU"/>
        </w:rPr>
        <w:t>Сложение и вычитание натуральных чисел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>1.</w:t>
      </w:r>
      <w:r w:rsidRPr="00144FF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183043">
        <w:rPr>
          <w:rFonts w:ascii="Times New Roman" w:hAnsi="Times New Roman" w:cs="Times New Roman"/>
          <w:sz w:val="24"/>
          <w:szCs w:val="24"/>
          <w:lang w:val="ru-RU"/>
        </w:rPr>
        <w:t>Действие сложения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183043">
        <w:rPr>
          <w:rFonts w:ascii="Times New Roman" w:hAnsi="Times New Roman" w:cs="Times New Roman"/>
          <w:sz w:val="24"/>
          <w:szCs w:val="24"/>
          <w:lang w:val="ru-RU"/>
        </w:rPr>
        <w:t>Действие вычитания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3. </w:t>
      </w:r>
      <w:r>
        <w:rPr>
          <w:rFonts w:ascii="Times New Roman" w:hAnsi="Times New Roman"/>
          <w:sz w:val="24"/>
          <w:szCs w:val="24"/>
          <w:lang w:val="ru-RU"/>
        </w:rPr>
        <w:t>Свойства сложения и вычитания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№3.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183043">
        <w:rPr>
          <w:rFonts w:ascii="Times New Roman" w:hAnsi="Times New Roman" w:cs="Times New Roman"/>
          <w:b/>
          <w:bCs/>
          <w:sz w:val="24"/>
          <w:szCs w:val="24"/>
          <w:lang w:val="ru-RU"/>
        </w:rPr>
        <w:t>Числовые и буквенные выражения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183043">
        <w:rPr>
          <w:rFonts w:ascii="Times New Roman" w:hAnsi="Times New Roman"/>
          <w:sz w:val="24"/>
          <w:szCs w:val="24"/>
          <w:lang w:val="ru-RU"/>
        </w:rPr>
        <w:t>Числовые и буквенные выражения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183043">
        <w:rPr>
          <w:rFonts w:ascii="Times New Roman" w:hAnsi="Times New Roman"/>
          <w:sz w:val="24"/>
          <w:szCs w:val="24"/>
          <w:lang w:val="ru-RU"/>
        </w:rPr>
        <w:t>Уравнения</w:t>
      </w:r>
    </w:p>
    <w:p w:rsidR="00DC3F2C" w:rsidRPr="00183043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№4.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«</w:t>
      </w:r>
      <w:r w:rsidRPr="00141CB1">
        <w:rPr>
          <w:rFonts w:ascii="Times New Roman" w:hAnsi="Times New Roman" w:cs="Times New Roman"/>
          <w:b/>
          <w:bCs/>
          <w:sz w:val="24"/>
          <w:szCs w:val="24"/>
          <w:lang w:val="ru-RU"/>
        </w:rPr>
        <w:t>Умножение и деление натуральных чисел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ED3207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141CB1">
        <w:rPr>
          <w:rFonts w:ascii="Times New Roman" w:hAnsi="Times New Roman" w:cs="Times New Roman"/>
          <w:sz w:val="24"/>
          <w:szCs w:val="24"/>
          <w:lang w:val="ru-RU"/>
        </w:rPr>
        <w:t>Действие умножения. Свойства умножения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141CB1">
        <w:rPr>
          <w:rFonts w:ascii="Times New Roman" w:hAnsi="Times New Roman" w:cs="Times New Roman"/>
          <w:sz w:val="24"/>
          <w:szCs w:val="24"/>
          <w:lang w:val="ru-RU"/>
        </w:rPr>
        <w:t xml:space="preserve">Действие деления. Свойства деления 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</w:t>
      </w:r>
      <w:r w:rsidRPr="00144FF4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141CB1">
        <w:rPr>
          <w:rFonts w:ascii="Times New Roman" w:hAnsi="Times New Roman" w:cs="Times New Roman"/>
          <w:sz w:val="24"/>
          <w:szCs w:val="24"/>
          <w:lang w:val="ru-RU"/>
        </w:rPr>
        <w:t>Деление с остатком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№5.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141CB1">
        <w:rPr>
          <w:rFonts w:ascii="Times New Roman" w:hAnsi="Times New Roman" w:cs="Times New Roman"/>
          <w:b/>
          <w:bCs/>
          <w:sz w:val="24"/>
          <w:szCs w:val="24"/>
          <w:lang w:val="ru-RU"/>
        </w:rPr>
        <w:t>Упрощение выражений. Степень. Признаки делимости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141CB1">
        <w:rPr>
          <w:rFonts w:ascii="Times New Roman" w:hAnsi="Times New Roman"/>
          <w:sz w:val="24"/>
          <w:szCs w:val="24"/>
          <w:lang w:val="ru-RU"/>
        </w:rPr>
        <w:t>Упрощение выражений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141CB1">
        <w:rPr>
          <w:rFonts w:ascii="Times New Roman" w:hAnsi="Times New Roman"/>
          <w:sz w:val="24"/>
          <w:szCs w:val="24"/>
          <w:lang w:val="ru-RU"/>
        </w:rPr>
        <w:t>Порядок действий в вычислениях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</w:t>
      </w:r>
      <w:r w:rsidRPr="00144FF4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141CB1">
        <w:rPr>
          <w:rFonts w:ascii="Times New Roman" w:hAnsi="Times New Roman"/>
          <w:sz w:val="24"/>
          <w:szCs w:val="24"/>
          <w:lang w:val="ru-RU"/>
        </w:rPr>
        <w:t>Степень с натуральным показателем</w:t>
      </w:r>
      <w:r w:rsidRPr="00144FF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 w:rsidRPr="00141CB1">
        <w:rPr>
          <w:rFonts w:ascii="Times New Roman" w:hAnsi="Times New Roman"/>
          <w:sz w:val="24"/>
          <w:szCs w:val="24"/>
          <w:lang w:val="ru-RU"/>
        </w:rPr>
        <w:t>Делители и кратные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5. </w:t>
      </w:r>
      <w:r w:rsidRPr="00141CB1">
        <w:rPr>
          <w:rFonts w:ascii="Times New Roman" w:hAnsi="Times New Roman"/>
          <w:sz w:val="24"/>
          <w:szCs w:val="24"/>
          <w:lang w:val="ru-RU"/>
        </w:rPr>
        <w:t>Свойства и признаки делимости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6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BF7011">
        <w:rPr>
          <w:rFonts w:ascii="Times New Roman" w:hAnsi="Times New Roman" w:cs="Times New Roman"/>
          <w:b/>
          <w:bCs/>
          <w:sz w:val="24"/>
          <w:szCs w:val="24"/>
          <w:lang w:val="ru-RU"/>
        </w:rPr>
        <w:t>Площади и объемы. Формулы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BF7011">
        <w:rPr>
          <w:rFonts w:ascii="Times New Roman" w:hAnsi="Times New Roman"/>
          <w:sz w:val="24"/>
          <w:szCs w:val="24"/>
          <w:lang w:val="ru-RU"/>
        </w:rPr>
        <w:t>Формулы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BF7011">
        <w:rPr>
          <w:rFonts w:ascii="Times New Roman" w:hAnsi="Times New Roman"/>
          <w:sz w:val="24"/>
          <w:szCs w:val="24"/>
          <w:lang w:val="ru-RU"/>
        </w:rPr>
        <w:t>Площадь. Формула площади прямоугольника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</w:t>
      </w:r>
      <w:r w:rsidRPr="00144FF4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BF7011">
        <w:rPr>
          <w:rFonts w:ascii="Times New Roman" w:hAnsi="Times New Roman"/>
          <w:sz w:val="24"/>
          <w:szCs w:val="24"/>
          <w:lang w:val="ru-RU"/>
        </w:rPr>
        <w:t>Единицы измерения площадей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 w:rsidRPr="00BF7011">
        <w:rPr>
          <w:rFonts w:ascii="Times New Roman" w:hAnsi="Times New Roman"/>
          <w:sz w:val="24"/>
          <w:szCs w:val="24"/>
          <w:lang w:val="ru-RU"/>
        </w:rPr>
        <w:t>Объёмы. Объём прямоугольного параллелепипеда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7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BF7011">
        <w:rPr>
          <w:rFonts w:ascii="Times New Roman" w:hAnsi="Times New Roman" w:cs="Times New Roman"/>
          <w:b/>
          <w:bCs/>
          <w:sz w:val="24"/>
          <w:szCs w:val="24"/>
          <w:lang w:val="ru-RU"/>
        </w:rPr>
        <w:t>Доли и дроби. Сравнение дробей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BF7011">
        <w:rPr>
          <w:rFonts w:ascii="Times New Roman" w:hAnsi="Times New Roman"/>
          <w:sz w:val="24"/>
          <w:szCs w:val="24"/>
          <w:lang w:val="ru-RU"/>
        </w:rPr>
        <w:t>Доли и дроби. Изображение дробей на координатной прямой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BF7011">
        <w:rPr>
          <w:rFonts w:ascii="Times New Roman" w:hAnsi="Times New Roman"/>
          <w:sz w:val="24"/>
          <w:szCs w:val="24"/>
          <w:lang w:val="ru-RU"/>
        </w:rPr>
        <w:t>Сравнение дробей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8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AC131C">
        <w:rPr>
          <w:rFonts w:ascii="Times New Roman" w:hAnsi="Times New Roman" w:cs="Times New Roman"/>
          <w:b/>
          <w:bCs/>
          <w:sz w:val="24"/>
          <w:szCs w:val="24"/>
          <w:lang w:val="ru-RU"/>
        </w:rPr>
        <w:t>Смешанные числа. Сложение и вычитание дробей с одинаковыми знаменателями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AC131C">
        <w:rPr>
          <w:rFonts w:ascii="Times New Roman" w:hAnsi="Times New Roman"/>
          <w:sz w:val="24"/>
          <w:szCs w:val="24"/>
          <w:lang w:val="ru-RU"/>
        </w:rPr>
        <w:t>Основное свойство дроби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AC131C">
        <w:rPr>
          <w:rFonts w:ascii="Times New Roman" w:hAnsi="Times New Roman"/>
          <w:sz w:val="24"/>
          <w:szCs w:val="24"/>
          <w:lang w:val="ru-RU"/>
        </w:rPr>
        <w:t>Сокращение дробей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 </w:t>
      </w:r>
      <w:r w:rsidRPr="00AC131C">
        <w:rPr>
          <w:rFonts w:ascii="Times New Roman" w:hAnsi="Times New Roman"/>
          <w:sz w:val="24"/>
          <w:szCs w:val="24"/>
          <w:lang w:val="ru-RU"/>
        </w:rPr>
        <w:t>Приведение дробей к общему знаменателю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 w:rsidRPr="00AC131C">
        <w:rPr>
          <w:rFonts w:ascii="Times New Roman" w:hAnsi="Times New Roman"/>
          <w:sz w:val="24"/>
          <w:szCs w:val="24"/>
          <w:lang w:val="ru-RU"/>
        </w:rPr>
        <w:t>Сравнение, сложение и вычитание дробей с разными знаменателями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lastRenderedPageBreak/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9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AC131C">
        <w:rPr>
          <w:rFonts w:ascii="Times New Roman" w:hAnsi="Times New Roman" w:cs="Times New Roman"/>
          <w:b/>
          <w:bCs/>
          <w:sz w:val="24"/>
          <w:szCs w:val="24"/>
          <w:lang w:val="ru-RU"/>
        </w:rPr>
        <w:t>Сокращение дробей. Сложение и вычитание дробей с разными знаменателями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AC131C">
        <w:rPr>
          <w:rFonts w:ascii="Times New Roman" w:hAnsi="Times New Roman"/>
          <w:sz w:val="24"/>
          <w:szCs w:val="24"/>
          <w:lang w:val="ru-RU"/>
        </w:rPr>
        <w:t>Сложение и вычитание дробей с одинаковыми знаменателями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AC131C">
        <w:rPr>
          <w:rFonts w:ascii="Times New Roman" w:hAnsi="Times New Roman"/>
          <w:sz w:val="24"/>
          <w:szCs w:val="24"/>
          <w:lang w:val="ru-RU"/>
        </w:rPr>
        <w:t>Смешанные числа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 </w:t>
      </w:r>
      <w:r w:rsidRPr="00AC131C">
        <w:rPr>
          <w:rFonts w:ascii="Times New Roman" w:hAnsi="Times New Roman"/>
          <w:sz w:val="24"/>
          <w:szCs w:val="24"/>
          <w:lang w:val="ru-RU"/>
        </w:rPr>
        <w:t>Сложение и вычитание смешанных чисел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10.</w:t>
      </w:r>
      <w:r w:rsidRPr="007315A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«</w:t>
      </w:r>
      <w:r w:rsidRPr="00553ED7">
        <w:rPr>
          <w:rFonts w:ascii="Times New Roman" w:hAnsi="Times New Roman" w:cs="Times New Roman"/>
          <w:b/>
          <w:bCs/>
          <w:sz w:val="24"/>
          <w:szCs w:val="24"/>
          <w:lang w:val="ru-RU"/>
        </w:rPr>
        <w:t>Умножение и деление дробей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553ED7">
        <w:rPr>
          <w:rFonts w:ascii="Times New Roman" w:hAnsi="Times New Roman"/>
          <w:sz w:val="24"/>
          <w:szCs w:val="24"/>
          <w:lang w:val="ru-RU"/>
        </w:rPr>
        <w:t>Умножения дробей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553ED7">
        <w:rPr>
          <w:rFonts w:ascii="Times New Roman" w:hAnsi="Times New Roman"/>
          <w:sz w:val="24"/>
          <w:szCs w:val="24"/>
          <w:lang w:val="ru-RU"/>
        </w:rPr>
        <w:t>Нахождение части целого</w:t>
      </w:r>
    </w:p>
    <w:p w:rsidR="00DC3F2C" w:rsidRPr="00BA32B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3. </w:t>
      </w:r>
      <w:r w:rsidRPr="00553ED7">
        <w:rPr>
          <w:rFonts w:ascii="Times New Roman" w:hAnsi="Times New Roman" w:cs="Times New Roman"/>
          <w:sz w:val="24"/>
          <w:szCs w:val="24"/>
          <w:lang w:val="ru-RU"/>
        </w:rPr>
        <w:t>Деление дробей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4. </w:t>
      </w:r>
      <w:r w:rsidRPr="00553ED7">
        <w:rPr>
          <w:rFonts w:ascii="Times New Roman" w:hAnsi="Times New Roman" w:cs="Times New Roman"/>
          <w:sz w:val="24"/>
          <w:szCs w:val="24"/>
          <w:lang w:val="ru-RU"/>
        </w:rPr>
        <w:t>Нахождение целого по его части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11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553ED7">
        <w:rPr>
          <w:rFonts w:ascii="Times New Roman" w:hAnsi="Times New Roman" w:cs="Times New Roman"/>
          <w:b/>
          <w:bCs/>
          <w:sz w:val="24"/>
          <w:szCs w:val="24"/>
          <w:lang w:val="ru-RU"/>
        </w:rPr>
        <w:t>Сложение и вычитание десятичных дробей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553ED7">
        <w:rPr>
          <w:rFonts w:ascii="Times New Roman" w:hAnsi="Times New Roman" w:cs="Times New Roman"/>
          <w:sz w:val="24"/>
          <w:szCs w:val="24"/>
          <w:lang w:val="ru-RU"/>
        </w:rPr>
        <w:t>Десятичная запись дробей</w:t>
      </w:r>
    </w:p>
    <w:p w:rsidR="00DC3F2C" w:rsidRPr="00553ED7" w:rsidRDefault="00DC3F2C" w:rsidP="00DC3F2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553ED7">
        <w:rPr>
          <w:rFonts w:ascii="Times New Roman" w:hAnsi="Times New Roman" w:cs="Times New Roman"/>
          <w:sz w:val="24"/>
          <w:szCs w:val="24"/>
          <w:lang w:val="ru-RU"/>
        </w:rPr>
        <w:t>Сравнение десятичных дробей</w:t>
      </w:r>
    </w:p>
    <w:p w:rsidR="00DC3F2C" w:rsidRPr="00B16255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553ED7">
        <w:rPr>
          <w:rFonts w:ascii="Times New Roman" w:hAnsi="Times New Roman" w:cs="Times New Roman"/>
          <w:sz w:val="24"/>
          <w:szCs w:val="24"/>
          <w:lang w:val="ru-RU"/>
        </w:rPr>
        <w:t>Сложение и вычитание десятичных дробей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</w:t>
      </w:r>
      <w:r w:rsidRPr="00144FF4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553ED7">
        <w:rPr>
          <w:rFonts w:ascii="Times New Roman" w:hAnsi="Times New Roman" w:cs="Times New Roman"/>
          <w:sz w:val="24"/>
          <w:szCs w:val="24"/>
          <w:lang w:val="ru-RU"/>
        </w:rPr>
        <w:t>Округление чисел. Прикидка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12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DA7C83">
        <w:rPr>
          <w:rFonts w:ascii="Times New Roman" w:hAnsi="Times New Roman"/>
          <w:b/>
          <w:sz w:val="24"/>
          <w:szCs w:val="24"/>
          <w:lang w:val="ru-RU"/>
        </w:rPr>
        <w:t>Умножение и деление десятичных дробей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DA7C83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DA7C83">
        <w:rPr>
          <w:rFonts w:ascii="Times New Roman" w:hAnsi="Times New Roman"/>
          <w:sz w:val="24"/>
          <w:szCs w:val="24"/>
          <w:lang w:val="ru-RU"/>
        </w:rPr>
        <w:t>Умножение десятичной дроби на натуральное число</w:t>
      </w:r>
    </w:p>
    <w:p w:rsidR="00DC3F2C" w:rsidRPr="00DA7C83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DA7C83">
        <w:rPr>
          <w:rFonts w:ascii="Times New Roman" w:hAnsi="Times New Roman"/>
          <w:sz w:val="24"/>
          <w:szCs w:val="24"/>
          <w:lang w:val="ru-RU"/>
        </w:rPr>
        <w:t>Деление десятичной дроби на натуральное число</w:t>
      </w:r>
    </w:p>
    <w:p w:rsidR="00DC3F2C" w:rsidRPr="00DA7C83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 </w:t>
      </w:r>
      <w:r w:rsidRPr="00DA7C83">
        <w:rPr>
          <w:rFonts w:ascii="Times New Roman" w:hAnsi="Times New Roman"/>
          <w:sz w:val="24"/>
          <w:szCs w:val="24"/>
          <w:lang w:val="ru-RU"/>
        </w:rPr>
        <w:t>Умножение на десятичную дробь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 w:rsidRPr="00DA7C83">
        <w:rPr>
          <w:rFonts w:ascii="Times New Roman" w:hAnsi="Times New Roman"/>
          <w:sz w:val="24"/>
          <w:szCs w:val="24"/>
          <w:lang w:val="ru-RU"/>
        </w:rPr>
        <w:t>Деление на десятичную дробь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13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«</w:t>
      </w:r>
      <w:r w:rsidRPr="00992DDF">
        <w:rPr>
          <w:rFonts w:ascii="Times New Roman" w:hAnsi="Times New Roman" w:cs="Times New Roman"/>
          <w:b/>
          <w:bCs/>
          <w:sz w:val="24"/>
          <w:szCs w:val="24"/>
          <w:lang w:val="ru-RU"/>
        </w:rPr>
        <w:t>Многоугольники. Построения и измерения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992DDF">
        <w:rPr>
          <w:rFonts w:ascii="Times New Roman" w:hAnsi="Times New Roman"/>
          <w:sz w:val="24"/>
          <w:szCs w:val="24"/>
          <w:lang w:val="ru-RU"/>
        </w:rPr>
        <w:t>Виды углов. Чертёжный треугольник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992DDF">
        <w:rPr>
          <w:rFonts w:ascii="Times New Roman" w:hAnsi="Times New Roman"/>
          <w:sz w:val="24"/>
          <w:szCs w:val="24"/>
          <w:lang w:val="ru-RU"/>
        </w:rPr>
        <w:t>Измерение углов. Транспортир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3. </w:t>
      </w:r>
      <w:r w:rsidRPr="00992DDF">
        <w:rPr>
          <w:rFonts w:ascii="Times New Roman" w:hAnsi="Times New Roman"/>
          <w:sz w:val="24"/>
          <w:szCs w:val="24"/>
          <w:lang w:val="ru-RU"/>
        </w:rPr>
        <w:t>Плоскость, прямая, луч, угол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992DDF">
        <w:rPr>
          <w:rFonts w:ascii="Times New Roman" w:hAnsi="Times New Roman" w:cs="Times New Roman"/>
          <w:sz w:val="24"/>
          <w:szCs w:val="24"/>
          <w:lang w:val="ru-RU"/>
        </w:rPr>
        <w:t>Ломаная. Многоугольник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Pr="00C55DFA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№1</w:t>
      </w:r>
      <w:r>
        <w:rPr>
          <w:rFonts w:ascii="Times New Roman" w:hAnsi="Times New Roman"/>
          <w:b/>
          <w:sz w:val="24"/>
          <w:szCs w:val="24"/>
          <w:lang w:val="ru-RU"/>
        </w:rPr>
        <w:t>4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C55DFA">
        <w:rPr>
          <w:rFonts w:ascii="Times New Roman" w:hAnsi="Times New Roman"/>
          <w:b/>
          <w:sz w:val="24"/>
          <w:szCs w:val="24"/>
          <w:lang w:val="ru-RU"/>
        </w:rPr>
        <w:t>Итоговая контрольная работа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повторения: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>
        <w:rPr>
          <w:rFonts w:ascii="Times New Roman" w:hAnsi="Times New Roman"/>
          <w:sz w:val="24"/>
          <w:szCs w:val="24"/>
          <w:lang w:val="ru-RU"/>
        </w:rPr>
        <w:t>Вычисления. Порядок действий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</w:t>
      </w:r>
      <w:r w:rsidRPr="00144FF4">
        <w:rPr>
          <w:rFonts w:ascii="Times New Roman" w:hAnsi="Times New Roman"/>
          <w:sz w:val="24"/>
          <w:szCs w:val="24"/>
          <w:lang w:val="ru-RU"/>
        </w:rPr>
        <w:t>. Решение уравнений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</w:t>
      </w:r>
      <w:r w:rsidRPr="00144FF4">
        <w:rPr>
          <w:rFonts w:ascii="Times New Roman" w:hAnsi="Times New Roman"/>
          <w:sz w:val="24"/>
          <w:szCs w:val="24"/>
          <w:lang w:val="ru-RU"/>
        </w:rPr>
        <w:t>. Решение задач на движение с использованием десятичных дробей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</w:t>
      </w:r>
      <w:r w:rsidRPr="00144FF4">
        <w:rPr>
          <w:rFonts w:ascii="Times New Roman" w:hAnsi="Times New Roman"/>
          <w:sz w:val="24"/>
          <w:szCs w:val="24"/>
          <w:lang w:val="ru-RU"/>
        </w:rPr>
        <w:t>. Объём параллелепипеда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>Система оценки достижений - один из инструментов реализации требований стандарта. Контроль знаний, проводимый в процессе обучения, призван соотнести достижения обучающегося с планируемыми результатами, заложенными в образовательную программу.</w:t>
      </w:r>
    </w:p>
    <w:tbl>
      <w:tblPr>
        <w:tblStyle w:val="af"/>
        <w:tblW w:w="0" w:type="auto"/>
        <w:tblLook w:val="04A0"/>
      </w:tblPr>
      <w:tblGrid>
        <w:gridCol w:w="1129"/>
        <w:gridCol w:w="8492"/>
      </w:tblGrid>
      <w:tr w:rsidR="00DC3F2C" w:rsidRPr="004E18EC" w:rsidTr="008B1FCB">
        <w:tc>
          <w:tcPr>
            <w:tcW w:w="1129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492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оценки результатов</w:t>
            </w:r>
          </w:p>
        </w:tc>
      </w:tr>
      <w:tr w:rsidR="00DC3F2C" w:rsidRPr="00A54441" w:rsidTr="008B1FCB">
        <w:tc>
          <w:tcPr>
            <w:tcW w:w="1129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8492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работа выполнена полностью; в логических рассуждениях и обосновании решения нет пробелов и ошибок; 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      </w:r>
          </w:p>
        </w:tc>
      </w:tr>
      <w:tr w:rsidR="00DC3F2C" w:rsidRPr="00A54441" w:rsidTr="008B1FCB">
        <w:tc>
          <w:tcPr>
            <w:tcW w:w="1129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«4»</w:t>
            </w:r>
          </w:p>
        </w:tc>
        <w:tc>
          <w:tcPr>
            <w:tcW w:w="8492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 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</w:t>
            </w:r>
          </w:p>
        </w:tc>
      </w:tr>
      <w:tr w:rsidR="00DC3F2C" w:rsidRPr="00A54441" w:rsidTr="008B1FCB">
        <w:tc>
          <w:tcPr>
            <w:tcW w:w="1129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8492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допущено более одной ошибки или более двух – трех недочетов в выкладках, чертежах или графиках, но учащийся обладает обязательными умениями по проверяемой теме.</w:t>
            </w:r>
          </w:p>
        </w:tc>
      </w:tr>
      <w:tr w:rsidR="00DC3F2C" w:rsidRPr="00A54441" w:rsidTr="008B1FCB">
        <w:tc>
          <w:tcPr>
            <w:tcW w:w="1129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8492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допущены существенные ошибки, показавшие, что учащийся не обладает обязательными умениями по данной теме в полной мере; полное незнание изученного материала, отсутствия элементарных умений и навыков.</w:t>
            </w:r>
          </w:p>
        </w:tc>
      </w:tr>
    </w:tbl>
    <w:p w:rsidR="00DC3F2C" w:rsidRPr="00144FF4" w:rsidRDefault="00DC3F2C" w:rsidP="00DC3F2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DC3F2C" w:rsidRDefault="00DC3F2C" w:rsidP="00DC3F2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4FF4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Оценка за контроль ключевых компетенций обучающихся производится по пятибалльной системе. </w:t>
      </w:r>
      <w:r w:rsidRPr="00CB21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выполнении заданий ставится отметка, учитывая процент выполненных заданий:</w:t>
      </w:r>
    </w:p>
    <w:p w:rsidR="00DC3F2C" w:rsidRPr="00CB217F" w:rsidRDefault="00DC3F2C" w:rsidP="00DC3F2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0" w:type="auto"/>
        <w:tblLook w:val="04A0"/>
      </w:tblPr>
      <w:tblGrid>
        <w:gridCol w:w="1205"/>
        <w:gridCol w:w="3043"/>
        <w:gridCol w:w="5373"/>
      </w:tblGrid>
      <w:tr w:rsidR="00DC3F2C" w:rsidRPr="00A54441" w:rsidTr="008B1FCB">
        <w:tc>
          <w:tcPr>
            <w:tcW w:w="1205" w:type="dxa"/>
          </w:tcPr>
          <w:p w:rsidR="00DC3F2C" w:rsidRPr="00CB217F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B217F">
              <w:rPr>
                <w:rFonts w:ascii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416" w:type="dxa"/>
            <w:gridSpan w:val="2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Критерии оценки результатов работ, состоящих из заданий обязательного уровня и дополнительных заданий</w:t>
            </w:r>
          </w:p>
        </w:tc>
      </w:tr>
      <w:tr w:rsidR="00DC3F2C" w:rsidRPr="00A54441" w:rsidTr="008B1FCB">
        <w:tc>
          <w:tcPr>
            <w:tcW w:w="1205" w:type="dxa"/>
          </w:tcPr>
          <w:p w:rsidR="00DC3F2C" w:rsidRPr="00CB217F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217F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3043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не менее 85% от всей работы</w:t>
            </w:r>
          </w:p>
        </w:tc>
        <w:tc>
          <w:tcPr>
            <w:tcW w:w="5373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выставляется за ответ, в котором обучающийся демонстрирует глубокое понимание сущности материала, логично его излагает, используя в деятельности</w:t>
            </w:r>
          </w:p>
        </w:tc>
      </w:tr>
      <w:tr w:rsidR="00DC3F2C" w:rsidRPr="00A54441" w:rsidTr="008B1FCB">
        <w:tc>
          <w:tcPr>
            <w:tcW w:w="1205" w:type="dxa"/>
          </w:tcPr>
          <w:p w:rsidR="00DC3F2C" w:rsidRPr="00CB217F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217F">
              <w:rPr>
                <w:rFonts w:ascii="Times New Roman" w:hAnsi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043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от 70% до 84% от всей работы</w:t>
            </w:r>
          </w:p>
        </w:tc>
        <w:tc>
          <w:tcPr>
            <w:tcW w:w="5373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ставится за ответ, в котором содержатся небольшие неточности и незначительные ошибки</w:t>
            </w:r>
          </w:p>
        </w:tc>
      </w:tr>
      <w:tr w:rsidR="00DC3F2C" w:rsidRPr="00A54441" w:rsidTr="008B1FCB">
        <w:tc>
          <w:tcPr>
            <w:tcW w:w="1205" w:type="dxa"/>
          </w:tcPr>
          <w:p w:rsidR="00DC3F2C" w:rsidRPr="00CB217F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217F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043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от 50% до 69% от всей работы, или все задания обязательного уровня</w:t>
            </w:r>
          </w:p>
        </w:tc>
        <w:tc>
          <w:tcPr>
            <w:tcW w:w="5373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получают за ответ, в котором отсутствует логическая последовательность, имеются пробелы в знании материала, нет должной аргументации и умения использовать знания на практике</w:t>
            </w:r>
          </w:p>
        </w:tc>
      </w:tr>
      <w:tr w:rsidR="00DC3F2C" w:rsidRPr="00A54441" w:rsidTr="008B1FCB">
        <w:tc>
          <w:tcPr>
            <w:tcW w:w="1205" w:type="dxa"/>
          </w:tcPr>
          <w:p w:rsidR="00DC3F2C" w:rsidRPr="00CB217F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217F">
              <w:rPr>
                <w:rFonts w:ascii="Times New Roman" w:hAnsi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3043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выполнение заданий менее 50% от общей работы</w:t>
            </w:r>
          </w:p>
        </w:tc>
        <w:tc>
          <w:tcPr>
            <w:tcW w:w="5373" w:type="dxa"/>
          </w:tcPr>
          <w:p w:rsidR="00DC3F2C" w:rsidRPr="00144FF4" w:rsidRDefault="00DC3F2C" w:rsidP="008B1FCB">
            <w:pPr>
              <w:keepNext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выставляется за непонимание и незнание материала программы</w:t>
            </w:r>
          </w:p>
        </w:tc>
      </w:tr>
    </w:tbl>
    <w:p w:rsidR="00DC3F2C" w:rsidRPr="00144FF4" w:rsidRDefault="00DC3F2C" w:rsidP="00DC3F2C">
      <w:pPr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DC3F2C" w:rsidRDefault="00DC3F2C" w:rsidP="00DC3F2C">
      <w:pPr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E18EC">
        <w:rPr>
          <w:rFonts w:ascii="Times New Roman" w:hAnsi="Times New Roman"/>
          <w:b/>
          <w:color w:val="000000"/>
          <w:sz w:val="24"/>
          <w:szCs w:val="24"/>
        </w:rPr>
        <w:t>Общая классификация ошибок.</w:t>
      </w:r>
    </w:p>
    <w:p w:rsidR="00DC3F2C" w:rsidRPr="004E18EC" w:rsidRDefault="00DC3F2C" w:rsidP="00DC3F2C">
      <w:pPr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1413"/>
        <w:gridCol w:w="8208"/>
      </w:tblGrid>
      <w:tr w:rsidR="00DC3F2C" w:rsidRPr="004E18EC" w:rsidTr="008B1FCB">
        <w:tc>
          <w:tcPr>
            <w:tcW w:w="1413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iCs/>
                <w:sz w:val="24"/>
                <w:szCs w:val="24"/>
              </w:rPr>
              <w:t>Виды ошибок</w:t>
            </w:r>
          </w:p>
        </w:tc>
        <w:tc>
          <w:tcPr>
            <w:tcW w:w="8208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iCs/>
                <w:sz w:val="24"/>
                <w:szCs w:val="24"/>
              </w:rPr>
              <w:t>Критерии ошибок</w:t>
            </w:r>
          </w:p>
        </w:tc>
      </w:tr>
      <w:tr w:rsidR="00DC3F2C" w:rsidRPr="00A54441" w:rsidTr="008B1FCB">
        <w:tc>
          <w:tcPr>
            <w:tcW w:w="1413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8EC">
              <w:rPr>
                <w:rFonts w:ascii="Times New Roman" w:hAnsi="Times New Roman"/>
                <w:sz w:val="24"/>
                <w:szCs w:val="24"/>
              </w:rPr>
              <w:t>Грубые ошибки</w:t>
            </w:r>
          </w:p>
        </w:tc>
        <w:tc>
          <w:tcPr>
            <w:tcW w:w="8208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незнание наименований единиц измерения;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выделить в ответе главное;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применять знания, алгоритмы для решения задач;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делать выводы и обобщения;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пользоваться первоисточниками, учебником и справочниками;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вычислительные ошибки, если они не являются опиской;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логические ошибки;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вычислительные ошибки в примерах и задачах;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ошибки на незнание порядка выполнения арифметических действий;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решение задачи (пропуск действий, неправильный выбор действий, лишнее действие);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недоведение до конца решения задачи или примера;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невыполненное задание;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неправильный выбор порядка выполнения действий в выражении;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пропуск нуля в частном при делении натуральных </w:t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lastRenderedPageBreak/>
              <w:t xml:space="preserve">чисел или десятичных дробей;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неправильный выбор действий при решении текстовых задач;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измерение или построение угла с помощью транспортира, связанное с отсутствием умения выбирать нужную шкалу.</w:t>
            </w:r>
          </w:p>
        </w:tc>
      </w:tr>
      <w:tr w:rsidR="00DC3F2C" w:rsidRPr="00A54441" w:rsidTr="008B1FCB">
        <w:tc>
          <w:tcPr>
            <w:tcW w:w="1413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8EC">
              <w:rPr>
                <w:rFonts w:ascii="Times New Roman" w:hAnsi="Times New Roman"/>
                <w:sz w:val="24"/>
                <w:szCs w:val="24"/>
              </w:rPr>
              <w:lastRenderedPageBreak/>
              <w:t>Негрубая ошибка</w:t>
            </w:r>
          </w:p>
        </w:tc>
        <w:tc>
          <w:tcPr>
            <w:tcW w:w="8208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второстепенными;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нерациональный метод решения задачи или недостаточно продуманный план ответа (нарушение логики, подмена отдельных основных вопросов второстепенными);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решать задачи, выполнять задания в общем виде;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неправильная постановка вопроса к действию при решении задачи;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неверно сформулированный ответ задачи;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списывание данных чисел, знаков;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недоведение до конца преобразований.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неправильная ссылка на сочетательный и распределительный законы при вычислениях;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использование в отдельных случаях наименований, например, обозначение единиц длины для единиц площади и объема;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сохранение в окончательном результате при вычислениях или преобразованиях выражений неправильной дроби.</w:t>
            </w:r>
          </w:p>
        </w:tc>
      </w:tr>
      <w:tr w:rsidR="00DC3F2C" w:rsidRPr="00A54441" w:rsidTr="008B1FCB">
        <w:tc>
          <w:tcPr>
            <w:tcW w:w="1413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8EC">
              <w:rPr>
                <w:rFonts w:ascii="Times New Roman" w:hAnsi="Times New Roman"/>
                <w:sz w:val="24"/>
                <w:szCs w:val="24"/>
              </w:rPr>
              <w:t xml:space="preserve">Недочет </w:t>
            </w:r>
          </w:p>
        </w:tc>
        <w:tc>
          <w:tcPr>
            <w:tcW w:w="8208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нерациональные приемы вычислений и преобразований; небрежное выполнение записей, чертежей, схем, графиков.</w:t>
            </w:r>
          </w:p>
        </w:tc>
      </w:tr>
    </w:tbl>
    <w:p w:rsidR="00DC3F2C" w:rsidRPr="00144FF4" w:rsidRDefault="00DC3F2C" w:rsidP="00DC3F2C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Default="00DC3F2C" w:rsidP="00DC3F2C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Ниже в приложении предлагаются примерные варианты контрольных работ, используемые при обучении данного класса. </w:t>
      </w:r>
    </w:p>
    <w:p w:rsidR="00DC3F2C" w:rsidRDefault="00DC3F2C" w:rsidP="00DC3F2C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Default="00DC3F2C" w:rsidP="00DC3F2C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Default="00DC3F2C" w:rsidP="00DC3F2C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Default="00DC3F2C" w:rsidP="00DC3F2C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 w:type="page"/>
      </w:r>
    </w:p>
    <w:p w:rsidR="00DC3F2C" w:rsidRDefault="00DC3F2C" w:rsidP="00DC3F2C">
      <w:pPr>
        <w:rPr>
          <w:rFonts w:ascii="Times New Roman" w:hAnsi="Times New Roman"/>
          <w:sz w:val="24"/>
          <w:szCs w:val="24"/>
          <w:lang w:val="ru-RU"/>
        </w:rPr>
      </w:pPr>
      <w:r w:rsidRPr="005F725E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20130" cy="3867785"/>
            <wp:effectExtent l="0" t="0" r="0" b="0"/>
            <wp:docPr id="914405693" name="Рисунок 914405693" descr="Изображение выглядит как текст, меню, бумага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405693" name="Рисунок 914405693" descr="Изображение выглядит как текст, меню, бумага, книга&#10;&#10;Автоматически созданное описание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2C" w:rsidRDefault="00DC3F2C" w:rsidP="00DC3F2C">
      <w:pPr>
        <w:rPr>
          <w:rFonts w:ascii="Times New Roman" w:hAnsi="Times New Roman"/>
          <w:sz w:val="24"/>
          <w:szCs w:val="24"/>
          <w:lang w:val="ru-RU"/>
        </w:rPr>
      </w:pPr>
      <w:r w:rsidRPr="005F725E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0130" cy="3762375"/>
            <wp:effectExtent l="0" t="0" r="0" b="0"/>
            <wp:docPr id="1433149904" name="Рисунок 1433149904" descr="Изображение выглядит как текст, меню, Шрифт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149904" name="Рисунок 1433149904" descr="Изображение выглядит как текст, меню, Шрифт, бумага&#10;&#10;Автоматически созданное описание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2C" w:rsidRDefault="00DC3F2C" w:rsidP="00DC3F2C">
      <w:pPr>
        <w:rPr>
          <w:rFonts w:ascii="Times New Roman" w:hAnsi="Times New Roman"/>
          <w:sz w:val="24"/>
          <w:szCs w:val="24"/>
          <w:lang w:val="ru-RU"/>
        </w:rPr>
      </w:pPr>
      <w:r w:rsidRPr="005F725E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20130" cy="3780155"/>
            <wp:effectExtent l="0" t="0" r="0" b="0"/>
            <wp:docPr id="1235181788" name="Рисунок 1235181788" descr="Изображение выглядит как текст, меню, бумага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181788" name="Рисунок 1235181788" descr="Изображение выглядит как текст, меню, бумага, книга&#10;&#10;Автоматически созданное описание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2C" w:rsidRDefault="00DC3F2C" w:rsidP="00DC3F2C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 w:type="page"/>
      </w:r>
    </w:p>
    <w:p w:rsidR="00DC3F2C" w:rsidRPr="00E14A76" w:rsidRDefault="00DC3F2C" w:rsidP="00DC3F2C">
      <w:pPr>
        <w:spacing w:after="0"/>
        <w:ind w:left="120"/>
        <w:rPr>
          <w:lang w:val="ru-RU"/>
        </w:rPr>
      </w:pPr>
      <w:r w:rsidRPr="00E14A7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ПОУРОЧНОЕ ПЛАНИРОВАНИЕ </w:t>
      </w:r>
    </w:p>
    <w:p w:rsidR="00DC3F2C" w:rsidRPr="00E14A76" w:rsidRDefault="00DC3F2C" w:rsidP="00DC3F2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E14A76">
        <w:rPr>
          <w:rFonts w:ascii="Times New Roman" w:hAnsi="Times New Roman"/>
          <w:b/>
          <w:color w:val="000000"/>
          <w:sz w:val="28"/>
          <w:lang w:val="ru-RU"/>
        </w:rPr>
        <w:t xml:space="preserve"> 5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«Е»</w:t>
      </w:r>
      <w:r w:rsidRPr="00E14A76">
        <w:rPr>
          <w:rFonts w:ascii="Times New Roman" w:hAnsi="Times New Roman"/>
          <w:b/>
          <w:color w:val="000000"/>
          <w:sz w:val="28"/>
          <w:lang w:val="ru-RU"/>
        </w:rPr>
        <w:t xml:space="preserve"> КЛАСС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    Учитель Громова Евгения Валерьевна</w:t>
      </w:r>
    </w:p>
    <w:p w:rsidR="00DC3F2C" w:rsidRDefault="00DC3F2C" w:rsidP="00DC3F2C">
      <w:pPr>
        <w:spacing w:after="0"/>
        <w:ind w:left="120"/>
        <w:rPr>
          <w:lang w:val="ru-RU"/>
        </w:rPr>
      </w:pPr>
    </w:p>
    <w:tbl>
      <w:tblPr>
        <w:tblStyle w:val="af"/>
        <w:tblW w:w="10289" w:type="dxa"/>
        <w:tblLayout w:type="fixed"/>
        <w:tblLook w:val="04A0"/>
      </w:tblPr>
      <w:tblGrid>
        <w:gridCol w:w="675"/>
        <w:gridCol w:w="5928"/>
        <w:gridCol w:w="1417"/>
        <w:gridCol w:w="1276"/>
        <w:gridCol w:w="993"/>
      </w:tblGrid>
      <w:tr w:rsidR="00DC3F2C" w:rsidRPr="00E110AC" w:rsidTr="008B1FCB">
        <w:trPr>
          <w:trHeight w:val="1441"/>
          <w:tblHeader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№ урока</w:t>
            </w:r>
          </w:p>
        </w:tc>
        <w:tc>
          <w:tcPr>
            <w:tcW w:w="5928" w:type="dxa"/>
            <w:hideMark/>
          </w:tcPr>
          <w:p w:rsidR="00DC3F2C" w:rsidRPr="00E110AC" w:rsidRDefault="00DC3F2C" w:rsidP="008B1FC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Плановые сроки прохождения программы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  <w:lang w:val="ru-RU"/>
              </w:rPr>
              <w:t>Фактические сроки и/или коррекция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28" w:type="dxa"/>
            <w:hideMark/>
          </w:tcPr>
          <w:p w:rsidR="00DC3F2C" w:rsidRPr="00E711F9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Представление числовой информации в таблицах</w:t>
            </w:r>
            <w:r w:rsidRPr="00E711F9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711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Инструктаж по ТБ, ОТ на уроках математики.</w:t>
            </w:r>
          </w:p>
        </w:tc>
        <w:tc>
          <w:tcPr>
            <w:tcW w:w="1417" w:type="dxa"/>
            <w:hideMark/>
          </w:tcPr>
          <w:p w:rsidR="00DC3F2C" w:rsidRPr="00E711F9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711F9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711F9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</w:tcPr>
          <w:p w:rsidR="00DC3F2C" w:rsidRPr="006866A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28" w:type="dxa"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Представление числовой информации в таблицах</w:t>
            </w:r>
          </w:p>
        </w:tc>
        <w:tc>
          <w:tcPr>
            <w:tcW w:w="1417" w:type="dxa"/>
          </w:tcPr>
          <w:p w:rsidR="00DC3F2C" w:rsidRPr="006866A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DC3F2C" w:rsidRPr="006866A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C3F2C" w:rsidRPr="006866A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Цифры и числа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6866A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Цифры и числа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28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Отрезок и его длина. Ломаная. Многоугольник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28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Отрезок и его длина. Ломаная. Многоугольник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928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66A3">
              <w:rPr>
                <w:rFonts w:ascii="Times New Roman" w:hAnsi="Times New Roman"/>
                <w:sz w:val="24"/>
                <w:szCs w:val="24"/>
                <w:lang w:val="ru-RU"/>
              </w:rPr>
              <w:t>Плоскость, представление о плоскости. Прямая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66A3">
              <w:rPr>
                <w:rFonts w:ascii="Times New Roman" w:hAnsi="Times New Roman"/>
                <w:sz w:val="24"/>
                <w:szCs w:val="24"/>
                <w:lang w:val="ru-RU"/>
              </w:rPr>
              <w:t>Прямая, луч, угол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Шкалы и координатная прямая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928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66A3">
              <w:rPr>
                <w:rFonts w:ascii="Times New Roman" w:hAnsi="Times New Roman"/>
                <w:sz w:val="24"/>
                <w:szCs w:val="24"/>
                <w:lang w:val="ru-RU"/>
              </w:rPr>
              <w:t>Координатная прямая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66A3">
              <w:rPr>
                <w:rFonts w:ascii="Times New Roman" w:hAnsi="Times New Roman"/>
                <w:sz w:val="24"/>
                <w:szCs w:val="24"/>
                <w:lang w:val="ru-RU"/>
              </w:rPr>
              <w:t>Сравнение натуральных чисел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натуральных чисел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натуральных чисел</w:t>
            </w:r>
            <w:r w:rsidRPr="00FC7890">
              <w:rPr>
                <w:lang w:val="ru-RU"/>
              </w:rPr>
              <w:t xml:space="preserve"> </w:t>
            </w:r>
            <w:r w:rsidRPr="00FC7890">
              <w:rPr>
                <w:rFonts w:ascii="Times New Roman" w:hAnsi="Times New Roman"/>
                <w:sz w:val="24"/>
                <w:szCs w:val="24"/>
                <w:lang w:val="ru-RU"/>
              </w:rPr>
              <w:t>с помощью рисунка, схемы (таблицы, диаграммы)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hideMark/>
          </w:tcPr>
          <w:p w:rsidR="00DC3F2C" w:rsidRPr="00FC7890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FC7890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FC7890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928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7890">
              <w:rPr>
                <w:rFonts w:ascii="Times New Roman" w:hAnsi="Times New Roman"/>
                <w:sz w:val="24"/>
                <w:szCs w:val="24"/>
                <w:lang w:val="ru-RU"/>
              </w:rPr>
              <w:t>Позиционная и непозиционная запись числа, римская нумерация</w:t>
            </w:r>
          </w:p>
        </w:tc>
        <w:tc>
          <w:tcPr>
            <w:tcW w:w="1417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FC7890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1</w:t>
            </w:r>
          </w:p>
        </w:tc>
        <w:tc>
          <w:tcPr>
            <w:tcW w:w="1417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FC7890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Представление числовой информации в столбчатых диаграммах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6866A3" w:rsidTr="008B1FCB">
        <w:trPr>
          <w:trHeight w:val="315"/>
        </w:trPr>
        <w:tc>
          <w:tcPr>
            <w:tcW w:w="675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928" w:type="dxa"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7890">
              <w:rPr>
                <w:rFonts w:ascii="Times New Roman" w:hAnsi="Times New Roman"/>
                <w:sz w:val="24"/>
                <w:szCs w:val="24"/>
                <w:lang w:val="ru-RU"/>
              </w:rPr>
              <w:t>Чтение информации на диаграммах</w:t>
            </w:r>
          </w:p>
        </w:tc>
        <w:tc>
          <w:tcPr>
            <w:tcW w:w="1417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3F2C" w:rsidRPr="006866A3" w:rsidTr="008B1FCB">
        <w:trPr>
          <w:trHeight w:val="315"/>
        </w:trPr>
        <w:tc>
          <w:tcPr>
            <w:tcW w:w="675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928" w:type="dxa"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7890">
              <w:rPr>
                <w:rFonts w:ascii="Times New Roman" w:hAnsi="Times New Roman"/>
                <w:sz w:val="24"/>
                <w:szCs w:val="24"/>
                <w:lang w:val="ru-RU"/>
              </w:rPr>
              <w:t>Построение столбчатых диаграмм</w:t>
            </w:r>
          </w:p>
        </w:tc>
        <w:tc>
          <w:tcPr>
            <w:tcW w:w="1417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3F2C" w:rsidRPr="00FC1E60" w:rsidTr="008B1FCB">
        <w:trPr>
          <w:trHeight w:val="630"/>
        </w:trPr>
        <w:tc>
          <w:tcPr>
            <w:tcW w:w="675" w:type="dxa"/>
            <w:hideMark/>
          </w:tcPr>
          <w:p w:rsidR="00DC3F2C" w:rsidRPr="001C04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сложения. Свойства сложения</w:t>
            </w:r>
          </w:p>
        </w:tc>
        <w:tc>
          <w:tcPr>
            <w:tcW w:w="1417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928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сложения. Свойства сложения</w:t>
            </w:r>
          </w:p>
        </w:tc>
        <w:tc>
          <w:tcPr>
            <w:tcW w:w="1417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5D0BAF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сложения. Свойства сложения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вычитания. Свойства вычитания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вычитания. Свойства вычитания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вычитания. Свойства вычитания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2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315E1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Числовые и буквенные выражения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315E1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Числовые и буквенные выражения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315E1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Числовые и буквенные выражения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315E1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Числовые и буквенные выражения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Уравнения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Уравнения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Уравнения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3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умножения. Свойства умножения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умножения. Свойства умножения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умножения. Свойства умножения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деления. Свойства деления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деления. Свойства деления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деления. Свойства деления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Действие деления. Свойства деления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с остатком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с остатком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с остатком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4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962AC6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Упрощение выражений</w:t>
            </w:r>
          </w:p>
        </w:tc>
        <w:tc>
          <w:tcPr>
            <w:tcW w:w="1417" w:type="dxa"/>
            <w:hideMark/>
          </w:tcPr>
          <w:p w:rsidR="00DC3F2C" w:rsidRPr="00962AC6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962AC6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962AC6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Упрощение выражений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Упрощение выражений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Упрощение выражений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Порядок действий в вычислениях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Порядок действий в вычислениях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Порядок действий в вычислениях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Степень с натуральным показателем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Степень с натуральным показателем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Делители и кратные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Делители и кратные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5928" w:type="dxa"/>
            <w:noWrap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Делители и кратные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Свойства и признаки делимости</w:t>
            </w:r>
          </w:p>
        </w:tc>
        <w:tc>
          <w:tcPr>
            <w:tcW w:w="1417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Свойства и признаки делимости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Свойства и признаки делимости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Свойства и признаки делимости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№ 5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737A69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Формулы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6E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Фигуры на плоскости, многоугольники. Треугольник, </w:t>
            </w:r>
            <w:r w:rsidRPr="00B826E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виды треугольников. Четырёхугольники: прямоугольник, квадрат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6E7">
              <w:rPr>
                <w:rFonts w:ascii="Times New Roman" w:hAnsi="Times New Roman"/>
                <w:sz w:val="24"/>
                <w:szCs w:val="24"/>
                <w:lang w:val="ru-RU"/>
              </w:rPr>
              <w:t>Периметр фигуры, формулы для вычисления периметра</w:t>
            </w:r>
          </w:p>
        </w:tc>
        <w:tc>
          <w:tcPr>
            <w:tcW w:w="1417" w:type="dxa"/>
            <w:hideMark/>
          </w:tcPr>
          <w:p w:rsidR="00DC3F2C" w:rsidRPr="00B826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B826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B826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6E7">
              <w:rPr>
                <w:rFonts w:ascii="Times New Roman" w:hAnsi="Times New Roman"/>
                <w:sz w:val="24"/>
                <w:szCs w:val="24"/>
                <w:lang w:val="ru-RU"/>
              </w:rPr>
              <w:t>Понятие о площади. Площадь единичного квадрата. Единицы измерения площади. Площадь квадра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та</w:t>
            </w:r>
          </w:p>
        </w:tc>
        <w:tc>
          <w:tcPr>
            <w:tcW w:w="1417" w:type="dxa"/>
            <w:hideMark/>
          </w:tcPr>
          <w:p w:rsidR="00DC3F2C" w:rsidRPr="00B826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B826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B826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3FE1">
              <w:rPr>
                <w:rFonts w:ascii="Times New Roman" w:hAnsi="Times New Roman"/>
                <w:sz w:val="24"/>
                <w:szCs w:val="24"/>
                <w:lang w:val="ru-RU"/>
              </w:rPr>
              <w:t>Единицы измерения площадей. Площадь прямоугольника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3FE1">
              <w:rPr>
                <w:rFonts w:ascii="Times New Roman" w:hAnsi="Times New Roman"/>
                <w:sz w:val="24"/>
                <w:szCs w:val="24"/>
                <w:lang w:val="ru-RU"/>
              </w:rPr>
              <w:t>Тела и фигуры в пространстве. Прямоугольный параллелепипед и его свойства. Куб. Свойства куба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3FE1">
              <w:rPr>
                <w:rFonts w:ascii="Times New Roman" w:hAnsi="Times New Roman"/>
                <w:sz w:val="24"/>
                <w:szCs w:val="24"/>
                <w:lang w:val="ru-RU"/>
              </w:rPr>
              <w:t>Измерения параллелепипеда. Понятие поверхности. Площадь поверхности куба и прямоугольного параллелепипеда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3FE1">
              <w:rPr>
                <w:rFonts w:ascii="Times New Roman" w:hAnsi="Times New Roman"/>
                <w:sz w:val="24"/>
                <w:szCs w:val="24"/>
                <w:lang w:val="ru-RU"/>
              </w:rPr>
              <w:t>Понятие объёма. Единичный куб. Единицы измерения объёма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Объёмы. Объём прямоугольного параллелепипеда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№6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96544">
              <w:rPr>
                <w:rFonts w:ascii="Times New Roman" w:hAnsi="Times New Roman"/>
                <w:sz w:val="24"/>
                <w:szCs w:val="24"/>
                <w:lang w:val="ru-RU"/>
              </w:rPr>
              <w:t>Окружность, круг. Примеры фигур, содержащих окружность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C56893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Окружность, круг, шар, цилиндр</w:t>
            </w:r>
          </w:p>
        </w:tc>
        <w:tc>
          <w:tcPr>
            <w:tcW w:w="1417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F52ED">
              <w:rPr>
                <w:rFonts w:ascii="Times New Roman" w:hAnsi="Times New Roman"/>
                <w:sz w:val="24"/>
                <w:szCs w:val="24"/>
                <w:lang w:val="ru-RU"/>
              </w:rPr>
              <w:t>Доли и дроби. Доли. Обыкновенные дроби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79FF">
              <w:rPr>
                <w:rFonts w:ascii="Times New Roman" w:hAnsi="Times New Roman"/>
                <w:sz w:val="24"/>
                <w:szCs w:val="24"/>
                <w:lang w:val="ru-RU"/>
              </w:rPr>
              <w:t>Доли и дроби. Изображение дробей на координатном луче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79FF">
              <w:rPr>
                <w:rFonts w:ascii="Times New Roman" w:hAnsi="Times New Roman"/>
                <w:sz w:val="24"/>
                <w:szCs w:val="24"/>
                <w:lang w:val="ru-RU"/>
              </w:rPr>
              <w:t>Доли и дроби. Изображение дробей на координатном луче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79FF">
              <w:rPr>
                <w:rFonts w:ascii="Times New Roman" w:hAnsi="Times New Roman"/>
                <w:sz w:val="24"/>
                <w:szCs w:val="24"/>
                <w:lang w:val="ru-RU"/>
              </w:rPr>
              <w:t>Доли и дроби. Изображение дробей на координатном луче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дробей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дробей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дробей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Правильные и неправильные дроби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Правильные и неправильные дроби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№7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Сложение и вычитание дробей с одинаковыми </w:t>
            </w: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знаменателями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натуральных чисел и дроби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натуральных чисел и дроби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Смешанные числа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C56893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Смешанные числа</w:t>
            </w:r>
          </w:p>
        </w:tc>
        <w:tc>
          <w:tcPr>
            <w:tcW w:w="1417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630"/>
        </w:trPr>
        <w:tc>
          <w:tcPr>
            <w:tcW w:w="675" w:type="dxa"/>
            <w:hideMark/>
          </w:tcPr>
          <w:p w:rsidR="00DC3F2C" w:rsidRPr="005D4F35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8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Основное свойство дроби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Сокращение дробей 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Сокращение дробей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п.9стр63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9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Умножения дробей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Умножения дробей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части целого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63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части целого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части целого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303B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дробей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дробей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202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целого по его части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целого по его части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целого по его части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3D3C2E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10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3D3C2E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Десятичная запись дробей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3D3C2E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Десятичная запись дробей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</w:tcPr>
          <w:p w:rsidR="00DC3F2C" w:rsidRPr="003D3C2E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119</w:t>
            </w:r>
          </w:p>
        </w:tc>
        <w:tc>
          <w:tcPr>
            <w:tcW w:w="5928" w:type="dxa"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3C2E">
              <w:rPr>
                <w:rFonts w:ascii="Times New Roman" w:hAnsi="Times New Roman"/>
                <w:sz w:val="24"/>
                <w:szCs w:val="24"/>
                <w:lang w:val="ru-RU"/>
              </w:rPr>
              <w:t>Величины и десятичные дроби</w:t>
            </w:r>
          </w:p>
        </w:tc>
        <w:tc>
          <w:tcPr>
            <w:tcW w:w="1417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десятичных дробей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Сравнение десятичных дробей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Округление чисел. Прикидка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6866A3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Округление чисел. Прикидка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A54441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1417" w:type="dxa"/>
            <w:hideMark/>
          </w:tcPr>
          <w:p w:rsidR="00DC3F2C" w:rsidRPr="003D3C2E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3D3C2E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3D3C2E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11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A085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A085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A085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A085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A085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A085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A085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A085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на десятичную дробь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на десятичную дробь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на десятичную дробь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на десятичную дробь</w:t>
            </w:r>
          </w:p>
        </w:tc>
        <w:tc>
          <w:tcPr>
            <w:tcW w:w="1417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на десятичную дробь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десятичную дробь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десятичную дробь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303BE7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десятичную дробь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десятичную дробь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десятичную дробь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A085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lastRenderedPageBreak/>
              <w:t>149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A45DD">
              <w:rPr>
                <w:rFonts w:ascii="Times New Roman" w:hAnsi="Times New Roman"/>
                <w:sz w:val="24"/>
                <w:szCs w:val="24"/>
                <w:lang w:val="ru-RU"/>
              </w:rPr>
              <w:t>Решение задач с десятичными дробям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</w:p>
        </w:tc>
        <w:tc>
          <w:tcPr>
            <w:tcW w:w="1417" w:type="dxa"/>
            <w:hideMark/>
          </w:tcPr>
          <w:p w:rsidR="00DC3F2C" w:rsidRPr="00EA45DD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A45DD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A45DD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A085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928" w:type="dxa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A45DD">
              <w:rPr>
                <w:rFonts w:ascii="Times New Roman" w:hAnsi="Times New Roman"/>
                <w:sz w:val="24"/>
                <w:szCs w:val="24"/>
                <w:lang w:val="ru-RU"/>
              </w:rPr>
              <w:t>Решение задач с десятичными дробям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5928" w:type="dxa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№ 12</w:t>
            </w:r>
          </w:p>
        </w:tc>
        <w:tc>
          <w:tcPr>
            <w:tcW w:w="1417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C56893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Калькулятор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Калькулятор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5928" w:type="dxa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Калькулятор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5928" w:type="dxa"/>
            <w:vAlign w:val="center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Виды углов. Чертёжный треугольник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5928" w:type="dxa"/>
            <w:vAlign w:val="center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Виды углов. Чертёжный треугольник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5928" w:type="dxa"/>
            <w:vAlign w:val="center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Виды углов. Чертёжный треугольник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5928" w:type="dxa"/>
            <w:vAlign w:val="center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Виды углов. Чертёжный треугольник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5928" w:type="dxa"/>
            <w:noWrap/>
            <w:vAlign w:val="center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Измерение углов. Транспортир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E110AC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5928" w:type="dxa"/>
            <w:noWrap/>
            <w:vAlign w:val="center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Измерение углов. Транспортир</w:t>
            </w:r>
          </w:p>
        </w:tc>
        <w:tc>
          <w:tcPr>
            <w:tcW w:w="1417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254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Измерение углов. Транспортир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216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№13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A0854" w:rsidTr="008B1FCB">
        <w:trPr>
          <w:trHeight w:val="178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A0854" w:rsidTr="008B1FCB">
        <w:trPr>
          <w:trHeight w:val="112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A0854" w:rsidTr="008B1FCB">
        <w:trPr>
          <w:trHeight w:val="216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A0854" w:rsidTr="008B1FCB">
        <w:trPr>
          <w:trHeight w:val="320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FC1E60" w:rsidTr="008B1FCB">
        <w:trPr>
          <w:trHeight w:val="268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5928" w:type="dxa"/>
            <w:vAlign w:val="center"/>
            <w:hideMark/>
          </w:tcPr>
          <w:p w:rsidR="00DC3F2C" w:rsidRPr="002C6A5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C6A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Итоговая контрольная работа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A0854" w:rsidTr="008B1FCB">
        <w:trPr>
          <w:trHeight w:val="31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5928" w:type="dxa"/>
            <w:vAlign w:val="center"/>
            <w:hideMark/>
          </w:tcPr>
          <w:p w:rsidR="00DC3F2C" w:rsidRPr="000F654B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F654B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A0854" w:rsidTr="008B1FCB">
        <w:trPr>
          <w:trHeight w:val="334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C3F2C" w:rsidRPr="007A0854" w:rsidTr="008B1FCB">
        <w:trPr>
          <w:trHeight w:val="255"/>
        </w:trPr>
        <w:tc>
          <w:tcPr>
            <w:tcW w:w="675" w:type="dxa"/>
            <w:hideMark/>
          </w:tcPr>
          <w:p w:rsidR="00DC3F2C" w:rsidRPr="00E110A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5928" w:type="dxa"/>
            <w:vAlign w:val="center"/>
            <w:hideMark/>
          </w:tcPr>
          <w:p w:rsidR="00DC3F2C" w:rsidRPr="00030361" w:rsidRDefault="00DC3F2C" w:rsidP="008B1FC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54B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 курса математики 5 класса</w:t>
            </w:r>
          </w:p>
        </w:tc>
        <w:tc>
          <w:tcPr>
            <w:tcW w:w="1417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hideMark/>
          </w:tcPr>
          <w:p w:rsidR="00DC3F2C" w:rsidRPr="00030361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10A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DC3F2C" w:rsidRPr="00E14A76" w:rsidRDefault="00DC3F2C" w:rsidP="00DC3F2C">
      <w:pPr>
        <w:spacing w:after="0"/>
        <w:ind w:left="120"/>
        <w:rPr>
          <w:lang w:val="ru-RU"/>
        </w:rPr>
      </w:pPr>
    </w:p>
    <w:p w:rsidR="00DC3F2C" w:rsidRPr="00E14A76" w:rsidRDefault="00DC3F2C" w:rsidP="00DC3F2C">
      <w:pPr>
        <w:rPr>
          <w:lang w:val="ru-RU"/>
        </w:rPr>
        <w:sectPr w:rsidR="00DC3F2C" w:rsidRPr="00E14A76" w:rsidSect="00EF175E">
          <w:pgSz w:w="11906" w:h="16383"/>
          <w:pgMar w:top="850" w:right="707" w:bottom="1701" w:left="1134" w:header="720" w:footer="720" w:gutter="0"/>
          <w:cols w:space="720"/>
          <w:docGrid w:linePitch="299"/>
        </w:sectPr>
      </w:pPr>
    </w:p>
    <w:p w:rsidR="00DC3F2C" w:rsidRPr="00D61B41" w:rsidRDefault="00DC3F2C" w:rsidP="00DC3F2C">
      <w:pPr>
        <w:spacing w:after="0"/>
        <w:ind w:left="120"/>
        <w:rPr>
          <w:lang w:val="ru-RU"/>
        </w:rPr>
      </w:pPr>
      <w:r w:rsidRPr="00D61B41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DC3F2C" w:rsidRPr="00D61B41" w:rsidRDefault="00DC3F2C" w:rsidP="00DC3F2C">
      <w:pPr>
        <w:spacing w:after="0" w:line="480" w:lineRule="auto"/>
        <w:ind w:left="120"/>
        <w:rPr>
          <w:lang w:val="ru-RU"/>
        </w:rPr>
      </w:pPr>
      <w:r w:rsidRPr="00D61B41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DC3F2C" w:rsidRPr="00D61B41" w:rsidRDefault="00DC3F2C" w:rsidP="00DC3F2C">
      <w:pPr>
        <w:spacing w:after="0"/>
        <w:ind w:left="119"/>
        <w:contextualSpacing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Математика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5 класс : базовый уровень : учебник : в 2 частях / Н.Я. Виленкин, В.И. Жохов, А.С. Чесноков и др. – Москва : Просвещение, 2023</w:t>
      </w:r>
    </w:p>
    <w:p w:rsidR="00DC3F2C" w:rsidRPr="00D61B41" w:rsidRDefault="00DC3F2C" w:rsidP="00DC3F2C">
      <w:pPr>
        <w:spacing w:after="0"/>
        <w:ind w:left="120"/>
        <w:rPr>
          <w:lang w:val="ru-RU"/>
        </w:rPr>
      </w:pPr>
      <w:r w:rsidRPr="00D61B41">
        <w:rPr>
          <w:rFonts w:ascii="Times New Roman" w:hAnsi="Times New Roman"/>
          <w:color w:val="000000"/>
          <w:sz w:val="28"/>
          <w:lang w:val="ru-RU"/>
        </w:rPr>
        <w:t>​</w:t>
      </w:r>
    </w:p>
    <w:p w:rsidR="00DC3F2C" w:rsidRPr="00D61B41" w:rsidRDefault="00DC3F2C" w:rsidP="00DC3F2C">
      <w:pPr>
        <w:spacing w:after="0" w:line="480" w:lineRule="auto"/>
        <w:ind w:left="120"/>
        <w:rPr>
          <w:lang w:val="ru-RU"/>
        </w:rPr>
      </w:pPr>
      <w:r w:rsidRPr="00D61B4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C3F2C" w:rsidRDefault="00DC3F2C" w:rsidP="00DC3F2C">
      <w:pPr>
        <w:spacing w:after="0"/>
        <w:ind w:left="119"/>
        <w:contextualSpacing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Методические рекомендации</w:t>
      </w:r>
    </w:p>
    <w:p w:rsidR="00DC3F2C" w:rsidRPr="006B1E59" w:rsidRDefault="00DC3F2C" w:rsidP="00DC3F2C">
      <w:pPr>
        <w:spacing w:after="0"/>
        <w:ind w:left="119"/>
        <w:contextualSpacing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Математика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5 класс : базовый уровень : контрольные работы. Учебное пособие / Л.Б. Крайнева – М.: Просвещение, 2023</w:t>
      </w:r>
    </w:p>
    <w:p w:rsidR="00DC3F2C" w:rsidRPr="00D61B41" w:rsidRDefault="00DC3F2C" w:rsidP="00DC3F2C">
      <w:pPr>
        <w:spacing w:after="0"/>
        <w:ind w:left="120"/>
        <w:rPr>
          <w:lang w:val="ru-RU"/>
        </w:rPr>
      </w:pPr>
    </w:p>
    <w:p w:rsidR="00DC3F2C" w:rsidRPr="00DC678B" w:rsidRDefault="00DC3F2C" w:rsidP="00DC3F2C">
      <w:pPr>
        <w:spacing w:after="0" w:line="480" w:lineRule="auto"/>
        <w:ind w:left="120"/>
        <w:rPr>
          <w:lang w:val="ru-RU"/>
        </w:rPr>
      </w:pPr>
      <w:r w:rsidRPr="00DC678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C3F2C" w:rsidRPr="002E6396" w:rsidRDefault="00DC3F2C" w:rsidP="00DC3F2C">
      <w:pPr>
        <w:spacing w:after="0"/>
        <w:ind w:left="119"/>
        <w:contextualSpacing/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</w:pPr>
      <w:r w:rsidRPr="00805DF9">
        <w:rPr>
          <w:rFonts w:ascii="Times New Roman" w:hAnsi="Times New Roman"/>
          <w:color w:val="000000"/>
          <w:sz w:val="28"/>
          <w:lang w:val="ru-RU"/>
        </w:rPr>
        <w:t>Библиотека ЦОК</w:t>
      </w:r>
      <w:r w:rsidRPr="00DC678B">
        <w:rPr>
          <w:rFonts w:ascii="Times New Roman" w:hAnsi="Times New Roman"/>
          <w:color w:val="000000"/>
          <w:sz w:val="24"/>
          <w:lang w:val="ru-RU"/>
        </w:rPr>
        <w:t xml:space="preserve"> </w:t>
      </w:r>
      <w:hyperlink r:id="rId44"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://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m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.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edsoo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.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ru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/7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f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4131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ce</w:t>
        </w:r>
      </w:hyperlink>
    </w:p>
    <w:p w:rsidR="00DC3F2C" w:rsidRPr="00F236E4" w:rsidRDefault="00DC3F2C" w:rsidP="00DC3F2C">
      <w:pPr>
        <w:spacing w:after="0"/>
        <w:ind w:left="119"/>
        <w:contextualSpacing/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Библиотека МЭШ </w:t>
      </w:r>
      <w:hyperlink r:id="rId45" w:history="1"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https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uchebnik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mos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ru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catalogue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?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class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_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level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_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ids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=5&amp;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subject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_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program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_</w:t>
        </w:r>
        <w:r w:rsidRPr="00DD21D6">
          <w:rPr>
            <w:rStyle w:val="ae"/>
            <w:rFonts w:ascii="Times New Roman" w:hAnsi="Times New Roman" w:cs="Times New Roman"/>
            <w:sz w:val="28"/>
            <w:szCs w:val="28"/>
          </w:rPr>
          <w:t>ids</w:t>
        </w:r>
        <w:r w:rsidRPr="00F236E4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=31937337</w:t>
        </w:r>
      </w:hyperlink>
    </w:p>
    <w:p w:rsidR="00DC3F2C" w:rsidRPr="00805DF9" w:rsidRDefault="00DC3F2C" w:rsidP="00DC3F2C">
      <w:pPr>
        <w:spacing w:after="0"/>
        <w:ind w:left="119"/>
        <w:contextualSpacing/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</w:pPr>
      <w:r w:rsidRPr="00805DF9">
        <w:rPr>
          <w:rFonts w:ascii="Times New Roman" w:hAnsi="Times New Roman"/>
          <w:color w:val="000000"/>
          <w:sz w:val="28"/>
          <w:lang w:val="ru-RU"/>
        </w:rPr>
        <w:t>Библиотека РЭШ</w:t>
      </w:r>
      <w:r>
        <w:rPr>
          <w:lang w:val="ru-RU"/>
        </w:rPr>
        <w:t xml:space="preserve"> </w:t>
      </w:r>
      <w:hyperlink r:id="rId46" w:history="1">
        <w:r w:rsidRPr="00805DF9">
          <w:rPr>
            <w:rFonts w:ascii="Times New Roman" w:hAnsi="Times New Roman" w:cs="Times New Roman"/>
            <w:color w:val="0000FF"/>
            <w:sz w:val="28"/>
            <w:szCs w:val="28"/>
          </w:rPr>
          <w:t>https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lang w:val="ru-RU"/>
          </w:rPr>
          <w:t>://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</w:rPr>
          <w:t>resh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lang w:val="ru-RU"/>
          </w:rPr>
          <w:t>.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</w:rPr>
          <w:t>edu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lang w:val="ru-RU"/>
          </w:rPr>
          <w:t>.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</w:rPr>
          <w:t>ru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lang w:val="ru-RU"/>
          </w:rPr>
          <w:t>/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</w:rPr>
          <w:t>subject</w:t>
        </w:r>
        <w:r w:rsidRPr="00805DF9">
          <w:rPr>
            <w:rFonts w:ascii="Times New Roman" w:hAnsi="Times New Roman" w:cs="Times New Roman"/>
            <w:color w:val="0000FF"/>
            <w:sz w:val="28"/>
            <w:szCs w:val="28"/>
            <w:lang w:val="ru-RU"/>
          </w:rPr>
          <w:t>/12/5/</w:t>
        </w:r>
      </w:hyperlink>
    </w:p>
    <w:p w:rsidR="00DC3F2C" w:rsidRPr="00805DF9" w:rsidRDefault="00DC3F2C" w:rsidP="00DC3F2C">
      <w:pPr>
        <w:spacing w:after="0" w:line="480" w:lineRule="auto"/>
        <w:ind w:left="120"/>
        <w:rPr>
          <w:lang w:val="ru-RU"/>
        </w:rPr>
      </w:pPr>
      <w:r w:rsidRPr="00805DF9">
        <w:rPr>
          <w:rFonts w:ascii="Times New Roman" w:hAnsi="Times New Roman"/>
          <w:color w:val="000000"/>
          <w:sz w:val="28"/>
          <w:lang w:val="ru-RU"/>
        </w:rPr>
        <w:t>​</w:t>
      </w:r>
      <w:r w:rsidRPr="00805DF9">
        <w:rPr>
          <w:rFonts w:ascii="Times New Roman" w:hAnsi="Times New Roman"/>
          <w:color w:val="333333"/>
          <w:sz w:val="28"/>
          <w:lang w:val="ru-RU"/>
        </w:rPr>
        <w:t>​‌‌</w:t>
      </w:r>
      <w:r w:rsidRPr="00805DF9">
        <w:rPr>
          <w:rFonts w:ascii="Times New Roman" w:hAnsi="Times New Roman"/>
          <w:color w:val="000000"/>
          <w:sz w:val="28"/>
          <w:lang w:val="ru-RU"/>
        </w:rPr>
        <w:t>​</w:t>
      </w:r>
    </w:p>
    <w:p w:rsidR="00DC3F2C" w:rsidRDefault="00DC3F2C" w:rsidP="00DC3F2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  <w:sectPr w:rsidR="00DC3F2C" w:rsidSect="00D61B41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DC3F2C" w:rsidRPr="00400668" w:rsidRDefault="00DC3F2C" w:rsidP="00DC3F2C">
      <w:pPr>
        <w:contextualSpacing/>
        <w:jc w:val="right"/>
        <w:rPr>
          <w:rFonts w:asciiTheme="majorBidi" w:hAnsiTheme="majorBidi" w:cstheme="majorBidi"/>
          <w:bCs/>
          <w:lang w:val="ru-RU"/>
        </w:rPr>
      </w:pPr>
      <w:r w:rsidRPr="00400668">
        <w:rPr>
          <w:rFonts w:asciiTheme="majorBidi" w:hAnsiTheme="majorBidi" w:cstheme="majorBidi"/>
          <w:b/>
          <w:bCs/>
          <w:lang w:val="ru-RU"/>
        </w:rPr>
        <w:lastRenderedPageBreak/>
        <w:t>ПРИЛОЖЕНИЕ №</w:t>
      </w:r>
      <w:r w:rsidRPr="00400668">
        <w:rPr>
          <w:rFonts w:asciiTheme="majorBidi" w:hAnsiTheme="majorBidi" w:cstheme="majorBidi"/>
          <w:bCs/>
          <w:u w:val="single"/>
          <w:lang w:val="ru-RU"/>
        </w:rPr>
        <w:tab/>
        <w:t xml:space="preserve">    </w:t>
      </w:r>
      <w:r w:rsidRPr="00400668">
        <w:rPr>
          <w:rFonts w:asciiTheme="majorBidi" w:hAnsiTheme="majorBidi" w:cstheme="majorBidi"/>
          <w:bCs/>
          <w:u w:val="single"/>
          <w:lang w:val="ru-RU"/>
        </w:rPr>
        <w:tab/>
      </w:r>
    </w:p>
    <w:p w:rsidR="00DC3F2C" w:rsidRPr="00E711F9" w:rsidRDefault="00DC3F2C" w:rsidP="00DC3F2C">
      <w:pPr>
        <w:spacing w:line="240" w:lineRule="auto"/>
        <w:contextualSpacing/>
        <w:jc w:val="right"/>
        <w:rPr>
          <w:rFonts w:asciiTheme="majorBidi" w:hAnsiTheme="majorBidi" w:cstheme="majorBidi"/>
          <w:bCs/>
          <w:lang w:val="ru-RU"/>
        </w:rPr>
      </w:pPr>
    </w:p>
    <w:p w:rsidR="00DC3F2C" w:rsidRPr="00400668" w:rsidRDefault="00DC3F2C" w:rsidP="00DC3F2C">
      <w:pPr>
        <w:spacing w:line="240" w:lineRule="auto"/>
        <w:contextualSpacing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400668">
        <w:rPr>
          <w:rFonts w:ascii="Times New Roman" w:eastAsia="Times New Roman" w:hAnsi="Times New Roman"/>
          <w:sz w:val="24"/>
          <w:szCs w:val="24"/>
          <w:lang w:val="ru-RU" w:eastAsia="ru-RU" w:bidi="ru-RU"/>
        </w:rPr>
        <w:t>Учитель математики:</w:t>
      </w:r>
      <w:r w:rsidRPr="009A10B3">
        <w:rPr>
          <w:rFonts w:ascii="Times New Roman" w:eastAsia="Times New Roman" w:hAnsi="Times New Roman"/>
          <w:sz w:val="24"/>
          <w:szCs w:val="24"/>
          <w:lang w:val="ru-RU" w:eastAsia="ru-RU" w:bidi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ru-RU" w:eastAsia="ru-RU" w:bidi="ru-RU"/>
        </w:rPr>
        <w:t>Громова Евгения Валерьевна</w:t>
      </w:r>
      <w:r w:rsidRPr="00400668">
        <w:rPr>
          <w:rFonts w:ascii="Times New Roman" w:eastAsia="Times New Roman" w:hAnsi="Times New Roman"/>
          <w:sz w:val="24"/>
          <w:szCs w:val="24"/>
          <w:lang w:val="ru-RU" w:eastAsia="ru-RU" w:bidi="ru-RU"/>
        </w:rPr>
        <w:t>.</w:t>
      </w:r>
    </w:p>
    <w:p w:rsidR="00DC3F2C" w:rsidRPr="00400668" w:rsidRDefault="00DC3F2C" w:rsidP="00DC3F2C">
      <w:pPr>
        <w:spacing w:line="240" w:lineRule="auto"/>
        <w:contextualSpacing/>
        <w:jc w:val="right"/>
        <w:rPr>
          <w:rFonts w:asciiTheme="majorBidi" w:hAnsiTheme="majorBidi" w:cstheme="majorBidi"/>
          <w:b/>
          <w:bCs/>
          <w:sz w:val="24"/>
          <w:szCs w:val="24"/>
          <w:u w:val="single"/>
          <w:lang w:val="ru-RU"/>
        </w:rPr>
      </w:pPr>
    </w:p>
    <w:p w:rsidR="00DC3F2C" w:rsidRPr="00400668" w:rsidRDefault="00DC3F2C" w:rsidP="00DC3F2C">
      <w:pPr>
        <w:spacing w:line="240" w:lineRule="auto"/>
        <w:contextualSpacing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ru-RU"/>
        </w:rPr>
      </w:pPr>
      <w:r w:rsidRPr="00400668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ru-RU"/>
        </w:rPr>
        <w:t>ОЦЕНОЧНЫЕ ПРОЦЕДУРЫ</w:t>
      </w:r>
    </w:p>
    <w:p w:rsidR="00DC3F2C" w:rsidRPr="00400668" w:rsidRDefault="00DC3F2C" w:rsidP="00DC3F2C">
      <w:pPr>
        <w:spacing w:line="240" w:lineRule="auto"/>
        <w:contextualSpacing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val="ru-RU"/>
        </w:rPr>
      </w:pPr>
      <w:r w:rsidRPr="00400668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ru-RU"/>
        </w:rPr>
        <w:t xml:space="preserve">по предмету </w:t>
      </w:r>
      <w:r w:rsidRPr="00400668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val="ru-RU"/>
        </w:rPr>
        <w:t>МАТЕМАТИКА, 5 «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val="ru-RU"/>
        </w:rPr>
        <w:t>Е</w:t>
      </w:r>
      <w:r w:rsidRPr="00400668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val="ru-RU"/>
        </w:rPr>
        <w:t>» класс</w:t>
      </w:r>
    </w:p>
    <w:p w:rsidR="00DC3F2C" w:rsidRPr="00400668" w:rsidRDefault="00DC3F2C" w:rsidP="00DC3F2C">
      <w:pPr>
        <w:spacing w:line="240" w:lineRule="auto"/>
        <w:contextualSpacing/>
        <w:jc w:val="center"/>
        <w:rPr>
          <w:rFonts w:asciiTheme="majorBidi" w:hAnsiTheme="majorBidi" w:cstheme="majorBidi"/>
          <w:b/>
          <w:bCs/>
          <w:color w:val="000000" w:themeColor="text1"/>
          <w:lang w:val="ru-RU"/>
        </w:rPr>
      </w:pPr>
    </w:p>
    <w:tbl>
      <w:tblPr>
        <w:tblStyle w:val="af"/>
        <w:tblW w:w="0" w:type="auto"/>
        <w:tblLook w:val="04A0"/>
      </w:tblPr>
      <w:tblGrid>
        <w:gridCol w:w="1310"/>
        <w:gridCol w:w="2944"/>
        <w:gridCol w:w="5618"/>
      </w:tblGrid>
      <w:tr w:rsidR="00DC3F2C" w:rsidRPr="00743864" w:rsidTr="008B1FCB">
        <w:tc>
          <w:tcPr>
            <w:tcW w:w="9872" w:type="dxa"/>
            <w:gridSpan w:val="3"/>
          </w:tcPr>
          <w:p w:rsidR="00DC3F2C" w:rsidRPr="00144FF4" w:rsidRDefault="00DC3F2C" w:rsidP="008B1FCB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ru-RU"/>
              </w:rPr>
            </w:pPr>
            <w:r w:rsidRPr="00144FF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ru-RU"/>
              </w:rPr>
              <w:t>График проведения для 5 «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ru-RU"/>
              </w:rPr>
              <w:t>Е</w:t>
            </w:r>
            <w:r w:rsidRPr="00144FF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ru-RU"/>
              </w:rPr>
              <w:t>» класса</w:t>
            </w:r>
          </w:p>
        </w:tc>
      </w:tr>
      <w:tr w:rsidR="00DC3F2C" w:rsidRPr="004E18EC" w:rsidTr="008B1FCB">
        <w:tc>
          <w:tcPr>
            <w:tcW w:w="1310" w:type="dxa"/>
          </w:tcPr>
          <w:p w:rsidR="00DC3F2C" w:rsidRPr="004E18EC" w:rsidRDefault="00DC3F2C" w:rsidP="008B1FCB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18E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18E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Вид оценочной работы</w:t>
            </w:r>
          </w:p>
        </w:tc>
        <w:tc>
          <w:tcPr>
            <w:tcW w:w="5618" w:type="dxa"/>
          </w:tcPr>
          <w:p w:rsidR="00DC3F2C" w:rsidRPr="004E18EC" w:rsidRDefault="00DC3F2C" w:rsidP="008B1FCB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18E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Название работы</w:t>
            </w:r>
          </w:p>
        </w:tc>
      </w:tr>
      <w:tr w:rsidR="00DC3F2C" w:rsidRPr="00743864" w:rsidTr="008B1FCB">
        <w:tc>
          <w:tcPr>
            <w:tcW w:w="1310" w:type="dxa"/>
          </w:tcPr>
          <w:p w:rsidR="00DC3F2C" w:rsidRPr="00C732B3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22/09/2023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</w:t>
            </w:r>
          </w:p>
        </w:tc>
        <w:tc>
          <w:tcPr>
            <w:tcW w:w="5618" w:type="dxa"/>
          </w:tcPr>
          <w:p w:rsidR="00DC3F2C" w:rsidRPr="000404CD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Натуральные числа и шкалы. Линии на плоскости</w:t>
            </w:r>
          </w:p>
        </w:tc>
      </w:tr>
      <w:tr w:rsidR="00DC3F2C" w:rsidRPr="00743864" w:rsidTr="008B1FCB">
        <w:tc>
          <w:tcPr>
            <w:tcW w:w="1310" w:type="dxa"/>
          </w:tcPr>
          <w:p w:rsidR="00DC3F2C" w:rsidRPr="00C732B3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03/10/2023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№2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Сложение и вычитание натуральных чисел</w:t>
            </w:r>
          </w:p>
        </w:tc>
      </w:tr>
      <w:tr w:rsidR="00DC3F2C" w:rsidRPr="00F236E4" w:rsidTr="008B1FCB">
        <w:tc>
          <w:tcPr>
            <w:tcW w:w="1310" w:type="dxa"/>
          </w:tcPr>
          <w:p w:rsidR="00DC3F2C" w:rsidRPr="000404CD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20/10/2023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№3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Числовые и буквенные выражения</w:t>
            </w:r>
          </w:p>
        </w:tc>
      </w:tr>
      <w:tr w:rsidR="00DC3F2C" w:rsidRPr="00743864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06/11/2023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№4</w:t>
            </w:r>
          </w:p>
        </w:tc>
        <w:tc>
          <w:tcPr>
            <w:tcW w:w="5618" w:type="dxa"/>
          </w:tcPr>
          <w:p w:rsidR="00DC3F2C" w:rsidRPr="000404CD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Умножение и деление натуральных чисел</w:t>
            </w:r>
          </w:p>
        </w:tc>
      </w:tr>
      <w:tr w:rsidR="00DC3F2C" w:rsidRPr="00743864" w:rsidTr="008B1FCB">
        <w:tc>
          <w:tcPr>
            <w:tcW w:w="1310" w:type="dxa"/>
          </w:tcPr>
          <w:p w:rsidR="00DC3F2C" w:rsidRPr="000404CD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06/12/2023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№5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spacing w:before="100" w:after="100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Упрощение выражений. Степень. Признаки делимости</w:t>
            </w:r>
          </w:p>
        </w:tc>
      </w:tr>
      <w:tr w:rsidR="00DC3F2C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21/12/2023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№6</w:t>
            </w:r>
          </w:p>
        </w:tc>
        <w:tc>
          <w:tcPr>
            <w:tcW w:w="5618" w:type="dxa"/>
          </w:tcPr>
          <w:p w:rsidR="00DC3F2C" w:rsidRPr="006A1104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Площади и объемы. Формулы</w:t>
            </w:r>
          </w:p>
        </w:tc>
      </w:tr>
      <w:tr w:rsidR="00DC3F2C" w:rsidRPr="00743864" w:rsidTr="008B1FCB">
        <w:tc>
          <w:tcPr>
            <w:tcW w:w="1310" w:type="dxa"/>
          </w:tcPr>
          <w:p w:rsidR="00DC3F2C" w:rsidRPr="007A0854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17/01/2024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№7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Доли и дроби. Сравнение дробей</w:t>
            </w:r>
          </w:p>
        </w:tc>
      </w:tr>
      <w:tr w:rsidR="00DC3F2C" w:rsidRPr="00743864" w:rsidTr="008B1FCB">
        <w:tc>
          <w:tcPr>
            <w:tcW w:w="1310" w:type="dxa"/>
          </w:tcPr>
          <w:p w:rsidR="00DC3F2C" w:rsidRPr="006A1104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31/01/2024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№8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Смешанные числа. Сложение и вычитание дробей с одинаковыми знаменателями</w:t>
            </w:r>
          </w:p>
        </w:tc>
      </w:tr>
      <w:tr w:rsidR="00DC3F2C" w:rsidRPr="00743864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16/02/2024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№9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Сокращение дробей. Сложение и вычитание дробей с разными знаменателями</w:t>
            </w:r>
          </w:p>
        </w:tc>
      </w:tr>
      <w:tr w:rsidR="00DC3F2C" w:rsidRPr="00F236E4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13/03/2024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№10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Умножение и деление дробей</w:t>
            </w:r>
          </w:p>
        </w:tc>
      </w:tr>
      <w:tr w:rsidR="00DC3F2C" w:rsidRPr="00743864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01/04/2024</w:t>
            </w:r>
          </w:p>
        </w:tc>
        <w:tc>
          <w:tcPr>
            <w:tcW w:w="2944" w:type="dxa"/>
          </w:tcPr>
          <w:p w:rsidR="00DC3F2C" w:rsidRPr="00FD1AF2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4E18EC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>Сложение и вычитание десятичных дробей</w:t>
            </w:r>
          </w:p>
        </w:tc>
      </w:tr>
      <w:tr w:rsidR="00DC3F2C" w:rsidRPr="00743864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07/05/2024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B1383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Умножение и деление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 w:bidi="ru-RU"/>
              </w:rPr>
              <w:t xml:space="preserve"> десятичных дробей</w:t>
            </w:r>
          </w:p>
        </w:tc>
      </w:tr>
      <w:tr w:rsidR="00DC3F2C" w:rsidRPr="00FD1AF2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22/05/2024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B1383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3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Многоугольники. Построения и измерения</w:t>
            </w:r>
          </w:p>
        </w:tc>
      </w:tr>
      <w:tr w:rsidR="00DC3F2C" w:rsidRPr="00FD1AF2" w:rsidTr="008B1FCB">
        <w:tc>
          <w:tcPr>
            <w:tcW w:w="1310" w:type="dxa"/>
          </w:tcPr>
          <w:p w:rsidR="00DC3F2C" w:rsidRPr="001E468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29/05/2024</w:t>
            </w:r>
          </w:p>
        </w:tc>
        <w:tc>
          <w:tcPr>
            <w:tcW w:w="2944" w:type="dxa"/>
          </w:tcPr>
          <w:p w:rsidR="00DC3F2C" w:rsidRPr="004E18EC" w:rsidRDefault="00DC3F2C" w:rsidP="008B1FCB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B1383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4</w:t>
            </w:r>
          </w:p>
        </w:tc>
        <w:tc>
          <w:tcPr>
            <w:tcW w:w="5618" w:type="dxa"/>
          </w:tcPr>
          <w:p w:rsidR="00DC3F2C" w:rsidRPr="005F79EA" w:rsidRDefault="00DC3F2C" w:rsidP="008B1FC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F79E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Итоговая</w:t>
            </w:r>
          </w:p>
        </w:tc>
      </w:tr>
    </w:tbl>
    <w:p w:rsidR="00DC3F2C" w:rsidRPr="00FD1AF2" w:rsidRDefault="00DC3F2C" w:rsidP="00DC3F2C">
      <w:pPr>
        <w:spacing w:line="240" w:lineRule="auto"/>
        <w:ind w:firstLine="708"/>
        <w:contextualSpacing/>
        <w:rPr>
          <w:rFonts w:asciiTheme="majorBidi" w:hAnsiTheme="majorBidi" w:cstheme="majorBidi"/>
          <w:lang w:val="ru-RU"/>
        </w:rPr>
      </w:pPr>
    </w:p>
    <w:p w:rsidR="00DC3F2C" w:rsidRPr="00662B46" w:rsidRDefault="00DC3F2C" w:rsidP="00DC3F2C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662B46">
        <w:rPr>
          <w:rFonts w:ascii="Times New Roman" w:eastAsia="Times New Roman" w:hAnsi="Times New Roman"/>
          <w:sz w:val="24"/>
          <w:szCs w:val="24"/>
          <w:lang w:val="ru-RU" w:eastAsia="ru-RU" w:bidi="ru-RU"/>
        </w:rPr>
        <w:t>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заданий.</w:t>
      </w:r>
    </w:p>
    <w:p w:rsidR="00DC3F2C" w:rsidRPr="00D86063" w:rsidRDefault="00DC3F2C" w:rsidP="00DC3F2C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D86063">
        <w:rPr>
          <w:rFonts w:ascii="Times New Roman" w:eastAsia="Times New Roman" w:hAnsi="Times New Roman"/>
          <w:sz w:val="24"/>
          <w:szCs w:val="24"/>
          <w:lang w:val="ru-RU" w:eastAsia="ru-RU" w:bidi="ru-RU"/>
        </w:rPr>
        <w:t xml:space="preserve">Основой науки математика являются вычисления и построение логических рассуждений на базе знания закономерностей и взаимосвязей между объектами и величинами. </w:t>
      </w: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144FF4">
        <w:rPr>
          <w:rFonts w:ascii="Times New Roman" w:eastAsia="Times New Roman" w:hAnsi="Times New Roman"/>
          <w:sz w:val="24"/>
          <w:szCs w:val="24"/>
          <w:lang w:val="ru-RU" w:eastAsia="ru-RU" w:bidi="ru-RU"/>
        </w:rPr>
        <w:t>Для проверки теоретических знаний проводятся теоретические опросы/тесты, которые оцениваются с выставлением отметки «5», «4», «3», «2» или по принципу «зачет/незачет».</w:t>
      </w: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144FF4">
        <w:rPr>
          <w:rFonts w:ascii="Times New Roman" w:eastAsia="Times New Roman" w:hAnsi="Times New Roman"/>
          <w:sz w:val="24"/>
          <w:szCs w:val="24"/>
          <w:lang w:val="ru-RU" w:eastAsia="ru-RU" w:bidi="ru-RU"/>
        </w:rPr>
        <w:t xml:space="preserve">Для проверки практических и вычислительных навыков проводятся кратковременные практические (самостоятельные) работы продолжительностью не более 15-20 минут, которые также оцениваются с выставлением отметки «5», «4», «3», «2» или по принципу «зачет/незачет». </w:t>
      </w: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val="ru-RU" w:eastAsia="ru-RU" w:bidi="ru-RU"/>
        </w:rPr>
      </w:pPr>
      <w:r w:rsidRPr="00144FF4">
        <w:rPr>
          <w:rFonts w:ascii="Times New Roman" w:eastAsia="Times New Roman" w:hAnsi="Times New Roman"/>
          <w:sz w:val="24"/>
          <w:szCs w:val="24"/>
          <w:lang w:val="ru-RU" w:eastAsia="ru-RU" w:bidi="ru-RU"/>
        </w:rPr>
        <w:t>Проведение контрольных работ позволяет связать теоретический материал, изучаемый на уроках математики, с практическим использованием этих знаний. 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заданий.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Theme="majorBidi" w:hAnsiTheme="majorBidi" w:cstheme="majorBidi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Перечень тем для подготовки обучающихся к контрольным работам.</w:t>
      </w: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>В результате аттестации по учебному предмету «Математика» осуществляется комплексная проверка следующих умений и знаний, а также динамика формирования общих компетенций.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№1.</w:t>
      </w:r>
      <w:r w:rsidRPr="00144FF4"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  <w:t xml:space="preserve"> «</w:t>
      </w:r>
      <w:r w:rsidRPr="006A1104"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  <w:t>Натуральные числа и шкалы. Линии на плоскости</w:t>
      </w:r>
      <w:r w:rsidRPr="00144FF4"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bCs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6A1104">
        <w:rPr>
          <w:rFonts w:ascii="Times New Roman" w:hAnsi="Times New Roman"/>
          <w:sz w:val="24"/>
          <w:szCs w:val="24"/>
          <w:lang w:val="ru-RU"/>
        </w:rPr>
        <w:t>Цифры и числа</w:t>
      </w:r>
    </w:p>
    <w:p w:rsidR="00DC3F2C" w:rsidRPr="006A110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lastRenderedPageBreak/>
        <w:t>2.</w:t>
      </w:r>
      <w:r w:rsidRPr="00144FF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6A110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Отрезок и его длина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 </w:t>
      </w:r>
      <w:r>
        <w:rPr>
          <w:rFonts w:ascii="Times New Roman" w:hAnsi="Times New Roman" w:cs="Times New Roman"/>
          <w:sz w:val="24"/>
          <w:szCs w:val="24"/>
          <w:lang w:val="ru-RU"/>
        </w:rPr>
        <w:t>Натуральные числа на координатной прямой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>
        <w:rPr>
          <w:rFonts w:ascii="Times New Roman" w:hAnsi="Times New Roman" w:cs="Times New Roman"/>
          <w:sz w:val="24"/>
          <w:szCs w:val="24"/>
          <w:lang w:val="ru-RU"/>
        </w:rPr>
        <w:t>Сравнение натуральных чисел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№2.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«</w:t>
      </w:r>
      <w:r w:rsidRPr="006A1104">
        <w:rPr>
          <w:rFonts w:ascii="Times New Roman" w:hAnsi="Times New Roman" w:cs="Times New Roman"/>
          <w:b/>
          <w:bCs/>
          <w:sz w:val="24"/>
          <w:szCs w:val="24"/>
          <w:lang w:val="ru-RU"/>
        </w:rPr>
        <w:t>Сложение и вычитание натуральных чисел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>1.</w:t>
      </w:r>
      <w:r w:rsidRPr="00144FF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183043">
        <w:rPr>
          <w:rFonts w:ascii="Times New Roman" w:hAnsi="Times New Roman" w:cs="Times New Roman"/>
          <w:sz w:val="24"/>
          <w:szCs w:val="24"/>
          <w:lang w:val="ru-RU"/>
        </w:rPr>
        <w:t>Действие сложения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183043">
        <w:rPr>
          <w:rFonts w:ascii="Times New Roman" w:hAnsi="Times New Roman" w:cs="Times New Roman"/>
          <w:sz w:val="24"/>
          <w:szCs w:val="24"/>
          <w:lang w:val="ru-RU"/>
        </w:rPr>
        <w:t>Действие вычитания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3. </w:t>
      </w:r>
      <w:r>
        <w:rPr>
          <w:rFonts w:ascii="Times New Roman" w:hAnsi="Times New Roman"/>
          <w:sz w:val="24"/>
          <w:szCs w:val="24"/>
          <w:lang w:val="ru-RU"/>
        </w:rPr>
        <w:t>Свойства сложения и вычитания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№3.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183043">
        <w:rPr>
          <w:rFonts w:ascii="Times New Roman" w:hAnsi="Times New Roman" w:cs="Times New Roman"/>
          <w:b/>
          <w:bCs/>
          <w:sz w:val="24"/>
          <w:szCs w:val="24"/>
          <w:lang w:val="ru-RU"/>
        </w:rPr>
        <w:t>Числовые и буквенные выражения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183043">
        <w:rPr>
          <w:rFonts w:ascii="Times New Roman" w:hAnsi="Times New Roman"/>
          <w:sz w:val="24"/>
          <w:szCs w:val="24"/>
          <w:lang w:val="ru-RU"/>
        </w:rPr>
        <w:t>Числовые и буквенные выражения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183043">
        <w:rPr>
          <w:rFonts w:ascii="Times New Roman" w:hAnsi="Times New Roman"/>
          <w:sz w:val="24"/>
          <w:szCs w:val="24"/>
          <w:lang w:val="ru-RU"/>
        </w:rPr>
        <w:t>Уравнения</w:t>
      </w:r>
    </w:p>
    <w:p w:rsidR="00DC3F2C" w:rsidRPr="00183043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№4.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«</w:t>
      </w:r>
      <w:r w:rsidRPr="00141CB1">
        <w:rPr>
          <w:rFonts w:ascii="Times New Roman" w:hAnsi="Times New Roman" w:cs="Times New Roman"/>
          <w:b/>
          <w:bCs/>
          <w:sz w:val="24"/>
          <w:szCs w:val="24"/>
          <w:lang w:val="ru-RU"/>
        </w:rPr>
        <w:t>Умножение и деление натуральных чисел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ED3207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141CB1">
        <w:rPr>
          <w:rFonts w:ascii="Times New Roman" w:hAnsi="Times New Roman" w:cs="Times New Roman"/>
          <w:sz w:val="24"/>
          <w:szCs w:val="24"/>
          <w:lang w:val="ru-RU"/>
        </w:rPr>
        <w:t>Действие умножения. Свойства умножения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141CB1">
        <w:rPr>
          <w:rFonts w:ascii="Times New Roman" w:hAnsi="Times New Roman" w:cs="Times New Roman"/>
          <w:sz w:val="24"/>
          <w:szCs w:val="24"/>
          <w:lang w:val="ru-RU"/>
        </w:rPr>
        <w:t xml:space="preserve">Действие деления. Свойства деления 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</w:t>
      </w:r>
      <w:r w:rsidRPr="00144FF4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141CB1">
        <w:rPr>
          <w:rFonts w:ascii="Times New Roman" w:hAnsi="Times New Roman" w:cs="Times New Roman"/>
          <w:sz w:val="24"/>
          <w:szCs w:val="24"/>
          <w:lang w:val="ru-RU"/>
        </w:rPr>
        <w:t>Деление с остатком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№5.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141CB1">
        <w:rPr>
          <w:rFonts w:ascii="Times New Roman" w:hAnsi="Times New Roman" w:cs="Times New Roman"/>
          <w:b/>
          <w:bCs/>
          <w:sz w:val="24"/>
          <w:szCs w:val="24"/>
          <w:lang w:val="ru-RU"/>
        </w:rPr>
        <w:t>Упрощение выражений. Степень. Признаки делимости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141CB1">
        <w:rPr>
          <w:rFonts w:ascii="Times New Roman" w:hAnsi="Times New Roman"/>
          <w:sz w:val="24"/>
          <w:szCs w:val="24"/>
          <w:lang w:val="ru-RU"/>
        </w:rPr>
        <w:t>Упрощение выражений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141CB1">
        <w:rPr>
          <w:rFonts w:ascii="Times New Roman" w:hAnsi="Times New Roman"/>
          <w:sz w:val="24"/>
          <w:szCs w:val="24"/>
          <w:lang w:val="ru-RU"/>
        </w:rPr>
        <w:t>Порядок действий в вычислениях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</w:t>
      </w:r>
      <w:r w:rsidRPr="00144FF4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141CB1">
        <w:rPr>
          <w:rFonts w:ascii="Times New Roman" w:hAnsi="Times New Roman"/>
          <w:sz w:val="24"/>
          <w:szCs w:val="24"/>
          <w:lang w:val="ru-RU"/>
        </w:rPr>
        <w:t>Степень с натуральным показателем</w:t>
      </w:r>
      <w:r w:rsidRPr="00144FF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 w:rsidRPr="00141CB1">
        <w:rPr>
          <w:rFonts w:ascii="Times New Roman" w:hAnsi="Times New Roman"/>
          <w:sz w:val="24"/>
          <w:szCs w:val="24"/>
          <w:lang w:val="ru-RU"/>
        </w:rPr>
        <w:t>Делители и кратные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5. </w:t>
      </w:r>
      <w:r w:rsidRPr="00141CB1">
        <w:rPr>
          <w:rFonts w:ascii="Times New Roman" w:hAnsi="Times New Roman"/>
          <w:sz w:val="24"/>
          <w:szCs w:val="24"/>
          <w:lang w:val="ru-RU"/>
        </w:rPr>
        <w:t>Свойства и признаки делимости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6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BF7011">
        <w:rPr>
          <w:rFonts w:ascii="Times New Roman" w:hAnsi="Times New Roman" w:cs="Times New Roman"/>
          <w:b/>
          <w:bCs/>
          <w:sz w:val="24"/>
          <w:szCs w:val="24"/>
          <w:lang w:val="ru-RU"/>
        </w:rPr>
        <w:t>Площади и объемы. Формулы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BF7011">
        <w:rPr>
          <w:rFonts w:ascii="Times New Roman" w:hAnsi="Times New Roman"/>
          <w:sz w:val="24"/>
          <w:szCs w:val="24"/>
          <w:lang w:val="ru-RU"/>
        </w:rPr>
        <w:t>Формулы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BF7011">
        <w:rPr>
          <w:rFonts w:ascii="Times New Roman" w:hAnsi="Times New Roman"/>
          <w:sz w:val="24"/>
          <w:szCs w:val="24"/>
          <w:lang w:val="ru-RU"/>
        </w:rPr>
        <w:t>Площадь. Формула площади прямоугольника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</w:t>
      </w:r>
      <w:r w:rsidRPr="00144FF4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BF7011">
        <w:rPr>
          <w:rFonts w:ascii="Times New Roman" w:hAnsi="Times New Roman"/>
          <w:sz w:val="24"/>
          <w:szCs w:val="24"/>
          <w:lang w:val="ru-RU"/>
        </w:rPr>
        <w:t>Единицы измерения площадей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 w:rsidRPr="00BF7011">
        <w:rPr>
          <w:rFonts w:ascii="Times New Roman" w:hAnsi="Times New Roman"/>
          <w:sz w:val="24"/>
          <w:szCs w:val="24"/>
          <w:lang w:val="ru-RU"/>
        </w:rPr>
        <w:t>Объёмы. Объём прямоугольного параллелепипеда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7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BF7011">
        <w:rPr>
          <w:rFonts w:ascii="Times New Roman" w:hAnsi="Times New Roman" w:cs="Times New Roman"/>
          <w:b/>
          <w:bCs/>
          <w:sz w:val="24"/>
          <w:szCs w:val="24"/>
          <w:lang w:val="ru-RU"/>
        </w:rPr>
        <w:t>Доли и дроби. Сравнение дробей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BF7011">
        <w:rPr>
          <w:rFonts w:ascii="Times New Roman" w:hAnsi="Times New Roman"/>
          <w:sz w:val="24"/>
          <w:szCs w:val="24"/>
          <w:lang w:val="ru-RU"/>
        </w:rPr>
        <w:t>Доли и дроби. Изображение дробей на координатной прямой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BF7011">
        <w:rPr>
          <w:rFonts w:ascii="Times New Roman" w:hAnsi="Times New Roman"/>
          <w:sz w:val="24"/>
          <w:szCs w:val="24"/>
          <w:lang w:val="ru-RU"/>
        </w:rPr>
        <w:t>Сравнение дробей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8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AC131C">
        <w:rPr>
          <w:rFonts w:ascii="Times New Roman" w:hAnsi="Times New Roman" w:cs="Times New Roman"/>
          <w:b/>
          <w:bCs/>
          <w:sz w:val="24"/>
          <w:szCs w:val="24"/>
          <w:lang w:val="ru-RU"/>
        </w:rPr>
        <w:t>Смешанные числа. Сложение и вычитание дробей с одинаковыми знаменателями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AC131C">
        <w:rPr>
          <w:rFonts w:ascii="Times New Roman" w:hAnsi="Times New Roman"/>
          <w:sz w:val="24"/>
          <w:szCs w:val="24"/>
          <w:lang w:val="ru-RU"/>
        </w:rPr>
        <w:t>Основное свойство дроби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AC131C">
        <w:rPr>
          <w:rFonts w:ascii="Times New Roman" w:hAnsi="Times New Roman"/>
          <w:sz w:val="24"/>
          <w:szCs w:val="24"/>
          <w:lang w:val="ru-RU"/>
        </w:rPr>
        <w:t>Сокращение дробей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 </w:t>
      </w:r>
      <w:r w:rsidRPr="00AC131C">
        <w:rPr>
          <w:rFonts w:ascii="Times New Roman" w:hAnsi="Times New Roman"/>
          <w:sz w:val="24"/>
          <w:szCs w:val="24"/>
          <w:lang w:val="ru-RU"/>
        </w:rPr>
        <w:t>Приведение дробей к общему знаменателю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 w:rsidRPr="00AC131C">
        <w:rPr>
          <w:rFonts w:ascii="Times New Roman" w:hAnsi="Times New Roman"/>
          <w:sz w:val="24"/>
          <w:szCs w:val="24"/>
          <w:lang w:val="ru-RU"/>
        </w:rPr>
        <w:t>Сравнение, сложение и вычитание дробей с разными знаменателями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lastRenderedPageBreak/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9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AC131C">
        <w:rPr>
          <w:rFonts w:ascii="Times New Roman" w:hAnsi="Times New Roman" w:cs="Times New Roman"/>
          <w:b/>
          <w:bCs/>
          <w:sz w:val="24"/>
          <w:szCs w:val="24"/>
          <w:lang w:val="ru-RU"/>
        </w:rPr>
        <w:t>Сокращение дробей. Сложение и вычитание дробей с разными знаменателями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AC131C">
        <w:rPr>
          <w:rFonts w:ascii="Times New Roman" w:hAnsi="Times New Roman"/>
          <w:sz w:val="24"/>
          <w:szCs w:val="24"/>
          <w:lang w:val="ru-RU"/>
        </w:rPr>
        <w:t>Сложение и вычитание дробей с одинаковыми знаменателями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AC131C">
        <w:rPr>
          <w:rFonts w:ascii="Times New Roman" w:hAnsi="Times New Roman"/>
          <w:sz w:val="24"/>
          <w:szCs w:val="24"/>
          <w:lang w:val="ru-RU"/>
        </w:rPr>
        <w:t>Смешанные числа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 </w:t>
      </w:r>
      <w:r w:rsidRPr="00AC131C">
        <w:rPr>
          <w:rFonts w:ascii="Times New Roman" w:hAnsi="Times New Roman"/>
          <w:sz w:val="24"/>
          <w:szCs w:val="24"/>
          <w:lang w:val="ru-RU"/>
        </w:rPr>
        <w:t>Сложение и вычитание смешанных чисел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10.</w:t>
      </w:r>
      <w:r w:rsidRPr="007315A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«</w:t>
      </w:r>
      <w:r w:rsidRPr="00553ED7">
        <w:rPr>
          <w:rFonts w:ascii="Times New Roman" w:hAnsi="Times New Roman" w:cs="Times New Roman"/>
          <w:b/>
          <w:bCs/>
          <w:sz w:val="24"/>
          <w:szCs w:val="24"/>
          <w:lang w:val="ru-RU"/>
        </w:rPr>
        <w:t>Умножение и деление дробей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553ED7">
        <w:rPr>
          <w:rFonts w:ascii="Times New Roman" w:hAnsi="Times New Roman"/>
          <w:sz w:val="24"/>
          <w:szCs w:val="24"/>
          <w:lang w:val="ru-RU"/>
        </w:rPr>
        <w:t>Умножения дробей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553ED7">
        <w:rPr>
          <w:rFonts w:ascii="Times New Roman" w:hAnsi="Times New Roman"/>
          <w:sz w:val="24"/>
          <w:szCs w:val="24"/>
          <w:lang w:val="ru-RU"/>
        </w:rPr>
        <w:t>Нахождение части целого</w:t>
      </w:r>
    </w:p>
    <w:p w:rsidR="00DC3F2C" w:rsidRPr="00BA32B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3. </w:t>
      </w:r>
      <w:r w:rsidRPr="00553ED7">
        <w:rPr>
          <w:rFonts w:ascii="Times New Roman" w:hAnsi="Times New Roman" w:cs="Times New Roman"/>
          <w:sz w:val="24"/>
          <w:szCs w:val="24"/>
          <w:lang w:val="ru-RU"/>
        </w:rPr>
        <w:t>Деление дробей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4. </w:t>
      </w:r>
      <w:r w:rsidRPr="00553ED7">
        <w:rPr>
          <w:rFonts w:ascii="Times New Roman" w:hAnsi="Times New Roman" w:cs="Times New Roman"/>
          <w:sz w:val="24"/>
          <w:szCs w:val="24"/>
          <w:lang w:val="ru-RU"/>
        </w:rPr>
        <w:t>Нахождение целого по его части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11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553ED7">
        <w:rPr>
          <w:rFonts w:ascii="Times New Roman" w:hAnsi="Times New Roman" w:cs="Times New Roman"/>
          <w:b/>
          <w:bCs/>
          <w:sz w:val="24"/>
          <w:szCs w:val="24"/>
          <w:lang w:val="ru-RU"/>
        </w:rPr>
        <w:t>Сложение и вычитание десятичных дробей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553ED7">
        <w:rPr>
          <w:rFonts w:ascii="Times New Roman" w:hAnsi="Times New Roman" w:cs="Times New Roman"/>
          <w:sz w:val="24"/>
          <w:szCs w:val="24"/>
          <w:lang w:val="ru-RU"/>
        </w:rPr>
        <w:t>Десятичная запись дробей</w:t>
      </w:r>
    </w:p>
    <w:p w:rsidR="00DC3F2C" w:rsidRPr="00553ED7" w:rsidRDefault="00DC3F2C" w:rsidP="00DC3F2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553ED7">
        <w:rPr>
          <w:rFonts w:ascii="Times New Roman" w:hAnsi="Times New Roman" w:cs="Times New Roman"/>
          <w:sz w:val="24"/>
          <w:szCs w:val="24"/>
          <w:lang w:val="ru-RU"/>
        </w:rPr>
        <w:t>Сравнение десятичных дробей</w:t>
      </w:r>
    </w:p>
    <w:p w:rsidR="00DC3F2C" w:rsidRPr="00B16255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553ED7">
        <w:rPr>
          <w:rFonts w:ascii="Times New Roman" w:hAnsi="Times New Roman" w:cs="Times New Roman"/>
          <w:sz w:val="24"/>
          <w:szCs w:val="24"/>
          <w:lang w:val="ru-RU"/>
        </w:rPr>
        <w:t>Сложение и вычитание десятичных дробей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</w:t>
      </w:r>
      <w:r w:rsidRPr="00144FF4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553ED7">
        <w:rPr>
          <w:rFonts w:ascii="Times New Roman" w:hAnsi="Times New Roman" w:cs="Times New Roman"/>
          <w:sz w:val="24"/>
          <w:szCs w:val="24"/>
          <w:lang w:val="ru-RU"/>
        </w:rPr>
        <w:t>Округление чисел. Прикидка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12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DA7C83">
        <w:rPr>
          <w:rFonts w:ascii="Times New Roman" w:hAnsi="Times New Roman"/>
          <w:b/>
          <w:sz w:val="24"/>
          <w:szCs w:val="24"/>
          <w:lang w:val="ru-RU"/>
        </w:rPr>
        <w:t>Умножение и деление десятичных дробей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DA7C83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DA7C83">
        <w:rPr>
          <w:rFonts w:ascii="Times New Roman" w:hAnsi="Times New Roman"/>
          <w:sz w:val="24"/>
          <w:szCs w:val="24"/>
          <w:lang w:val="ru-RU"/>
        </w:rPr>
        <w:t>Умножение десятичной дроби на натуральное число</w:t>
      </w:r>
    </w:p>
    <w:p w:rsidR="00DC3F2C" w:rsidRPr="00DA7C83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DA7C83">
        <w:rPr>
          <w:rFonts w:ascii="Times New Roman" w:hAnsi="Times New Roman"/>
          <w:sz w:val="24"/>
          <w:szCs w:val="24"/>
          <w:lang w:val="ru-RU"/>
        </w:rPr>
        <w:t>Деление десятичной дроби на натуральное число</w:t>
      </w:r>
    </w:p>
    <w:p w:rsidR="00DC3F2C" w:rsidRPr="00DA7C83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 </w:t>
      </w:r>
      <w:r w:rsidRPr="00DA7C83">
        <w:rPr>
          <w:rFonts w:ascii="Times New Roman" w:hAnsi="Times New Roman"/>
          <w:sz w:val="24"/>
          <w:szCs w:val="24"/>
          <w:lang w:val="ru-RU"/>
        </w:rPr>
        <w:t>Умножение на десятичную дробь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 w:rsidRPr="00DA7C83">
        <w:rPr>
          <w:rFonts w:ascii="Times New Roman" w:hAnsi="Times New Roman"/>
          <w:sz w:val="24"/>
          <w:szCs w:val="24"/>
          <w:lang w:val="ru-RU"/>
        </w:rPr>
        <w:t>Деление на десятичную дробь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  <w:lang w:val="ru-RU"/>
        </w:rPr>
        <w:t>13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«</w:t>
      </w:r>
      <w:r w:rsidRPr="00992DDF">
        <w:rPr>
          <w:rFonts w:ascii="Times New Roman" w:hAnsi="Times New Roman" w:cs="Times New Roman"/>
          <w:b/>
          <w:bCs/>
          <w:sz w:val="24"/>
          <w:szCs w:val="24"/>
          <w:lang w:val="ru-RU"/>
        </w:rPr>
        <w:t>Многоугольники. Построения и измерения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изучения: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992DDF">
        <w:rPr>
          <w:rFonts w:ascii="Times New Roman" w:hAnsi="Times New Roman"/>
          <w:sz w:val="24"/>
          <w:szCs w:val="24"/>
          <w:lang w:val="ru-RU"/>
        </w:rPr>
        <w:t>Виды углов. Чертёжный треугольник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992DDF">
        <w:rPr>
          <w:rFonts w:ascii="Times New Roman" w:hAnsi="Times New Roman"/>
          <w:sz w:val="24"/>
          <w:szCs w:val="24"/>
          <w:lang w:val="ru-RU"/>
        </w:rPr>
        <w:t>Измерение углов. Транспортир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3. </w:t>
      </w:r>
      <w:r w:rsidRPr="00992DDF">
        <w:rPr>
          <w:rFonts w:ascii="Times New Roman" w:hAnsi="Times New Roman"/>
          <w:sz w:val="24"/>
          <w:szCs w:val="24"/>
          <w:lang w:val="ru-RU"/>
        </w:rPr>
        <w:t>Плоскость, прямая, луч, угол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992DDF">
        <w:rPr>
          <w:rFonts w:ascii="Times New Roman" w:hAnsi="Times New Roman" w:cs="Times New Roman"/>
          <w:sz w:val="24"/>
          <w:szCs w:val="24"/>
          <w:lang w:val="ru-RU"/>
        </w:rPr>
        <w:t>Ломаная. Многоугольник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Pr="00C55DFA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Контрольная работа №1</w:t>
      </w:r>
      <w:r>
        <w:rPr>
          <w:rFonts w:ascii="Times New Roman" w:hAnsi="Times New Roman"/>
          <w:b/>
          <w:sz w:val="24"/>
          <w:szCs w:val="24"/>
          <w:lang w:val="ru-RU"/>
        </w:rPr>
        <w:t>4</w:t>
      </w:r>
      <w:r w:rsidRPr="00144FF4">
        <w:rPr>
          <w:rFonts w:ascii="Times New Roman" w:hAnsi="Times New Roman"/>
          <w:b/>
          <w:sz w:val="24"/>
          <w:szCs w:val="24"/>
          <w:lang w:val="ru-RU"/>
        </w:rPr>
        <w:t>.</w:t>
      </w:r>
      <w:r w:rsidRPr="00144FF4">
        <w:rPr>
          <w:rFonts w:ascii="Times New Roman" w:hAnsi="Times New Roman"/>
          <w:b/>
          <w:iCs/>
          <w:sz w:val="24"/>
          <w:szCs w:val="24"/>
          <w:lang w:val="ru-RU"/>
        </w:rPr>
        <w:t xml:space="preserve"> 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«</w:t>
      </w:r>
      <w:r w:rsidRPr="00C55DFA">
        <w:rPr>
          <w:rFonts w:ascii="Times New Roman" w:hAnsi="Times New Roman"/>
          <w:b/>
          <w:sz w:val="24"/>
          <w:szCs w:val="24"/>
          <w:lang w:val="ru-RU"/>
        </w:rPr>
        <w:t>Итоговая контрольная работа</w:t>
      </w:r>
      <w:r w:rsidRPr="00C55DFA">
        <w:rPr>
          <w:rFonts w:ascii="Times New Roman" w:hAnsi="Times New Roman"/>
          <w:b/>
          <w:iCs/>
          <w:sz w:val="24"/>
          <w:szCs w:val="24"/>
          <w:lang w:val="ru-RU"/>
        </w:rPr>
        <w:t>»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44FF4">
        <w:rPr>
          <w:rFonts w:ascii="Times New Roman" w:hAnsi="Times New Roman"/>
          <w:b/>
          <w:sz w:val="24"/>
          <w:szCs w:val="24"/>
          <w:lang w:val="ru-RU"/>
        </w:rPr>
        <w:t>Темы для повторения: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1. </w:t>
      </w:r>
      <w:r>
        <w:rPr>
          <w:rFonts w:ascii="Times New Roman" w:hAnsi="Times New Roman"/>
          <w:sz w:val="24"/>
          <w:szCs w:val="24"/>
          <w:lang w:val="ru-RU"/>
        </w:rPr>
        <w:t>Вычисления. Порядок действий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</w:t>
      </w:r>
      <w:r w:rsidRPr="00144FF4">
        <w:rPr>
          <w:rFonts w:ascii="Times New Roman" w:hAnsi="Times New Roman"/>
          <w:sz w:val="24"/>
          <w:szCs w:val="24"/>
          <w:lang w:val="ru-RU"/>
        </w:rPr>
        <w:t>. Решение уравнений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</w:t>
      </w:r>
      <w:r w:rsidRPr="00144FF4">
        <w:rPr>
          <w:rFonts w:ascii="Times New Roman" w:hAnsi="Times New Roman"/>
          <w:sz w:val="24"/>
          <w:szCs w:val="24"/>
          <w:lang w:val="ru-RU"/>
        </w:rPr>
        <w:t>. Решение задач на движение с использованием десятичных дробей</w:t>
      </w:r>
    </w:p>
    <w:p w:rsidR="00DC3F2C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</w:t>
      </w:r>
      <w:r w:rsidRPr="00144FF4">
        <w:rPr>
          <w:rFonts w:ascii="Times New Roman" w:hAnsi="Times New Roman"/>
          <w:sz w:val="24"/>
          <w:szCs w:val="24"/>
          <w:lang w:val="ru-RU"/>
        </w:rPr>
        <w:t>. Объём параллелепипеда</w:t>
      </w:r>
    </w:p>
    <w:p w:rsidR="00DC3F2C" w:rsidRPr="00144FF4" w:rsidRDefault="00DC3F2C" w:rsidP="00DC3F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Pr="00144FF4" w:rsidRDefault="00DC3F2C" w:rsidP="00DC3F2C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>Система оценки достижений - один из инструментов реализации требований стандарта. Контроль знаний, проводимый в процессе обучения, призван соотнести достижения обучающегося с планируемыми результатами, заложенными в образовательную программу.</w:t>
      </w:r>
    </w:p>
    <w:tbl>
      <w:tblPr>
        <w:tblStyle w:val="af"/>
        <w:tblW w:w="0" w:type="auto"/>
        <w:tblLook w:val="04A0"/>
      </w:tblPr>
      <w:tblGrid>
        <w:gridCol w:w="1129"/>
        <w:gridCol w:w="8492"/>
      </w:tblGrid>
      <w:tr w:rsidR="00DC3F2C" w:rsidRPr="004E18EC" w:rsidTr="008B1FCB">
        <w:tc>
          <w:tcPr>
            <w:tcW w:w="1129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492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оценки результатов</w:t>
            </w:r>
          </w:p>
        </w:tc>
      </w:tr>
      <w:tr w:rsidR="00DC3F2C" w:rsidRPr="00743864" w:rsidTr="008B1FCB">
        <w:tc>
          <w:tcPr>
            <w:tcW w:w="1129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8492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работа выполнена полностью; в логических рассуждениях и обосновании решения нет пробелов и ошибок; в решении нет математических ошибок (возможна одна неточность, описка, которая не является следствием незнания </w:t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lastRenderedPageBreak/>
              <w:t>или непонимания учебного материала).</w:t>
            </w:r>
          </w:p>
        </w:tc>
      </w:tr>
      <w:tr w:rsidR="00DC3F2C" w:rsidRPr="00743864" w:rsidTr="008B1FCB">
        <w:tc>
          <w:tcPr>
            <w:tcW w:w="1129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«4»</w:t>
            </w:r>
          </w:p>
        </w:tc>
        <w:tc>
          <w:tcPr>
            <w:tcW w:w="8492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 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</w:t>
            </w:r>
          </w:p>
        </w:tc>
      </w:tr>
      <w:tr w:rsidR="00DC3F2C" w:rsidRPr="00743864" w:rsidTr="008B1FCB">
        <w:tc>
          <w:tcPr>
            <w:tcW w:w="1129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8492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допущено более одной ошибки или более двух – трех недочетов в выкладках, чертежах или графиках, но учащийся обладает обязательными умениями по проверяемой теме.</w:t>
            </w:r>
          </w:p>
        </w:tc>
      </w:tr>
      <w:tr w:rsidR="00DC3F2C" w:rsidRPr="00743864" w:rsidTr="008B1FCB">
        <w:tc>
          <w:tcPr>
            <w:tcW w:w="1129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8492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допущены существенные ошибки, показавшие, что учащийся не обладает обязательными умениями по данной теме в полной мере; полное незнание изученного материала, отсутствия элементарных умений и навыков.</w:t>
            </w:r>
          </w:p>
        </w:tc>
      </w:tr>
    </w:tbl>
    <w:p w:rsidR="00DC3F2C" w:rsidRPr="00144FF4" w:rsidRDefault="00DC3F2C" w:rsidP="00DC3F2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DC3F2C" w:rsidRDefault="00DC3F2C" w:rsidP="00DC3F2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4FF4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Оценка за контроль ключевых компетенций обучающихся производится по пятибалльной системе. </w:t>
      </w:r>
      <w:r w:rsidRPr="00CB217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выполнении заданий ставится отметка, учитывая процент выполненных заданий:</w:t>
      </w:r>
    </w:p>
    <w:p w:rsidR="00DC3F2C" w:rsidRPr="00CB217F" w:rsidRDefault="00DC3F2C" w:rsidP="00DC3F2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0" w:type="auto"/>
        <w:tblLook w:val="04A0"/>
      </w:tblPr>
      <w:tblGrid>
        <w:gridCol w:w="1205"/>
        <w:gridCol w:w="3043"/>
        <w:gridCol w:w="5373"/>
      </w:tblGrid>
      <w:tr w:rsidR="00DC3F2C" w:rsidRPr="00743864" w:rsidTr="008B1FCB">
        <w:tc>
          <w:tcPr>
            <w:tcW w:w="1205" w:type="dxa"/>
          </w:tcPr>
          <w:p w:rsidR="00DC3F2C" w:rsidRPr="00CB217F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B217F">
              <w:rPr>
                <w:rFonts w:ascii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416" w:type="dxa"/>
            <w:gridSpan w:val="2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Критерии оценки результатов работ, состоящих из заданий обязательного уровня и дополнительных заданий</w:t>
            </w:r>
          </w:p>
        </w:tc>
      </w:tr>
      <w:tr w:rsidR="00DC3F2C" w:rsidRPr="00743864" w:rsidTr="008B1FCB">
        <w:tc>
          <w:tcPr>
            <w:tcW w:w="1205" w:type="dxa"/>
          </w:tcPr>
          <w:p w:rsidR="00DC3F2C" w:rsidRPr="00CB217F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217F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3043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не менее 85% от всей работы</w:t>
            </w:r>
          </w:p>
        </w:tc>
        <w:tc>
          <w:tcPr>
            <w:tcW w:w="5373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выставляется за ответ, в котором обучающийся демонстрирует глубокое понимание сущности материала, логично его излагает, используя в деятельности</w:t>
            </w:r>
          </w:p>
        </w:tc>
      </w:tr>
      <w:tr w:rsidR="00DC3F2C" w:rsidRPr="00743864" w:rsidTr="008B1FCB">
        <w:tc>
          <w:tcPr>
            <w:tcW w:w="1205" w:type="dxa"/>
          </w:tcPr>
          <w:p w:rsidR="00DC3F2C" w:rsidRPr="00CB217F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217F">
              <w:rPr>
                <w:rFonts w:ascii="Times New Roman" w:hAnsi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043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от 70% до 84% от всей работы</w:t>
            </w:r>
          </w:p>
        </w:tc>
        <w:tc>
          <w:tcPr>
            <w:tcW w:w="5373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ставится за ответ, в котором содержатся небольшие неточности и незначительные ошибки</w:t>
            </w:r>
          </w:p>
        </w:tc>
      </w:tr>
      <w:tr w:rsidR="00DC3F2C" w:rsidRPr="00743864" w:rsidTr="008B1FCB">
        <w:tc>
          <w:tcPr>
            <w:tcW w:w="1205" w:type="dxa"/>
          </w:tcPr>
          <w:p w:rsidR="00DC3F2C" w:rsidRPr="00CB217F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217F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043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от 50% до 69% от всей работы, или все задания обязательного уровня</w:t>
            </w:r>
          </w:p>
        </w:tc>
        <w:tc>
          <w:tcPr>
            <w:tcW w:w="5373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получают за ответ, в котором отсутствует логическая последовательность, имеются пробелы в знании материала, нет должной аргументации и умения использовать знания на практике</w:t>
            </w:r>
          </w:p>
        </w:tc>
      </w:tr>
      <w:tr w:rsidR="00DC3F2C" w:rsidRPr="00743864" w:rsidTr="008B1FCB">
        <w:tc>
          <w:tcPr>
            <w:tcW w:w="1205" w:type="dxa"/>
          </w:tcPr>
          <w:p w:rsidR="00DC3F2C" w:rsidRPr="00CB217F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217F">
              <w:rPr>
                <w:rFonts w:ascii="Times New Roman" w:hAnsi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3043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выполнение заданий менее 50% от общей работы</w:t>
            </w:r>
          </w:p>
        </w:tc>
        <w:tc>
          <w:tcPr>
            <w:tcW w:w="5373" w:type="dxa"/>
          </w:tcPr>
          <w:p w:rsidR="00DC3F2C" w:rsidRPr="00144FF4" w:rsidRDefault="00DC3F2C" w:rsidP="008B1FCB">
            <w:pPr>
              <w:keepNext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выставляется за непонимание и незнание материала программы</w:t>
            </w:r>
          </w:p>
        </w:tc>
      </w:tr>
    </w:tbl>
    <w:p w:rsidR="00DC3F2C" w:rsidRPr="00144FF4" w:rsidRDefault="00DC3F2C" w:rsidP="00DC3F2C">
      <w:pPr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DC3F2C" w:rsidRDefault="00DC3F2C" w:rsidP="00DC3F2C">
      <w:pPr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E18EC">
        <w:rPr>
          <w:rFonts w:ascii="Times New Roman" w:hAnsi="Times New Roman"/>
          <w:b/>
          <w:color w:val="000000"/>
          <w:sz w:val="24"/>
          <w:szCs w:val="24"/>
        </w:rPr>
        <w:t>Общая классификация ошибок.</w:t>
      </w:r>
    </w:p>
    <w:p w:rsidR="00DC3F2C" w:rsidRPr="004E18EC" w:rsidRDefault="00DC3F2C" w:rsidP="00DC3F2C">
      <w:pPr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1413"/>
        <w:gridCol w:w="8208"/>
      </w:tblGrid>
      <w:tr w:rsidR="00DC3F2C" w:rsidRPr="004E18EC" w:rsidTr="008B1FCB">
        <w:tc>
          <w:tcPr>
            <w:tcW w:w="1413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iCs/>
                <w:sz w:val="24"/>
                <w:szCs w:val="24"/>
              </w:rPr>
              <w:t>Виды ошибок</w:t>
            </w:r>
          </w:p>
        </w:tc>
        <w:tc>
          <w:tcPr>
            <w:tcW w:w="8208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E18EC">
              <w:rPr>
                <w:rFonts w:ascii="Times New Roman" w:hAnsi="Times New Roman"/>
                <w:b/>
                <w:iCs/>
                <w:sz w:val="24"/>
                <w:szCs w:val="24"/>
              </w:rPr>
              <w:t>Критерии ошибок</w:t>
            </w:r>
          </w:p>
        </w:tc>
      </w:tr>
      <w:tr w:rsidR="00DC3F2C" w:rsidRPr="00743864" w:rsidTr="008B1FCB">
        <w:tc>
          <w:tcPr>
            <w:tcW w:w="1413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8EC">
              <w:rPr>
                <w:rFonts w:ascii="Times New Roman" w:hAnsi="Times New Roman"/>
                <w:sz w:val="24"/>
                <w:szCs w:val="24"/>
              </w:rPr>
              <w:t>Грубые ошибки</w:t>
            </w:r>
          </w:p>
        </w:tc>
        <w:tc>
          <w:tcPr>
            <w:tcW w:w="8208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незнание наименований единиц измерения;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выделить в ответе главное;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применять знания, алгоритмы для решения задач;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делать выводы и обобщения;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пользоваться первоисточниками, учебником и справочниками;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вычислительные ошибки, если они не являются опиской;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логические ошибки;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вычислительные ошибки в примерах и задачах;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ошибки на незнание порядка выполнения арифметических действий;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решение задачи (пропуск действий, неправильный выбор действий, лишнее действие);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недоведение до конца решения задачи или примера;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невыполненное задание;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неправильный выбор порядка выполнения </w:t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lastRenderedPageBreak/>
              <w:t xml:space="preserve">действий в выражении;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пропуск нуля в частном при делении натуральных чисел или десятичных дробей;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неправильный выбор действий при решении текстовых задач;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измерение или построение угла с помощью транспортира, связанное с отсутствием умения выбирать нужную шкалу.</w:t>
            </w:r>
          </w:p>
        </w:tc>
      </w:tr>
      <w:tr w:rsidR="00DC3F2C" w:rsidRPr="00743864" w:rsidTr="008B1FCB">
        <w:tc>
          <w:tcPr>
            <w:tcW w:w="1413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8EC">
              <w:rPr>
                <w:rFonts w:ascii="Times New Roman" w:hAnsi="Times New Roman"/>
                <w:sz w:val="24"/>
                <w:szCs w:val="24"/>
              </w:rPr>
              <w:lastRenderedPageBreak/>
              <w:t>Негрубая ошибка</w:t>
            </w:r>
          </w:p>
        </w:tc>
        <w:tc>
          <w:tcPr>
            <w:tcW w:w="8208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второстепенными;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нерациональный метод решения задачи или недостаточно продуманный план ответа (нарушение логики, подмена отдельных основных вопросов второстепенными);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решать задачи, выполнять задания в общем виде;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неправильная постановка вопроса к действию при решении задачи;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неверно сформулированный ответ задачи;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списывание данных чисел, знаков;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недоведение до конца преобразований.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неправильная ссылка на сочетательный и распределительный законы при вычислениях;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использование в отдельных случаях наименований, например, обозначение единиц длины для единиц площади и объема; </w:t>
            </w:r>
            <w:r w:rsidRPr="004E18EC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сохранение в окончательном результате при вычислениях или преобразованиях выражений неправильной дроби.</w:t>
            </w:r>
          </w:p>
        </w:tc>
      </w:tr>
      <w:tr w:rsidR="00DC3F2C" w:rsidRPr="00743864" w:rsidTr="008B1FCB">
        <w:tc>
          <w:tcPr>
            <w:tcW w:w="1413" w:type="dxa"/>
          </w:tcPr>
          <w:p w:rsidR="00DC3F2C" w:rsidRPr="004E18EC" w:rsidRDefault="00DC3F2C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8EC">
              <w:rPr>
                <w:rFonts w:ascii="Times New Roman" w:hAnsi="Times New Roman"/>
                <w:sz w:val="24"/>
                <w:szCs w:val="24"/>
              </w:rPr>
              <w:t xml:space="preserve">Недочет </w:t>
            </w:r>
          </w:p>
        </w:tc>
        <w:tc>
          <w:tcPr>
            <w:tcW w:w="8208" w:type="dxa"/>
          </w:tcPr>
          <w:p w:rsidR="00DC3F2C" w:rsidRPr="00144FF4" w:rsidRDefault="00DC3F2C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144FF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нерациональные приемы вычислений и преобразований; небрежное выполнение записей, чертежей, схем, графиков.</w:t>
            </w:r>
          </w:p>
        </w:tc>
      </w:tr>
    </w:tbl>
    <w:p w:rsidR="00DC3F2C" w:rsidRPr="00144FF4" w:rsidRDefault="00DC3F2C" w:rsidP="00DC3F2C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Default="00DC3F2C" w:rsidP="00DC3F2C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44FF4">
        <w:rPr>
          <w:rFonts w:ascii="Times New Roman" w:hAnsi="Times New Roman"/>
          <w:sz w:val="24"/>
          <w:szCs w:val="24"/>
          <w:lang w:val="ru-RU"/>
        </w:rPr>
        <w:t xml:space="preserve">Ниже в приложении предлагаются примерные варианты контрольных работ, используемые при обучении данного класса. </w:t>
      </w:r>
    </w:p>
    <w:p w:rsidR="00DC3F2C" w:rsidRDefault="00DC3F2C" w:rsidP="00DC3F2C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Default="00DC3F2C" w:rsidP="00DC3F2C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Default="00DC3F2C" w:rsidP="00DC3F2C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3F2C" w:rsidRDefault="00DC3F2C" w:rsidP="00DC3F2C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 w:type="page"/>
      </w:r>
    </w:p>
    <w:p w:rsidR="00DC3F2C" w:rsidRDefault="00DC3F2C" w:rsidP="00DC3F2C">
      <w:pPr>
        <w:rPr>
          <w:rFonts w:ascii="Times New Roman" w:hAnsi="Times New Roman"/>
          <w:sz w:val="24"/>
          <w:szCs w:val="24"/>
          <w:lang w:val="ru-RU"/>
        </w:rPr>
      </w:pPr>
      <w:r w:rsidRPr="005F725E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20130" cy="3867785"/>
            <wp:effectExtent l="0" t="0" r="0" b="0"/>
            <wp:docPr id="2014714626" name="Рисунок 2014714626" descr="Изображение выглядит как текст, меню, бумага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714626" name="Рисунок 2014714626" descr="Изображение выглядит как текст, меню, бумага, книга&#10;&#10;Автоматически созданное описание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2C" w:rsidRDefault="00DC3F2C" w:rsidP="00DC3F2C">
      <w:pPr>
        <w:rPr>
          <w:rFonts w:ascii="Times New Roman" w:hAnsi="Times New Roman"/>
          <w:sz w:val="24"/>
          <w:szCs w:val="24"/>
          <w:lang w:val="ru-RU"/>
        </w:rPr>
      </w:pPr>
      <w:r w:rsidRPr="005F725E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0130" cy="3762375"/>
            <wp:effectExtent l="0" t="0" r="0" b="0"/>
            <wp:docPr id="231552613" name="Рисунок 231552613" descr="Изображение выглядит как текст, меню, Шрифт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52613" name="Рисунок 231552613" descr="Изображение выглядит как текст, меню, Шрифт, бумага&#10;&#10;Автоматически созданное описание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2C" w:rsidRDefault="00DC3F2C" w:rsidP="00DC3F2C">
      <w:pPr>
        <w:rPr>
          <w:rFonts w:ascii="Times New Roman" w:hAnsi="Times New Roman"/>
          <w:sz w:val="24"/>
          <w:szCs w:val="24"/>
          <w:lang w:val="ru-RU"/>
        </w:rPr>
      </w:pPr>
      <w:r w:rsidRPr="005F725E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20130" cy="3780155"/>
            <wp:effectExtent l="0" t="0" r="0" b="0"/>
            <wp:docPr id="207813069" name="Рисунок 207813069" descr="Изображение выглядит как текст, меню, бумага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13069" name="Рисунок 207813069" descr="Изображение выглядит как текст, меню, бумага, книга&#10;&#10;Автоматически созданное описание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2C" w:rsidRDefault="00DC3F2C" w:rsidP="00DC3F2C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 w:type="page"/>
      </w:r>
    </w:p>
    <w:p w:rsidR="002E2D7F" w:rsidRPr="002E2D7F" w:rsidRDefault="00F410CB" w:rsidP="002E2D7F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="002E2D7F">
        <w:rPr>
          <w:rFonts w:ascii="Times New Roman" w:hAnsi="Times New Roman"/>
          <w:b/>
          <w:color w:val="000000"/>
          <w:sz w:val="28"/>
          <w:lang w:val="ru-RU"/>
        </w:rPr>
        <w:t>ПОУРОЧНОЕ ПЛАНИРОВАНИЕ</w:t>
      </w:r>
    </w:p>
    <w:p w:rsidR="00786E29" w:rsidRPr="0078507B" w:rsidRDefault="00D61B4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E14A7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8507B">
        <w:rPr>
          <w:rFonts w:ascii="Times New Roman" w:hAnsi="Times New Roman"/>
          <w:b/>
          <w:color w:val="000000"/>
          <w:sz w:val="28"/>
          <w:lang w:val="ru-RU"/>
        </w:rPr>
        <w:t xml:space="preserve">6 </w:t>
      </w:r>
      <w:r w:rsidR="00F410CB">
        <w:rPr>
          <w:rFonts w:ascii="Times New Roman" w:hAnsi="Times New Roman"/>
          <w:b/>
          <w:color w:val="000000"/>
          <w:sz w:val="28"/>
          <w:lang w:val="ru-RU"/>
        </w:rPr>
        <w:t xml:space="preserve">«А» </w:t>
      </w:r>
      <w:r w:rsidRPr="0078507B">
        <w:rPr>
          <w:rFonts w:ascii="Times New Roman" w:hAnsi="Times New Roman"/>
          <w:b/>
          <w:color w:val="000000"/>
          <w:sz w:val="28"/>
          <w:lang w:val="ru-RU"/>
        </w:rPr>
        <w:t xml:space="preserve">КЛАСС </w:t>
      </w:r>
      <w:r w:rsidR="0078507B"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            Учитель Клочкова Анна Юрьевна</w:t>
      </w:r>
    </w:p>
    <w:tbl>
      <w:tblPr>
        <w:tblStyle w:val="TableNormal1"/>
        <w:tblW w:w="9923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5103"/>
        <w:gridCol w:w="1559"/>
        <w:gridCol w:w="1559"/>
        <w:gridCol w:w="993"/>
      </w:tblGrid>
      <w:tr w:rsidR="002E2D7F" w:rsidRPr="007B1C5C" w:rsidTr="002E2D7F">
        <w:trPr>
          <w:trHeight w:val="1147"/>
          <w:tblHeader/>
        </w:trPr>
        <w:tc>
          <w:tcPr>
            <w:tcW w:w="709" w:type="dxa"/>
            <w:vAlign w:val="center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№ урока</w:t>
            </w:r>
          </w:p>
        </w:tc>
        <w:tc>
          <w:tcPr>
            <w:tcW w:w="5103" w:type="dxa"/>
            <w:vAlign w:val="center"/>
          </w:tcPr>
          <w:p w:rsidR="002E2D7F" w:rsidRPr="007B1C5C" w:rsidRDefault="002E2D7F" w:rsidP="00A413AA">
            <w:pPr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Наименование разделов и тем</w:t>
            </w:r>
          </w:p>
        </w:tc>
        <w:tc>
          <w:tcPr>
            <w:tcW w:w="1559" w:type="dxa"/>
            <w:vAlign w:val="center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Плановые сроки прохождения программы</w:t>
            </w:r>
          </w:p>
        </w:tc>
        <w:tc>
          <w:tcPr>
            <w:tcW w:w="1559" w:type="dxa"/>
            <w:vAlign w:val="center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Фактические сроки и/или коррекция</w:t>
            </w:r>
          </w:p>
        </w:tc>
        <w:tc>
          <w:tcPr>
            <w:tcW w:w="993" w:type="dxa"/>
            <w:vAlign w:val="center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Примечание</w:t>
            </w:r>
          </w:p>
        </w:tc>
      </w:tr>
      <w:tr w:rsidR="002E2D7F" w:rsidRPr="007B1C5C" w:rsidTr="002E2D7F">
        <w:trPr>
          <w:trHeight w:val="299"/>
        </w:trPr>
        <w:tc>
          <w:tcPr>
            <w:tcW w:w="9923" w:type="dxa"/>
            <w:gridSpan w:val="5"/>
            <w:shd w:val="clear" w:color="auto" w:fill="D9D9D9"/>
          </w:tcPr>
          <w:p w:rsidR="002E2D7F" w:rsidRPr="007B1C5C" w:rsidRDefault="002E2D7F" w:rsidP="00A413AA">
            <w:pPr>
              <w:spacing w:before="8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Раздел 1. Натуральные числа (</w:t>
            </w:r>
            <w:r w:rsidRPr="007B1C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23</w:t>
            </w:r>
            <w:r w:rsidRPr="007B1C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ч.)</w:t>
            </w:r>
          </w:p>
        </w:tc>
      </w:tr>
      <w:tr w:rsidR="002E2D7F" w:rsidRPr="00743864" w:rsidTr="002E2D7F">
        <w:trPr>
          <w:trHeight w:val="284"/>
        </w:trPr>
        <w:tc>
          <w:tcPr>
            <w:tcW w:w="709" w:type="dxa"/>
          </w:tcPr>
          <w:p w:rsidR="008A3D75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2E2D7F" w:rsidRPr="007B1C5C" w:rsidRDefault="002E2D7F" w:rsidP="002E2D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курса 5 класса. Натуральные числа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tabs>
                <w:tab w:val="center" w:pos="7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43864" w:rsidTr="002E2D7F">
        <w:trPr>
          <w:trHeight w:val="284"/>
        </w:trPr>
        <w:tc>
          <w:tcPr>
            <w:tcW w:w="709" w:type="dxa"/>
          </w:tcPr>
          <w:p w:rsidR="002E2D7F" w:rsidRPr="002E2D7F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2E2D7F" w:rsidRPr="007B1C5C" w:rsidRDefault="002E2D7F" w:rsidP="00E93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Повторение курса 5 класса. Обыкновенные дроби 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43864" w:rsidTr="002E2D7F">
        <w:trPr>
          <w:trHeight w:val="284"/>
        </w:trPr>
        <w:tc>
          <w:tcPr>
            <w:tcW w:w="709" w:type="dxa"/>
          </w:tcPr>
          <w:p w:rsidR="002E2D7F" w:rsidRPr="002E2D7F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</w:t>
            </w:r>
          </w:p>
        </w:tc>
        <w:tc>
          <w:tcPr>
            <w:tcW w:w="5103" w:type="dxa"/>
            <w:shd w:val="clear" w:color="auto" w:fill="auto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Повторение курса 5 класса. Десятичные дроби 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95F86" w:rsidTr="002E2D7F">
        <w:trPr>
          <w:trHeight w:val="284"/>
        </w:trPr>
        <w:tc>
          <w:tcPr>
            <w:tcW w:w="709" w:type="dxa"/>
          </w:tcPr>
          <w:p w:rsidR="002E2D7F" w:rsidRPr="007B1C5C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</w:t>
            </w:r>
          </w:p>
        </w:tc>
        <w:tc>
          <w:tcPr>
            <w:tcW w:w="5103" w:type="dxa"/>
            <w:shd w:val="clear" w:color="auto" w:fill="auto"/>
          </w:tcPr>
          <w:p w:rsidR="002E2D7F" w:rsidRPr="007B1C5C" w:rsidRDefault="002E2D7F" w:rsidP="00B61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курса 5 класса. Геометрические фигуры.</w:t>
            </w:r>
            <w:r w:rsidR="00B616F7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Виды треугольников.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7B1C5C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</w:t>
            </w:r>
          </w:p>
        </w:tc>
        <w:tc>
          <w:tcPr>
            <w:tcW w:w="5103" w:type="dxa"/>
            <w:shd w:val="clear" w:color="auto" w:fill="auto"/>
          </w:tcPr>
          <w:p w:rsidR="002E2D7F" w:rsidRPr="007B1C5C" w:rsidRDefault="002E2D7F" w:rsidP="00A413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Среднее арифметическое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</w:t>
            </w:r>
          </w:p>
        </w:tc>
        <w:tc>
          <w:tcPr>
            <w:tcW w:w="5103" w:type="dxa"/>
            <w:shd w:val="clear" w:color="auto" w:fill="auto"/>
          </w:tcPr>
          <w:p w:rsidR="002E2D7F" w:rsidRPr="007B1C5C" w:rsidRDefault="002E2D7F" w:rsidP="00A413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Среднее арифметическое 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</w:t>
            </w:r>
          </w:p>
        </w:tc>
        <w:tc>
          <w:tcPr>
            <w:tcW w:w="5103" w:type="dxa"/>
            <w:shd w:val="clear" w:color="auto" w:fill="auto"/>
          </w:tcPr>
          <w:p w:rsidR="002E2D7F" w:rsidRPr="007B1C5C" w:rsidRDefault="002E2D7F" w:rsidP="00A413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Среднее арифметическое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. Решение задач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</w:t>
            </w:r>
          </w:p>
        </w:tc>
        <w:tc>
          <w:tcPr>
            <w:tcW w:w="5103" w:type="dxa"/>
            <w:vAlign w:val="center"/>
          </w:tcPr>
          <w:p w:rsidR="002E2D7F" w:rsidRPr="007B1C5C" w:rsidRDefault="002E2D7F" w:rsidP="00A413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</w:t>
            </w:r>
          </w:p>
        </w:tc>
        <w:tc>
          <w:tcPr>
            <w:tcW w:w="5103" w:type="dxa"/>
            <w:vAlign w:val="center"/>
          </w:tcPr>
          <w:p w:rsidR="002E2D7F" w:rsidRPr="007B1C5C" w:rsidRDefault="002E2D7F" w:rsidP="00A413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43864" w:rsidTr="002E2D7F">
        <w:trPr>
          <w:trHeight w:val="284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</w:t>
            </w:r>
          </w:p>
        </w:tc>
        <w:tc>
          <w:tcPr>
            <w:tcW w:w="5103" w:type="dxa"/>
            <w:vAlign w:val="center"/>
          </w:tcPr>
          <w:p w:rsidR="002E2D7F" w:rsidRPr="007B1C5C" w:rsidRDefault="002E2D7F" w:rsidP="00A413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43864" w:rsidTr="002E2D7F">
        <w:trPr>
          <w:trHeight w:val="284"/>
        </w:trPr>
        <w:tc>
          <w:tcPr>
            <w:tcW w:w="709" w:type="dxa"/>
          </w:tcPr>
          <w:p w:rsidR="002E2D7F" w:rsidRPr="007B1C5C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</w:t>
            </w:r>
          </w:p>
        </w:tc>
        <w:tc>
          <w:tcPr>
            <w:tcW w:w="5103" w:type="dxa"/>
            <w:vAlign w:val="center"/>
          </w:tcPr>
          <w:p w:rsidR="002E2D7F" w:rsidRPr="007B1C5C" w:rsidRDefault="002E2D7F" w:rsidP="00A413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43864" w:rsidTr="002E2D7F">
        <w:trPr>
          <w:trHeight w:val="284"/>
        </w:trPr>
        <w:tc>
          <w:tcPr>
            <w:tcW w:w="709" w:type="dxa"/>
          </w:tcPr>
          <w:p w:rsidR="002E2D7F" w:rsidRPr="007B1C5C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</w:t>
            </w:r>
          </w:p>
        </w:tc>
        <w:tc>
          <w:tcPr>
            <w:tcW w:w="5103" w:type="dxa"/>
            <w:vAlign w:val="center"/>
          </w:tcPr>
          <w:p w:rsidR="002E2D7F" w:rsidRPr="007B1C5C" w:rsidRDefault="002E2D7F" w:rsidP="00A413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43864" w:rsidTr="002E2D7F">
        <w:trPr>
          <w:trHeight w:val="284"/>
        </w:trPr>
        <w:tc>
          <w:tcPr>
            <w:tcW w:w="709" w:type="dxa"/>
          </w:tcPr>
          <w:p w:rsidR="002E2D7F" w:rsidRPr="007B1C5C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Делители и кратные,</w:t>
            </w:r>
            <w:r w:rsidR="00B616F7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Признаки деления на 10.5,2,9,3.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7B1C5C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Делимость суммы и произвед</w:t>
            </w: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ения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Простые и составные числа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43864" w:rsidTr="002E2D7F">
        <w:trPr>
          <w:trHeight w:val="284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Наибольший общий делитель.</w:t>
            </w:r>
            <w:r w:rsidR="00B616F7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Взаимно простые числа.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7B1C5C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17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Алгоритм нахождения НОД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43864" w:rsidTr="002E2D7F">
        <w:trPr>
          <w:trHeight w:val="284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18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на нахождение НОД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43864" w:rsidTr="002E2D7F">
        <w:trPr>
          <w:trHeight w:val="284"/>
        </w:trPr>
        <w:tc>
          <w:tcPr>
            <w:tcW w:w="709" w:type="dxa"/>
          </w:tcPr>
          <w:p w:rsidR="002E2D7F" w:rsidRPr="007B1C5C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19</w:t>
            </w:r>
          </w:p>
        </w:tc>
        <w:tc>
          <w:tcPr>
            <w:tcW w:w="5103" w:type="dxa"/>
          </w:tcPr>
          <w:p w:rsidR="002E2D7F" w:rsidRPr="007B1C5C" w:rsidRDefault="002E2D7F" w:rsidP="00B61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Наименьшее общее кратное натуральных чисел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7B1C5C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20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Алгоритм нахождения НОК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43864" w:rsidTr="002E2D7F">
        <w:trPr>
          <w:trHeight w:val="284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21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на нахождение НОК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43864" w:rsidTr="002E2D7F">
        <w:trPr>
          <w:trHeight w:val="554"/>
        </w:trPr>
        <w:tc>
          <w:tcPr>
            <w:tcW w:w="709" w:type="dxa"/>
          </w:tcPr>
          <w:p w:rsidR="002E2D7F" w:rsidRPr="007B1C5C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22</w:t>
            </w:r>
          </w:p>
        </w:tc>
        <w:tc>
          <w:tcPr>
            <w:tcW w:w="5103" w:type="dxa"/>
          </w:tcPr>
          <w:p w:rsidR="002E2D7F" w:rsidRPr="007B1C5C" w:rsidRDefault="002E2D7F" w:rsidP="00B616F7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</w:t>
            </w:r>
            <w:r w:rsidR="00B616F7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материала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1244D1" w:rsidTr="002E2D7F">
        <w:trPr>
          <w:trHeight w:val="284"/>
        </w:trPr>
        <w:tc>
          <w:tcPr>
            <w:tcW w:w="709" w:type="dxa"/>
            <w:shd w:val="clear" w:color="auto" w:fill="DEEAF6"/>
          </w:tcPr>
          <w:p w:rsidR="002E2D7F" w:rsidRPr="007B1C5C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23</w:t>
            </w:r>
          </w:p>
        </w:tc>
        <w:tc>
          <w:tcPr>
            <w:tcW w:w="5103" w:type="dxa"/>
            <w:shd w:val="clear" w:color="auto" w:fill="DEEAF6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Контрольная работа №1 </w:t>
            </w:r>
          </w:p>
        </w:tc>
        <w:tc>
          <w:tcPr>
            <w:tcW w:w="1559" w:type="dxa"/>
            <w:shd w:val="clear" w:color="auto" w:fill="DEEAF6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9923" w:type="dxa"/>
            <w:gridSpan w:val="5"/>
            <w:shd w:val="clear" w:color="auto" w:fill="D9D9D9"/>
          </w:tcPr>
          <w:p w:rsidR="002E2D7F" w:rsidRPr="007B1C5C" w:rsidRDefault="002E2D7F" w:rsidP="00A413AA">
            <w:pPr>
              <w:spacing w:before="8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2. Дроби (</w:t>
            </w: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41</w:t>
            </w: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ч.)</w:t>
            </w: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24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Основное свойство дроби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25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Сокращение дробей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26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Сокращение дробей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567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27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 w:right="892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Приведение дробей к общему знаменателю.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Сравнение дробей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28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Сложение и вычитание дробей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43864" w:rsidTr="002E2D7F">
        <w:trPr>
          <w:trHeight w:val="284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29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Решение примеров на сложение и вычитания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дробей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43864" w:rsidTr="002E2D7F">
        <w:trPr>
          <w:trHeight w:val="284"/>
        </w:trPr>
        <w:tc>
          <w:tcPr>
            <w:tcW w:w="709" w:type="dxa"/>
          </w:tcPr>
          <w:p w:rsidR="002E2D7F" w:rsidRPr="007B1C5C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30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Действие сложения и вычитания смешанных чисел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7B1C5C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31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Дробные выражен</w:t>
            </w:r>
            <w:r w:rsidR="00B616F7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и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я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43864" w:rsidTr="002E2D7F">
        <w:trPr>
          <w:trHeight w:val="284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32</w:t>
            </w:r>
          </w:p>
        </w:tc>
        <w:tc>
          <w:tcPr>
            <w:tcW w:w="5103" w:type="dxa"/>
          </w:tcPr>
          <w:p w:rsidR="002E2D7F" w:rsidRPr="007B1C5C" w:rsidRDefault="002E2D7F" w:rsidP="00E93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примеров на действия</w:t>
            </w:r>
            <w:r w:rsidR="00E93BA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сложения и вычитания смешанных чисел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43864" w:rsidTr="002E2D7F">
        <w:trPr>
          <w:trHeight w:val="284"/>
        </w:trPr>
        <w:tc>
          <w:tcPr>
            <w:tcW w:w="709" w:type="dxa"/>
          </w:tcPr>
          <w:p w:rsidR="002E2D7F" w:rsidRPr="007B1C5C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33</w:t>
            </w:r>
          </w:p>
        </w:tc>
        <w:tc>
          <w:tcPr>
            <w:tcW w:w="5103" w:type="dxa"/>
          </w:tcPr>
          <w:p w:rsidR="002E2D7F" w:rsidRPr="007B1C5C" w:rsidRDefault="002E2D7F" w:rsidP="00E93BAC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</w:t>
            </w:r>
            <w:r w:rsidR="00E93BA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материала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  <w:shd w:val="clear" w:color="auto" w:fill="DEEAF6"/>
          </w:tcPr>
          <w:p w:rsidR="002E2D7F" w:rsidRPr="007B1C5C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34</w:t>
            </w:r>
          </w:p>
        </w:tc>
        <w:tc>
          <w:tcPr>
            <w:tcW w:w="5103" w:type="dxa"/>
            <w:shd w:val="clear" w:color="auto" w:fill="DEEAF6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№2</w:t>
            </w:r>
          </w:p>
        </w:tc>
        <w:tc>
          <w:tcPr>
            <w:tcW w:w="1559" w:type="dxa"/>
            <w:shd w:val="clear" w:color="auto" w:fill="DEEAF6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35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Умножение дробей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36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Действие умножения смешанных чисел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43864" w:rsidTr="002E2D7F">
        <w:trPr>
          <w:trHeight w:val="284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37</w:t>
            </w:r>
          </w:p>
        </w:tc>
        <w:tc>
          <w:tcPr>
            <w:tcW w:w="5103" w:type="dxa"/>
          </w:tcPr>
          <w:p w:rsidR="002E2D7F" w:rsidRPr="007B1C5C" w:rsidRDefault="002E2D7F" w:rsidP="00B61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Решение примеров на действие </w:t>
            </w:r>
            <w:r w:rsidR="00B616F7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у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множения смешанных чисел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B616F7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38</w:t>
            </w:r>
          </w:p>
        </w:tc>
        <w:tc>
          <w:tcPr>
            <w:tcW w:w="5103" w:type="dxa"/>
          </w:tcPr>
          <w:p w:rsidR="002E2D7F" w:rsidRPr="007B1C5C" w:rsidRDefault="002E2D7F" w:rsidP="00B61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39</w:t>
            </w:r>
          </w:p>
        </w:tc>
        <w:tc>
          <w:tcPr>
            <w:tcW w:w="5103" w:type="dxa"/>
          </w:tcPr>
          <w:p w:rsidR="002E2D7F" w:rsidRPr="007B1C5C" w:rsidRDefault="002E2D7F" w:rsidP="00B61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40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Нахождение дроби от числа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41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Нахождение дроби от числа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42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Деление дробей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43864" w:rsidTr="002E2D7F">
        <w:trPr>
          <w:trHeight w:val="284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43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примеров на действие деления смешанных чисел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7B1C5C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44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текстовых задач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45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текстовых задач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43864" w:rsidTr="00B616F7">
        <w:trPr>
          <w:trHeight w:val="295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46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 w:right="4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Нахождение числа по значению его дроби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43864" w:rsidTr="00B616F7">
        <w:trPr>
          <w:trHeight w:val="272"/>
        </w:trPr>
        <w:tc>
          <w:tcPr>
            <w:tcW w:w="709" w:type="dxa"/>
          </w:tcPr>
          <w:p w:rsidR="002E2D7F" w:rsidRPr="007B1C5C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47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 w:right="4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Нахождение числа по значению его дроби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A0854" w:rsidTr="002E2D7F">
        <w:trPr>
          <w:trHeight w:val="567"/>
        </w:trPr>
        <w:tc>
          <w:tcPr>
            <w:tcW w:w="709" w:type="dxa"/>
          </w:tcPr>
          <w:p w:rsidR="002E2D7F" w:rsidRPr="007B1C5C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48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 w:right="50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Преобразование обыкновенных дробей десятичные. Бесконечные периодические десятичные дроби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A0854" w:rsidTr="002E2D7F">
        <w:trPr>
          <w:trHeight w:val="567"/>
        </w:trPr>
        <w:tc>
          <w:tcPr>
            <w:tcW w:w="709" w:type="dxa"/>
          </w:tcPr>
          <w:p w:rsidR="002E2D7F" w:rsidRPr="007B1C5C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49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 w:right="3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 материала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B1C5C" w:rsidTr="002E2D7F">
        <w:trPr>
          <w:trHeight w:val="299"/>
        </w:trPr>
        <w:tc>
          <w:tcPr>
            <w:tcW w:w="709" w:type="dxa"/>
            <w:shd w:val="clear" w:color="auto" w:fill="DEEAF6"/>
          </w:tcPr>
          <w:p w:rsidR="002E2D7F" w:rsidRPr="007B1C5C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50</w:t>
            </w:r>
          </w:p>
        </w:tc>
        <w:tc>
          <w:tcPr>
            <w:tcW w:w="5103" w:type="dxa"/>
            <w:shd w:val="clear" w:color="auto" w:fill="DEEAF6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 xml:space="preserve">Контрольная работа № 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3</w:t>
            </w:r>
          </w:p>
        </w:tc>
        <w:tc>
          <w:tcPr>
            <w:tcW w:w="1559" w:type="dxa"/>
            <w:shd w:val="clear" w:color="auto" w:fill="DEEAF6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51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Отношения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52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Отношения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53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Пропорции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  <w:tcBorders>
              <w:top w:val="nil"/>
            </w:tcBorders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54</w:t>
            </w:r>
          </w:p>
        </w:tc>
        <w:tc>
          <w:tcPr>
            <w:tcW w:w="5103" w:type="dxa"/>
            <w:tcBorders>
              <w:top w:val="nil"/>
            </w:tcBorders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Пропорции</w:t>
            </w:r>
          </w:p>
        </w:tc>
        <w:tc>
          <w:tcPr>
            <w:tcW w:w="1559" w:type="dxa"/>
            <w:tcBorders>
              <w:top w:val="nil"/>
            </w:tcBorders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55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Пропорции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56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Пропорции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57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Процентное отношение двух чисел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58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Процентное отношение двух чисел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59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Процентное отношение двух чисел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A0854" w:rsidTr="002E2D7F">
        <w:trPr>
          <w:trHeight w:val="567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60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 w:right="109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Прямая и обратная пропорциональные зависимости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A0854" w:rsidTr="002E2D7F">
        <w:trPr>
          <w:trHeight w:val="567"/>
        </w:trPr>
        <w:tc>
          <w:tcPr>
            <w:tcW w:w="709" w:type="dxa"/>
          </w:tcPr>
          <w:p w:rsidR="002E2D7F" w:rsidRPr="007B1C5C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61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 w:right="109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Прямая и обратная пропорциональные зависимости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A0854" w:rsidTr="002E2D7F">
        <w:trPr>
          <w:trHeight w:val="284"/>
        </w:trPr>
        <w:tc>
          <w:tcPr>
            <w:tcW w:w="709" w:type="dxa"/>
          </w:tcPr>
          <w:p w:rsidR="002E2D7F" w:rsidRPr="007B1C5C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62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Деление числа в данном отношении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A0854" w:rsidTr="002E2D7F">
        <w:trPr>
          <w:trHeight w:val="284"/>
        </w:trPr>
        <w:tc>
          <w:tcPr>
            <w:tcW w:w="709" w:type="dxa"/>
          </w:tcPr>
          <w:p w:rsidR="002E2D7F" w:rsidRPr="007B1C5C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63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 материала</w:t>
            </w:r>
          </w:p>
        </w:tc>
        <w:tc>
          <w:tcPr>
            <w:tcW w:w="1559" w:type="dxa"/>
          </w:tcPr>
          <w:p w:rsidR="002E2D7F" w:rsidRPr="001244D1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2E2D7F" w:rsidRPr="001244D1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1244D1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1244D1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64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Контрольная работа №</w:t>
            </w: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4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99"/>
        </w:trPr>
        <w:tc>
          <w:tcPr>
            <w:tcW w:w="9923" w:type="dxa"/>
            <w:gridSpan w:val="5"/>
            <w:shd w:val="clear" w:color="auto" w:fill="D9D9D9"/>
          </w:tcPr>
          <w:p w:rsidR="002E2D7F" w:rsidRPr="007B1C5C" w:rsidRDefault="002E2D7F" w:rsidP="00A413AA">
            <w:pPr>
              <w:spacing w:before="8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Раздел 3 Наглядная геометрия</w:t>
            </w:r>
            <w:proofErr w:type="gramStart"/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 xml:space="preserve"> .</w:t>
            </w:r>
            <w:proofErr w:type="gramEnd"/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Фигуры на плоскости. (10</w:t>
            </w:r>
            <w:r w:rsidR="00B61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ч</w:t>
            </w:r>
            <w:r w:rsidR="00B61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.</w:t>
            </w:r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)</w:t>
            </w: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7B1C5C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65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Окружность и круг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66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Длина окружности. Площадь круга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67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Длина окружности. Площадь круга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A0854" w:rsidTr="002E2D7F">
        <w:trPr>
          <w:trHeight w:val="284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68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B1C5C" w:rsidTr="002E2D7F">
        <w:trPr>
          <w:trHeight w:val="299"/>
        </w:trPr>
        <w:tc>
          <w:tcPr>
            <w:tcW w:w="709" w:type="dxa"/>
          </w:tcPr>
          <w:p w:rsidR="002E2D7F" w:rsidRPr="007B1C5C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69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A0854" w:rsidTr="002E2D7F">
        <w:trPr>
          <w:trHeight w:val="299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70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B1C5C" w:rsidTr="002E2D7F">
        <w:trPr>
          <w:trHeight w:val="299"/>
        </w:trPr>
        <w:tc>
          <w:tcPr>
            <w:tcW w:w="709" w:type="dxa"/>
          </w:tcPr>
          <w:p w:rsidR="002E2D7F" w:rsidRPr="007B1C5C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71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B1C5C" w:rsidTr="002E2D7F">
        <w:trPr>
          <w:trHeight w:val="299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72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Площадь фигур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A0854" w:rsidTr="002E2D7F">
        <w:trPr>
          <w:trHeight w:val="299"/>
        </w:trPr>
        <w:tc>
          <w:tcPr>
            <w:tcW w:w="709" w:type="dxa"/>
          </w:tcPr>
          <w:p w:rsidR="002E2D7F" w:rsidRPr="008A3D75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73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 материала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1244D1" w:rsidTr="002E2D7F">
        <w:trPr>
          <w:trHeight w:val="299"/>
        </w:trPr>
        <w:tc>
          <w:tcPr>
            <w:tcW w:w="709" w:type="dxa"/>
          </w:tcPr>
          <w:p w:rsidR="002E2D7F" w:rsidRPr="007B1C5C" w:rsidRDefault="008A3D7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74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Контрольная работа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№5 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A0854" w:rsidTr="002E2D7F">
        <w:trPr>
          <w:trHeight w:val="301"/>
        </w:trPr>
        <w:tc>
          <w:tcPr>
            <w:tcW w:w="9923" w:type="dxa"/>
            <w:gridSpan w:val="5"/>
            <w:shd w:val="clear" w:color="auto" w:fill="D9D9D9"/>
          </w:tcPr>
          <w:p w:rsidR="002E2D7F" w:rsidRPr="007B1C5C" w:rsidRDefault="002E2D7F" w:rsidP="00A413AA">
            <w:pPr>
              <w:spacing w:before="11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4 Положительные и отрицательные числа (44 ч.)</w:t>
            </w: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7B1C5C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75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Положи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т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ельные и отрицательные числа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76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Положительные и отрицательные числа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77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Координатная прямая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78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Координатная прямая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79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Координатная прямая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80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Целые числа. Рациональные числа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81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Целые числа. Рациональные числа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82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Модуль числа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83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Модуль числа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84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Модуль числа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85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Сравнение чисел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86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Сравнение чисел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301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87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Сравнение чисел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A0854" w:rsidTr="002E2D7F">
        <w:trPr>
          <w:trHeight w:val="284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88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 материала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  <w:shd w:val="clear" w:color="auto" w:fill="DEEAF6"/>
          </w:tcPr>
          <w:p w:rsidR="002E2D7F" w:rsidRPr="007B1C5C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89</w:t>
            </w:r>
          </w:p>
        </w:tc>
        <w:tc>
          <w:tcPr>
            <w:tcW w:w="5103" w:type="dxa"/>
            <w:shd w:val="clear" w:color="auto" w:fill="DEEAF6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6</w:t>
            </w:r>
          </w:p>
        </w:tc>
        <w:tc>
          <w:tcPr>
            <w:tcW w:w="1559" w:type="dxa"/>
            <w:shd w:val="clear" w:color="auto" w:fill="DEEAF6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90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Сложение рациональных чисел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91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Сложение рациональных чисел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92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Сложение рациональных чисел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93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Сложение рациональных чисел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B616F7">
        <w:trPr>
          <w:trHeight w:val="297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94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Свойства сложения рациональных чисел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B616F7">
        <w:trPr>
          <w:trHeight w:val="260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95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Свойства сложения рациональных чисел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96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Вычитание рациональных чисел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97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Вычитание рациональных чисел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98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Вычитание рациональных чисел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99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Вычитание рациональных чисел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A0854" w:rsidTr="002E2D7F">
        <w:trPr>
          <w:trHeight w:val="284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100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 материала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  <w:shd w:val="clear" w:color="auto" w:fill="DEEAF6"/>
          </w:tcPr>
          <w:p w:rsidR="002E2D7F" w:rsidRPr="007B1C5C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101</w:t>
            </w:r>
          </w:p>
        </w:tc>
        <w:tc>
          <w:tcPr>
            <w:tcW w:w="5103" w:type="dxa"/>
            <w:shd w:val="clear" w:color="auto" w:fill="DEEAF6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7</w:t>
            </w:r>
          </w:p>
        </w:tc>
        <w:tc>
          <w:tcPr>
            <w:tcW w:w="1559" w:type="dxa"/>
            <w:shd w:val="clear" w:color="auto" w:fill="DEEAF6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102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Умножение рациональных чисел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103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Умножение рациональных чисел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104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Умножение рациональных чисел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105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Умножение рациональных чисел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567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106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Переместительное и сочетательное свойство умножения рациональных чисел.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Коэффициент.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567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107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Переместительное и сочетательное свойство умножения рациональных чисел.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Коэффициент.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567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108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Переместительное и сочетательное свойство умножения рациональных чисел.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Коэффициент.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17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109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21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110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11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111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01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112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05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113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114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Деление рациональных чисел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115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Деление рациональных чисел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116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Деление рациональных чисел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A0854" w:rsidTr="002E2D7F">
        <w:trPr>
          <w:trHeight w:val="284"/>
        </w:trPr>
        <w:tc>
          <w:tcPr>
            <w:tcW w:w="709" w:type="dxa"/>
          </w:tcPr>
          <w:p w:rsidR="002E2D7F" w:rsidRPr="008A3D75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117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 материала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  <w:shd w:val="clear" w:color="auto" w:fill="DEEAF6"/>
          </w:tcPr>
          <w:p w:rsidR="002E2D7F" w:rsidRPr="007B1C5C" w:rsidRDefault="00472655" w:rsidP="008A3D75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118</w:t>
            </w:r>
          </w:p>
        </w:tc>
        <w:tc>
          <w:tcPr>
            <w:tcW w:w="5103" w:type="dxa"/>
            <w:shd w:val="clear" w:color="auto" w:fill="DEEAF6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8</w:t>
            </w:r>
          </w:p>
        </w:tc>
        <w:tc>
          <w:tcPr>
            <w:tcW w:w="1559" w:type="dxa"/>
            <w:shd w:val="clear" w:color="auto" w:fill="DEEAF6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A0854" w:rsidTr="002E2D7F">
        <w:trPr>
          <w:trHeight w:val="301"/>
        </w:trPr>
        <w:tc>
          <w:tcPr>
            <w:tcW w:w="9923" w:type="dxa"/>
            <w:gridSpan w:val="5"/>
            <w:shd w:val="clear" w:color="auto" w:fill="D9D9D9"/>
          </w:tcPr>
          <w:p w:rsidR="002E2D7F" w:rsidRPr="007B1C5C" w:rsidRDefault="002E2D7F" w:rsidP="00A413AA">
            <w:pPr>
              <w:spacing w:before="11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Раздел 5 Выражения с буквами (10 ч.)</w:t>
            </w: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7B1C5C" w:rsidRDefault="00D1785A" w:rsidP="00D1785A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119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уравнений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D1785A" w:rsidRDefault="00D1785A" w:rsidP="00D1785A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120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уравнений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D1785A" w:rsidRDefault="00D1785A" w:rsidP="00D1785A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121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уравнений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D1785A" w:rsidRDefault="00D1785A" w:rsidP="00D1785A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122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уравнений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A0854" w:rsidTr="002E2D7F">
        <w:trPr>
          <w:trHeight w:val="284"/>
        </w:trPr>
        <w:tc>
          <w:tcPr>
            <w:tcW w:w="709" w:type="dxa"/>
          </w:tcPr>
          <w:p w:rsidR="002E2D7F" w:rsidRPr="00D1785A" w:rsidRDefault="00D1785A" w:rsidP="00D1785A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123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с помощью уравнений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A0854" w:rsidTr="002E2D7F">
        <w:trPr>
          <w:trHeight w:val="284"/>
        </w:trPr>
        <w:tc>
          <w:tcPr>
            <w:tcW w:w="709" w:type="dxa"/>
          </w:tcPr>
          <w:p w:rsidR="002E2D7F" w:rsidRPr="007B1C5C" w:rsidRDefault="00D1785A" w:rsidP="00D1785A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124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с помощью уравнений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A0854" w:rsidTr="002E2D7F">
        <w:trPr>
          <w:trHeight w:val="284"/>
        </w:trPr>
        <w:tc>
          <w:tcPr>
            <w:tcW w:w="709" w:type="dxa"/>
          </w:tcPr>
          <w:p w:rsidR="002E2D7F" w:rsidRPr="007B1C5C" w:rsidRDefault="00D1785A" w:rsidP="00D1785A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125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с помощью уравнений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A0854" w:rsidTr="002E2D7F">
        <w:trPr>
          <w:trHeight w:val="284"/>
        </w:trPr>
        <w:tc>
          <w:tcPr>
            <w:tcW w:w="709" w:type="dxa"/>
          </w:tcPr>
          <w:p w:rsidR="002E2D7F" w:rsidRPr="007B1C5C" w:rsidRDefault="00D1785A" w:rsidP="00D1785A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126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с помощью уравнений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A0854" w:rsidTr="002E2D7F">
        <w:trPr>
          <w:trHeight w:val="284"/>
        </w:trPr>
        <w:tc>
          <w:tcPr>
            <w:tcW w:w="709" w:type="dxa"/>
          </w:tcPr>
          <w:p w:rsidR="002E2D7F" w:rsidRPr="007B1C5C" w:rsidRDefault="00D1785A" w:rsidP="00D1785A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127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с помощью уравнений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  <w:shd w:val="clear" w:color="auto" w:fill="DEEAF6"/>
          </w:tcPr>
          <w:p w:rsidR="002E2D7F" w:rsidRPr="007B1C5C" w:rsidRDefault="00D1785A" w:rsidP="00D1785A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128</w:t>
            </w:r>
          </w:p>
        </w:tc>
        <w:tc>
          <w:tcPr>
            <w:tcW w:w="5103" w:type="dxa"/>
            <w:shd w:val="clear" w:color="auto" w:fill="DEEAF6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9</w:t>
            </w:r>
          </w:p>
        </w:tc>
        <w:tc>
          <w:tcPr>
            <w:tcW w:w="1559" w:type="dxa"/>
            <w:shd w:val="clear" w:color="auto" w:fill="DEEAF6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A0854" w:rsidTr="002E2D7F">
        <w:trPr>
          <w:trHeight w:val="301"/>
        </w:trPr>
        <w:tc>
          <w:tcPr>
            <w:tcW w:w="9923" w:type="dxa"/>
            <w:gridSpan w:val="5"/>
            <w:shd w:val="clear" w:color="auto" w:fill="D9D9D9"/>
          </w:tcPr>
          <w:p w:rsidR="002E2D7F" w:rsidRPr="007B1C5C" w:rsidRDefault="002E2D7F" w:rsidP="00A413AA">
            <w:pPr>
              <w:spacing w:before="11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6. Наглядная геометрия.  Прямые на плоскости (6</w:t>
            </w:r>
            <w:r w:rsidR="00B616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ч.)</w:t>
            </w: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7B1C5C" w:rsidRDefault="00D1785A" w:rsidP="00D1785A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129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Перпендикулярные прямые</w:t>
            </w:r>
          </w:p>
        </w:tc>
        <w:tc>
          <w:tcPr>
            <w:tcW w:w="1559" w:type="dxa"/>
            <w:vAlign w:val="bottom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D1785A" w:rsidRDefault="00D1785A" w:rsidP="00D1785A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130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Перпендикулярные прямые</w:t>
            </w:r>
          </w:p>
        </w:tc>
        <w:tc>
          <w:tcPr>
            <w:tcW w:w="1559" w:type="dxa"/>
            <w:vAlign w:val="bottom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D1785A" w:rsidRDefault="00D1785A" w:rsidP="00D1785A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131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Перпендикулярные прямые</w:t>
            </w:r>
          </w:p>
        </w:tc>
        <w:tc>
          <w:tcPr>
            <w:tcW w:w="1559" w:type="dxa"/>
            <w:vAlign w:val="bottom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D1785A" w:rsidRDefault="00D1785A" w:rsidP="00D1785A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132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Параллельные прямые</w:t>
            </w:r>
          </w:p>
        </w:tc>
        <w:tc>
          <w:tcPr>
            <w:tcW w:w="1559" w:type="dxa"/>
            <w:vAlign w:val="bottom"/>
          </w:tcPr>
          <w:p w:rsidR="002E2D7F" w:rsidRPr="007B1C5C" w:rsidRDefault="002E2D7F" w:rsidP="00A413AA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D1785A" w:rsidRDefault="00D1785A" w:rsidP="00D1785A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133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Параллельные прямые</w:t>
            </w:r>
          </w:p>
        </w:tc>
        <w:tc>
          <w:tcPr>
            <w:tcW w:w="1559" w:type="dxa"/>
            <w:vAlign w:val="bottom"/>
          </w:tcPr>
          <w:p w:rsidR="002E2D7F" w:rsidRPr="007B1C5C" w:rsidRDefault="002E2D7F" w:rsidP="00A413AA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A0854" w:rsidTr="002E2D7F">
        <w:trPr>
          <w:trHeight w:val="284"/>
        </w:trPr>
        <w:tc>
          <w:tcPr>
            <w:tcW w:w="709" w:type="dxa"/>
          </w:tcPr>
          <w:p w:rsidR="002E2D7F" w:rsidRPr="00D1785A" w:rsidRDefault="00D1785A" w:rsidP="00D1785A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134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1559" w:type="dxa"/>
            <w:vAlign w:val="bottom"/>
          </w:tcPr>
          <w:p w:rsidR="002E2D7F" w:rsidRPr="007B1C5C" w:rsidRDefault="002E2D7F" w:rsidP="00A413AA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A0854" w:rsidTr="002E2D7F">
        <w:trPr>
          <w:trHeight w:val="284"/>
        </w:trPr>
        <w:tc>
          <w:tcPr>
            <w:tcW w:w="9923" w:type="dxa"/>
            <w:gridSpan w:val="5"/>
          </w:tcPr>
          <w:p w:rsidR="002E2D7F" w:rsidRPr="007B1C5C" w:rsidRDefault="002E2D7F" w:rsidP="00A413AA">
            <w:pPr>
              <w:spacing w:before="11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7. Наглядная геометрия.  Симметрия (4</w:t>
            </w:r>
            <w:r w:rsidR="00B616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ч.)</w:t>
            </w: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7B1C5C" w:rsidRDefault="00D1785A" w:rsidP="00D1785A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135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Осевая и центральная симметрии</w:t>
            </w:r>
          </w:p>
        </w:tc>
        <w:tc>
          <w:tcPr>
            <w:tcW w:w="1559" w:type="dxa"/>
            <w:vAlign w:val="bottom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D1785A" w:rsidRDefault="00D1785A" w:rsidP="00D1785A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136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Осевая и центральная симметрии</w:t>
            </w:r>
          </w:p>
        </w:tc>
        <w:tc>
          <w:tcPr>
            <w:tcW w:w="1559" w:type="dxa"/>
            <w:vAlign w:val="bottom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D1785A" w:rsidRDefault="00D1785A" w:rsidP="00D1785A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137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Построение симмет</w:t>
            </w: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Pr="007B1C5C">
              <w:rPr>
                <w:rFonts w:ascii="Times New Roman" w:hAnsi="Times New Roman"/>
                <w:color w:val="000000"/>
                <w:sz w:val="24"/>
              </w:rPr>
              <w:t>ичных фигур</w:t>
            </w:r>
          </w:p>
        </w:tc>
        <w:tc>
          <w:tcPr>
            <w:tcW w:w="1559" w:type="dxa"/>
            <w:vAlign w:val="bottom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A0854" w:rsidTr="002E2D7F">
        <w:trPr>
          <w:trHeight w:val="284"/>
        </w:trPr>
        <w:tc>
          <w:tcPr>
            <w:tcW w:w="709" w:type="dxa"/>
          </w:tcPr>
          <w:p w:rsidR="002E2D7F" w:rsidRPr="00D1785A" w:rsidRDefault="00D1785A" w:rsidP="00D1785A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138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</w:t>
            </w: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Осевая симметрия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559" w:type="dxa"/>
            <w:vAlign w:val="bottom"/>
          </w:tcPr>
          <w:p w:rsidR="002E2D7F" w:rsidRPr="007B1C5C" w:rsidRDefault="002E2D7F" w:rsidP="00A413A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A0854" w:rsidTr="002E2D7F">
        <w:trPr>
          <w:trHeight w:val="301"/>
        </w:trPr>
        <w:tc>
          <w:tcPr>
            <w:tcW w:w="9923" w:type="dxa"/>
            <w:gridSpan w:val="5"/>
            <w:shd w:val="clear" w:color="auto" w:fill="D9D9D9"/>
          </w:tcPr>
          <w:p w:rsidR="002E2D7F" w:rsidRPr="007B1C5C" w:rsidRDefault="002E2D7F" w:rsidP="00A413AA">
            <w:pPr>
              <w:spacing w:before="11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</w:pPr>
            <w:bookmarkStart w:id="24" w:name="_Hlk143783122"/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8. Представление данных. Координатная плоскость (8 ч.)</w:t>
            </w: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7B1C5C" w:rsidRDefault="0004799C" w:rsidP="0004799C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139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Координатная плоскость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  <w:tcBorders>
              <w:top w:val="nil"/>
            </w:tcBorders>
          </w:tcPr>
          <w:p w:rsidR="002E2D7F" w:rsidRPr="0004799C" w:rsidRDefault="0004799C" w:rsidP="0004799C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140</w:t>
            </w:r>
          </w:p>
        </w:tc>
        <w:tc>
          <w:tcPr>
            <w:tcW w:w="5103" w:type="dxa"/>
            <w:tcBorders>
              <w:top w:val="nil"/>
            </w:tcBorders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Координатная плоскость</w:t>
            </w:r>
          </w:p>
        </w:tc>
        <w:tc>
          <w:tcPr>
            <w:tcW w:w="1559" w:type="dxa"/>
            <w:tcBorders>
              <w:top w:val="nil"/>
            </w:tcBorders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04799C" w:rsidRDefault="0004799C" w:rsidP="0004799C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141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Графики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04799C" w:rsidRDefault="0004799C" w:rsidP="0004799C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142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Графики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E93BAC">
        <w:trPr>
          <w:trHeight w:val="260"/>
        </w:trPr>
        <w:tc>
          <w:tcPr>
            <w:tcW w:w="709" w:type="dxa"/>
          </w:tcPr>
          <w:p w:rsidR="002E2D7F" w:rsidRPr="0004799C" w:rsidRDefault="0004799C" w:rsidP="0004799C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143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Диаграммы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E93BAC">
        <w:trPr>
          <w:trHeight w:val="268"/>
        </w:trPr>
        <w:tc>
          <w:tcPr>
            <w:tcW w:w="709" w:type="dxa"/>
          </w:tcPr>
          <w:p w:rsidR="002E2D7F" w:rsidRPr="0004799C" w:rsidRDefault="0004799C" w:rsidP="0004799C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144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Диаграммы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A0854" w:rsidTr="002E2D7F">
        <w:trPr>
          <w:trHeight w:val="567"/>
        </w:trPr>
        <w:tc>
          <w:tcPr>
            <w:tcW w:w="709" w:type="dxa"/>
          </w:tcPr>
          <w:p w:rsidR="002E2D7F" w:rsidRPr="0004799C" w:rsidRDefault="0004799C" w:rsidP="0004799C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145</w:t>
            </w:r>
          </w:p>
        </w:tc>
        <w:tc>
          <w:tcPr>
            <w:tcW w:w="5103" w:type="dxa"/>
          </w:tcPr>
          <w:p w:rsidR="002E2D7F" w:rsidRPr="007B1C5C" w:rsidRDefault="002E2D7F" w:rsidP="00E93BAC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</w:t>
            </w:r>
            <w:r w:rsidR="00E93BA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материала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bookmarkEnd w:id="24"/>
      <w:tr w:rsidR="002E2D7F" w:rsidRPr="007B1C5C" w:rsidTr="002E2D7F">
        <w:trPr>
          <w:trHeight w:val="284"/>
        </w:trPr>
        <w:tc>
          <w:tcPr>
            <w:tcW w:w="709" w:type="dxa"/>
            <w:shd w:val="clear" w:color="auto" w:fill="DEEAF6"/>
          </w:tcPr>
          <w:p w:rsidR="002E2D7F" w:rsidRPr="00E93BAC" w:rsidRDefault="0004799C" w:rsidP="0004799C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146</w:t>
            </w:r>
          </w:p>
        </w:tc>
        <w:tc>
          <w:tcPr>
            <w:tcW w:w="5103" w:type="dxa"/>
            <w:shd w:val="clear" w:color="auto" w:fill="DEEAF6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 1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0</w:t>
            </w:r>
          </w:p>
        </w:tc>
        <w:tc>
          <w:tcPr>
            <w:tcW w:w="1559" w:type="dxa"/>
            <w:shd w:val="clear" w:color="auto" w:fill="DEEAF6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460"/>
        </w:trPr>
        <w:tc>
          <w:tcPr>
            <w:tcW w:w="9923" w:type="dxa"/>
            <w:gridSpan w:val="5"/>
            <w:shd w:val="clear" w:color="auto" w:fill="D9D9D9"/>
          </w:tcPr>
          <w:p w:rsidR="002E2D7F" w:rsidRPr="007B1C5C" w:rsidRDefault="002E2D7F" w:rsidP="00A413AA">
            <w:pPr>
              <w:spacing w:before="8"/>
              <w:ind w:left="141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3"/>
                <w:szCs w:val="23"/>
                <w:lang w:val="ru-RU"/>
              </w:rPr>
              <w:t>Раздел 9. Наглядная геометрия. Фигуры в пространстве. (7</w:t>
            </w:r>
            <w:r w:rsidR="00B616F7">
              <w:rPr>
                <w:rFonts w:ascii="Times New Roman" w:eastAsia="Times New Roman" w:hAnsi="Times New Roman" w:cs="Times New Roman"/>
                <w:b/>
                <w:iCs/>
                <w:sz w:val="23"/>
                <w:szCs w:val="23"/>
                <w:lang w:val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3"/>
                <w:szCs w:val="23"/>
                <w:lang w:val="ru-RU"/>
              </w:rPr>
              <w:t>ч</w:t>
            </w:r>
            <w:r w:rsidR="00B616F7">
              <w:rPr>
                <w:rFonts w:ascii="Times New Roman" w:eastAsia="Times New Roman" w:hAnsi="Times New Roman" w:cs="Times New Roman"/>
                <w:b/>
                <w:iCs/>
                <w:sz w:val="23"/>
                <w:szCs w:val="23"/>
                <w:lang w:val="ru-RU"/>
              </w:rPr>
              <w:t>.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3"/>
                <w:szCs w:val="23"/>
                <w:lang w:val="ru-RU"/>
              </w:rPr>
              <w:t>)</w:t>
            </w: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04799C" w:rsidRDefault="0004799C" w:rsidP="0004799C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bookmarkStart w:id="25" w:name="_Hlk143783168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147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Цилиндр.</w:t>
            </w:r>
            <w:r w:rsidR="00957AAD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К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онус.</w:t>
            </w:r>
            <w:r w:rsidR="00957AAD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Ш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ар.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A0854" w:rsidTr="002E2D7F">
        <w:trPr>
          <w:trHeight w:val="284"/>
        </w:trPr>
        <w:tc>
          <w:tcPr>
            <w:tcW w:w="709" w:type="dxa"/>
          </w:tcPr>
          <w:p w:rsidR="002E2D7F" w:rsidRPr="0004799C" w:rsidRDefault="0004799C" w:rsidP="0004799C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148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B1C5C" w:rsidTr="002E2D7F">
        <w:trPr>
          <w:trHeight w:val="284"/>
        </w:trPr>
        <w:tc>
          <w:tcPr>
            <w:tcW w:w="709" w:type="dxa"/>
          </w:tcPr>
          <w:p w:rsidR="002E2D7F" w:rsidRPr="007B1C5C" w:rsidRDefault="0004799C" w:rsidP="0004799C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149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A0854" w:rsidTr="002E2D7F">
        <w:trPr>
          <w:trHeight w:val="284"/>
        </w:trPr>
        <w:tc>
          <w:tcPr>
            <w:tcW w:w="709" w:type="dxa"/>
          </w:tcPr>
          <w:p w:rsidR="002E2D7F" w:rsidRPr="0004799C" w:rsidRDefault="0004799C" w:rsidP="0004799C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150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A0854" w:rsidTr="002E2D7F">
        <w:trPr>
          <w:trHeight w:val="284"/>
        </w:trPr>
        <w:tc>
          <w:tcPr>
            <w:tcW w:w="709" w:type="dxa"/>
          </w:tcPr>
          <w:p w:rsidR="002E2D7F" w:rsidRPr="007B1C5C" w:rsidRDefault="0004799C" w:rsidP="0004799C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151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A0854" w:rsidTr="002E2D7F">
        <w:trPr>
          <w:trHeight w:val="284"/>
        </w:trPr>
        <w:tc>
          <w:tcPr>
            <w:tcW w:w="709" w:type="dxa"/>
          </w:tcPr>
          <w:p w:rsidR="002E2D7F" w:rsidRPr="007B1C5C" w:rsidRDefault="0004799C" w:rsidP="0004799C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152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A0854" w:rsidTr="002E2D7F">
        <w:trPr>
          <w:trHeight w:val="251"/>
        </w:trPr>
        <w:tc>
          <w:tcPr>
            <w:tcW w:w="709" w:type="dxa"/>
          </w:tcPr>
          <w:p w:rsidR="002E2D7F" w:rsidRPr="007B1C5C" w:rsidRDefault="0004799C" w:rsidP="0004799C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153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2E2D7F" w:rsidRPr="007A0854" w:rsidTr="002E2D7F">
        <w:trPr>
          <w:trHeight w:val="273"/>
        </w:trPr>
        <w:tc>
          <w:tcPr>
            <w:tcW w:w="9923" w:type="dxa"/>
            <w:gridSpan w:val="5"/>
            <w:shd w:val="clear" w:color="auto" w:fill="D9D9D9" w:themeFill="background1" w:themeFillShade="D9"/>
          </w:tcPr>
          <w:p w:rsidR="002E2D7F" w:rsidRPr="002E2D7F" w:rsidRDefault="002E2D7F" w:rsidP="00A413A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  <w:lang w:val="ru-RU" w:bidi="ru-RU"/>
              </w:rPr>
            </w:pPr>
            <w:r w:rsidRPr="002E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  <w:lang w:val="ru-RU" w:bidi="ru-RU"/>
              </w:rPr>
              <w:t>Раздел 10.</w:t>
            </w:r>
            <w:r w:rsidRPr="002E2D7F">
              <w:rPr>
                <w:rFonts w:ascii="Times New Roman" w:hAnsi="Times New Roman"/>
                <w:b/>
                <w:bCs/>
                <w:color w:val="000000"/>
                <w:sz w:val="24"/>
                <w:highlight w:val="lightGray"/>
                <w:lang w:val="ru-RU"/>
              </w:rPr>
              <w:t xml:space="preserve"> Повторение, обобщение, систематизация</w:t>
            </w:r>
            <w:r w:rsidRPr="002E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  <w:lang w:val="ru-RU" w:bidi="ru-RU"/>
              </w:rPr>
              <w:t xml:space="preserve"> (17</w:t>
            </w:r>
            <w:r w:rsidR="00B616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  <w:lang w:val="ru-RU" w:bidi="ru-RU"/>
              </w:rPr>
              <w:t xml:space="preserve"> </w:t>
            </w:r>
            <w:r w:rsidRPr="002E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  <w:lang w:val="ru-RU" w:bidi="ru-RU"/>
              </w:rPr>
              <w:t>ч</w:t>
            </w:r>
            <w:r w:rsidR="00B616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  <w:lang w:val="ru-RU" w:bidi="ru-RU"/>
              </w:rPr>
              <w:t>.</w:t>
            </w:r>
            <w:r w:rsidRPr="002E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  <w:lang w:val="ru-RU" w:bidi="ru-RU"/>
              </w:rPr>
              <w:t>)</w:t>
            </w:r>
          </w:p>
        </w:tc>
      </w:tr>
      <w:bookmarkEnd w:id="25"/>
      <w:tr w:rsidR="002E2D7F" w:rsidRPr="007B1C5C" w:rsidTr="002E2D7F">
        <w:trPr>
          <w:trHeight w:val="299"/>
        </w:trPr>
        <w:tc>
          <w:tcPr>
            <w:tcW w:w="709" w:type="dxa"/>
          </w:tcPr>
          <w:p w:rsidR="002E2D7F" w:rsidRPr="007B1C5C" w:rsidRDefault="0004799C" w:rsidP="0004799C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154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99"/>
        </w:trPr>
        <w:tc>
          <w:tcPr>
            <w:tcW w:w="709" w:type="dxa"/>
          </w:tcPr>
          <w:p w:rsidR="002E2D7F" w:rsidRPr="0004799C" w:rsidRDefault="0004799C" w:rsidP="0004799C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155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99"/>
        </w:trPr>
        <w:tc>
          <w:tcPr>
            <w:tcW w:w="709" w:type="dxa"/>
          </w:tcPr>
          <w:p w:rsidR="002E2D7F" w:rsidRPr="0004799C" w:rsidRDefault="0004799C" w:rsidP="0004799C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156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99"/>
        </w:trPr>
        <w:tc>
          <w:tcPr>
            <w:tcW w:w="709" w:type="dxa"/>
          </w:tcPr>
          <w:p w:rsidR="002E2D7F" w:rsidRPr="0004799C" w:rsidRDefault="0004799C" w:rsidP="0004799C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157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99"/>
        </w:trPr>
        <w:tc>
          <w:tcPr>
            <w:tcW w:w="709" w:type="dxa"/>
          </w:tcPr>
          <w:p w:rsidR="002E2D7F" w:rsidRPr="0004799C" w:rsidRDefault="0004799C" w:rsidP="0004799C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158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99"/>
        </w:trPr>
        <w:tc>
          <w:tcPr>
            <w:tcW w:w="709" w:type="dxa"/>
          </w:tcPr>
          <w:p w:rsidR="002E2D7F" w:rsidRPr="0004799C" w:rsidRDefault="0004799C" w:rsidP="0004799C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159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Итоговая контрольная №11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99"/>
        </w:trPr>
        <w:tc>
          <w:tcPr>
            <w:tcW w:w="709" w:type="dxa"/>
          </w:tcPr>
          <w:p w:rsidR="002E2D7F" w:rsidRPr="0004799C" w:rsidRDefault="0004799C" w:rsidP="0004799C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160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99"/>
        </w:trPr>
        <w:tc>
          <w:tcPr>
            <w:tcW w:w="709" w:type="dxa"/>
          </w:tcPr>
          <w:p w:rsidR="002E2D7F" w:rsidRPr="0004799C" w:rsidRDefault="0004799C" w:rsidP="0004799C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161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99"/>
        </w:trPr>
        <w:tc>
          <w:tcPr>
            <w:tcW w:w="709" w:type="dxa"/>
          </w:tcPr>
          <w:p w:rsidR="002E2D7F" w:rsidRPr="0004799C" w:rsidRDefault="0004799C" w:rsidP="0004799C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162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99"/>
        </w:trPr>
        <w:tc>
          <w:tcPr>
            <w:tcW w:w="709" w:type="dxa"/>
          </w:tcPr>
          <w:p w:rsidR="002E2D7F" w:rsidRPr="0004799C" w:rsidRDefault="0004799C" w:rsidP="0004799C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163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99"/>
        </w:trPr>
        <w:tc>
          <w:tcPr>
            <w:tcW w:w="709" w:type="dxa"/>
          </w:tcPr>
          <w:p w:rsidR="002E2D7F" w:rsidRPr="0004799C" w:rsidRDefault="0004799C" w:rsidP="0004799C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164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99"/>
        </w:trPr>
        <w:tc>
          <w:tcPr>
            <w:tcW w:w="709" w:type="dxa"/>
          </w:tcPr>
          <w:p w:rsidR="002E2D7F" w:rsidRPr="0004799C" w:rsidRDefault="0004799C" w:rsidP="0004799C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165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99"/>
        </w:trPr>
        <w:tc>
          <w:tcPr>
            <w:tcW w:w="709" w:type="dxa"/>
          </w:tcPr>
          <w:p w:rsidR="002E2D7F" w:rsidRPr="0004799C" w:rsidRDefault="0004799C" w:rsidP="0004799C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166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99"/>
        </w:trPr>
        <w:tc>
          <w:tcPr>
            <w:tcW w:w="709" w:type="dxa"/>
          </w:tcPr>
          <w:p w:rsidR="002E2D7F" w:rsidRPr="0004799C" w:rsidRDefault="0004799C" w:rsidP="0004799C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167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99"/>
        </w:trPr>
        <w:tc>
          <w:tcPr>
            <w:tcW w:w="709" w:type="dxa"/>
          </w:tcPr>
          <w:p w:rsidR="002E2D7F" w:rsidRPr="0004799C" w:rsidRDefault="0004799C" w:rsidP="0004799C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168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99"/>
        </w:trPr>
        <w:tc>
          <w:tcPr>
            <w:tcW w:w="709" w:type="dxa"/>
          </w:tcPr>
          <w:p w:rsidR="002E2D7F" w:rsidRPr="0004799C" w:rsidRDefault="0004799C" w:rsidP="0004799C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169</w:t>
            </w:r>
          </w:p>
        </w:tc>
        <w:tc>
          <w:tcPr>
            <w:tcW w:w="5103" w:type="dxa"/>
          </w:tcPr>
          <w:p w:rsidR="002E2D7F" w:rsidRPr="007B1C5C" w:rsidRDefault="002E2D7F" w:rsidP="00A413AA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Итоговый урок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A413AA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2E2D7F" w:rsidRPr="007B1C5C" w:rsidTr="002E2D7F">
        <w:trPr>
          <w:trHeight w:val="299"/>
        </w:trPr>
        <w:tc>
          <w:tcPr>
            <w:tcW w:w="709" w:type="dxa"/>
          </w:tcPr>
          <w:p w:rsidR="002E2D7F" w:rsidRPr="0004799C" w:rsidRDefault="0004799C" w:rsidP="0004799C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170</w:t>
            </w:r>
          </w:p>
        </w:tc>
        <w:tc>
          <w:tcPr>
            <w:tcW w:w="5103" w:type="dxa"/>
          </w:tcPr>
          <w:p w:rsidR="002E2D7F" w:rsidRPr="007B1C5C" w:rsidRDefault="002E2D7F" w:rsidP="009C2BEE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Итоговый урок</w:t>
            </w:r>
          </w:p>
        </w:tc>
        <w:tc>
          <w:tcPr>
            <w:tcW w:w="1559" w:type="dxa"/>
          </w:tcPr>
          <w:p w:rsidR="002E2D7F" w:rsidRPr="007B1C5C" w:rsidRDefault="002E2D7F" w:rsidP="00A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2E2D7F" w:rsidRPr="007B1C5C" w:rsidRDefault="002E2D7F" w:rsidP="00A413A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2E2D7F" w:rsidRPr="007B1C5C" w:rsidRDefault="002E2D7F" w:rsidP="002E2D7F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</w:tbl>
    <w:p w:rsidR="0012640B" w:rsidRDefault="0012640B" w:rsidP="002E2D7F">
      <w:pPr>
        <w:pStyle w:val="af0"/>
        <w:rPr>
          <w:rFonts w:ascii="Times New Roman" w:hAnsi="Times New Roman"/>
          <w:b w:val="0"/>
          <w:color w:val="000000"/>
          <w:sz w:val="28"/>
        </w:rPr>
      </w:pPr>
    </w:p>
    <w:p w:rsidR="0012640B" w:rsidRDefault="0012640B">
      <w:pPr>
        <w:rPr>
          <w:rFonts w:ascii="Times New Roman" w:hAnsi="Times New Roman"/>
          <w:bCs/>
          <w:color w:val="000000"/>
          <w:sz w:val="28"/>
          <w:szCs w:val="18"/>
        </w:rPr>
      </w:pPr>
      <w:r>
        <w:rPr>
          <w:rFonts w:ascii="Times New Roman" w:hAnsi="Times New Roman"/>
          <w:b/>
          <w:color w:val="000000"/>
          <w:sz w:val="28"/>
        </w:rPr>
        <w:br w:type="page"/>
      </w:r>
    </w:p>
    <w:p w:rsidR="0012640B" w:rsidRPr="00E02E20" w:rsidRDefault="0012640B" w:rsidP="0012640B">
      <w:pPr>
        <w:spacing w:after="0"/>
        <w:ind w:left="120"/>
        <w:rPr>
          <w:lang w:val="ru-RU"/>
        </w:rPr>
      </w:pPr>
      <w:r w:rsidRPr="00E02E20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12640B" w:rsidRPr="00E02E20" w:rsidRDefault="0012640B" w:rsidP="0012640B">
      <w:pPr>
        <w:spacing w:after="0" w:line="480" w:lineRule="auto"/>
        <w:ind w:left="120"/>
        <w:rPr>
          <w:lang w:val="ru-RU"/>
        </w:rPr>
      </w:pPr>
      <w:r w:rsidRPr="00E02E20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12640B" w:rsidRPr="000066E9" w:rsidRDefault="0012640B" w:rsidP="0012640B">
      <w:pPr>
        <w:pStyle w:val="af5"/>
        <w:numPr>
          <w:ilvl w:val="0"/>
          <w:numId w:val="16"/>
        </w:numPr>
        <w:spacing w:after="0" w:line="0" w:lineRule="atLeast"/>
        <w:jc w:val="both"/>
        <w:rPr>
          <w:rFonts w:ascii="Times New Roman" w:eastAsia="Times New Roman" w:hAnsi="Times New Roman" w:cs="Arial"/>
          <w:sz w:val="20"/>
          <w:szCs w:val="20"/>
          <w:lang w:val="ru-RU" w:eastAsia="ru-RU"/>
        </w:rPr>
      </w:pPr>
      <w:r w:rsidRPr="000066E9">
        <w:rPr>
          <w:rFonts w:ascii="Times New Roman" w:hAnsi="Times New Roman"/>
          <w:color w:val="000000"/>
          <w:sz w:val="28"/>
          <w:lang w:val="ru-RU"/>
        </w:rPr>
        <w:t>​‌‌​</w:t>
      </w: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</w:t>
      </w:r>
      <w:proofErr w:type="gramStart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Мерзляк</w:t>
      </w:r>
      <w:proofErr w:type="gramEnd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А.Г., Полонский В.Б., Якир М.С.; под редакцией Подольского В.Е., Математика, Общество с ограниченной ответственностью "Издательский центр ВЕНТАНА-ГРАФ"</w:t>
      </w:r>
      <w:r w:rsidR="005A638B">
        <w:rPr>
          <w:rFonts w:ascii="Times New Roman" w:eastAsia="Times New Roman" w:hAnsi="Times New Roman" w:cs="Arial"/>
          <w:sz w:val="24"/>
          <w:szCs w:val="20"/>
          <w:lang w:val="ru-RU" w:eastAsia="ru-RU"/>
        </w:rPr>
        <w:t>, 2018-2020</w:t>
      </w: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; Акционерное общество "Издательство Просвещение"</w:t>
      </w:r>
      <w:r w:rsidR="005A638B">
        <w:rPr>
          <w:rFonts w:ascii="Times New Roman" w:eastAsia="Times New Roman" w:hAnsi="Times New Roman" w:cs="Arial"/>
          <w:sz w:val="24"/>
          <w:szCs w:val="20"/>
          <w:lang w:val="ru-RU" w:eastAsia="ru-RU"/>
        </w:rPr>
        <w:t>, 2021</w:t>
      </w: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.</w:t>
      </w:r>
    </w:p>
    <w:p w:rsidR="0012640B" w:rsidRPr="00E02E20" w:rsidRDefault="0012640B" w:rsidP="0012640B">
      <w:pPr>
        <w:spacing w:after="0" w:line="480" w:lineRule="auto"/>
        <w:ind w:left="120"/>
        <w:rPr>
          <w:lang w:val="ru-RU"/>
        </w:rPr>
      </w:pPr>
      <w:r w:rsidRPr="00E02E20">
        <w:rPr>
          <w:rFonts w:ascii="Times New Roman" w:hAnsi="Times New Roman"/>
          <w:color w:val="000000"/>
          <w:sz w:val="28"/>
          <w:lang w:val="ru-RU"/>
        </w:rPr>
        <w:t>‌‌​</w:t>
      </w:r>
    </w:p>
    <w:p w:rsidR="0012640B" w:rsidRPr="00E02E20" w:rsidRDefault="0012640B" w:rsidP="0012640B">
      <w:pPr>
        <w:spacing w:after="0" w:line="480" w:lineRule="auto"/>
        <w:ind w:left="120"/>
        <w:rPr>
          <w:lang w:val="ru-RU"/>
        </w:rPr>
      </w:pPr>
      <w:r w:rsidRPr="00E02E2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2640B" w:rsidRPr="000066E9" w:rsidRDefault="0012640B" w:rsidP="0012640B">
      <w:pPr>
        <w:pStyle w:val="af5"/>
        <w:numPr>
          <w:ilvl w:val="0"/>
          <w:numId w:val="17"/>
        </w:numPr>
        <w:spacing w:after="0" w:line="0" w:lineRule="atLeast"/>
        <w:jc w:val="both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  <w:r w:rsidRPr="000066E9">
        <w:rPr>
          <w:rFonts w:ascii="Times New Roman" w:hAnsi="Times New Roman"/>
          <w:color w:val="000000"/>
          <w:sz w:val="28"/>
          <w:lang w:val="ru-RU"/>
        </w:rPr>
        <w:t>​‌‌​</w:t>
      </w: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Математика: 6 класс: дидактические материалы: пособие для учащихся общеобразовательных организаций / А.Г. </w:t>
      </w:r>
      <w:proofErr w:type="gramStart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Мерзляк</w:t>
      </w:r>
      <w:proofErr w:type="gramEnd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, В.Б. Полонский, Е.М. Рабинович, М.С. Якир. — М.: Вентана-Граф, 2018. </w:t>
      </w:r>
    </w:p>
    <w:p w:rsidR="0012640B" w:rsidRDefault="0012640B" w:rsidP="0012640B">
      <w:pPr>
        <w:pStyle w:val="af5"/>
        <w:numPr>
          <w:ilvl w:val="0"/>
          <w:numId w:val="17"/>
        </w:numPr>
        <w:spacing w:after="0" w:line="0" w:lineRule="atLeast"/>
        <w:jc w:val="both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Математика: 6 класс: методическое пособие / А.Г. </w:t>
      </w:r>
      <w:proofErr w:type="gramStart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Мерзляк</w:t>
      </w:r>
      <w:proofErr w:type="gramEnd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, В.Б. Полонский, М.С. Якир. — М.: Вентана-Граф, 2018.</w:t>
      </w:r>
    </w:p>
    <w:p w:rsidR="0012640B" w:rsidRPr="000066E9" w:rsidRDefault="0012640B" w:rsidP="0012640B">
      <w:pPr>
        <w:pStyle w:val="af5"/>
        <w:numPr>
          <w:ilvl w:val="0"/>
          <w:numId w:val="17"/>
        </w:numPr>
        <w:spacing w:after="0" w:line="0" w:lineRule="atLeast"/>
        <w:jc w:val="both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>Рабочая тетрадь по математике. В двух частях.6 класс</w:t>
      </w:r>
      <w:proofErr w:type="gramStart"/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:</w:t>
      </w:r>
      <w:proofErr w:type="gramEnd"/>
      <w:r w:rsidR="00CE5FA7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к</w:t>
      </w:r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учебнику Виленкин</w:t>
      </w:r>
      <w:r w:rsidR="00B12CC6">
        <w:rPr>
          <w:rFonts w:ascii="Times New Roman" w:eastAsia="Times New Roman" w:hAnsi="Times New Roman" w:cs="Arial"/>
          <w:sz w:val="24"/>
          <w:szCs w:val="20"/>
          <w:lang w:val="ru-RU" w:eastAsia="ru-RU"/>
        </w:rPr>
        <w:t>а</w:t>
      </w:r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и др. «Математика.</w:t>
      </w:r>
      <w:r w:rsidR="00CE5FA7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</w:t>
      </w:r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>6 класс»</w:t>
      </w:r>
      <w:r w:rsidR="00CE5FA7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</w:t>
      </w:r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>/</w:t>
      </w:r>
      <w:r w:rsidR="00F34353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</w:t>
      </w:r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>Т.М.</w:t>
      </w:r>
      <w:r w:rsidR="00F34353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</w:t>
      </w:r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Ерина </w:t>
      </w:r>
      <w:r w:rsidR="00F34353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– </w:t>
      </w:r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>26</w:t>
      </w:r>
      <w:r w:rsidR="00F34353">
        <w:rPr>
          <w:rFonts w:ascii="Times New Roman" w:eastAsia="Times New Roman" w:hAnsi="Times New Roman" w:cs="Arial"/>
          <w:sz w:val="24"/>
          <w:szCs w:val="20"/>
          <w:lang w:val="ru-RU" w:eastAsia="ru-RU"/>
        </w:rPr>
        <w:t>-</w:t>
      </w:r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>е изд.,</w:t>
      </w:r>
      <w:r w:rsidR="00F34353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</w:t>
      </w:r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>перераб.</w:t>
      </w:r>
      <w:r w:rsidR="00F34353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</w:t>
      </w:r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>и доп.</w:t>
      </w:r>
      <w:r w:rsidR="00F34353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– </w:t>
      </w:r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М: </w:t>
      </w:r>
      <w:r w:rsidR="00F34353">
        <w:rPr>
          <w:rFonts w:ascii="Times New Roman" w:eastAsia="Times New Roman" w:hAnsi="Times New Roman" w:cs="Arial"/>
          <w:sz w:val="24"/>
          <w:szCs w:val="20"/>
          <w:lang w:val="ru-RU" w:eastAsia="ru-RU"/>
        </w:rPr>
        <w:t>И</w:t>
      </w:r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>здательство «Экзамен»</w:t>
      </w:r>
      <w:r w:rsidR="00F34353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, </w:t>
      </w:r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>2024</w:t>
      </w:r>
    </w:p>
    <w:p w:rsidR="0012640B" w:rsidRPr="00E02E20" w:rsidRDefault="0012640B" w:rsidP="0012640B">
      <w:pPr>
        <w:spacing w:after="0" w:line="480" w:lineRule="auto"/>
        <w:ind w:left="120"/>
        <w:rPr>
          <w:lang w:val="ru-RU"/>
        </w:rPr>
      </w:pPr>
    </w:p>
    <w:p w:rsidR="0012640B" w:rsidRPr="00E02E20" w:rsidRDefault="0012640B" w:rsidP="0012640B">
      <w:pPr>
        <w:spacing w:after="0"/>
        <w:ind w:left="120"/>
        <w:rPr>
          <w:lang w:val="ru-RU"/>
        </w:rPr>
      </w:pPr>
    </w:p>
    <w:p w:rsidR="0012640B" w:rsidRPr="000066E9" w:rsidRDefault="0012640B" w:rsidP="0012640B">
      <w:pPr>
        <w:spacing w:after="0" w:line="480" w:lineRule="auto"/>
        <w:ind w:left="120"/>
        <w:rPr>
          <w:lang w:val="ru-RU"/>
        </w:rPr>
      </w:pPr>
      <w:r w:rsidRPr="00EF024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</w:t>
      </w:r>
    </w:p>
    <w:p w:rsidR="0012640B" w:rsidRDefault="00D31AF3" w:rsidP="0012640B">
      <w:pPr>
        <w:spacing w:after="0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  <w:hyperlink r:id="rId47" w:history="1">
        <w:r w:rsidR="0012640B" w:rsidRPr="00A51FA2">
          <w:rPr>
            <w:rStyle w:val="ae"/>
            <w:rFonts w:ascii="Times New Roman" w:eastAsia="Times New Roman" w:hAnsi="Times New Roman" w:cs="Arial"/>
            <w:sz w:val="24"/>
            <w:szCs w:val="20"/>
            <w:lang w:val="ru-RU" w:eastAsia="ru-RU"/>
          </w:rPr>
          <w:t>https://resh.edu.ru/subject/12/6/</w:t>
        </w:r>
      </w:hyperlink>
    </w:p>
    <w:p w:rsidR="0012640B" w:rsidRDefault="0012640B" w:rsidP="0012640B">
      <w:pPr>
        <w:spacing w:after="0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</w:p>
    <w:p w:rsidR="0012640B" w:rsidRDefault="00D31AF3" w:rsidP="0012640B">
      <w:pPr>
        <w:spacing w:after="0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  <w:hyperlink r:id="rId48" w:history="1">
        <w:r w:rsidR="0012640B" w:rsidRPr="00A51FA2">
          <w:rPr>
            <w:rStyle w:val="ae"/>
            <w:rFonts w:ascii="Times New Roman" w:eastAsia="Times New Roman" w:hAnsi="Times New Roman" w:cs="Arial"/>
            <w:sz w:val="24"/>
            <w:szCs w:val="20"/>
            <w:lang w:val="ru-RU" w:eastAsia="ru-RU"/>
          </w:rPr>
          <w:t>https://lesson.academy-content.myschool.edu.ru/02.1/06</w:t>
        </w:r>
      </w:hyperlink>
    </w:p>
    <w:p w:rsidR="002E2D7F" w:rsidRPr="0012640B" w:rsidRDefault="002E2D7F" w:rsidP="002E2D7F">
      <w:pPr>
        <w:pStyle w:val="af0"/>
        <w:rPr>
          <w:rFonts w:ascii="Times New Roman" w:hAnsi="Times New Roman"/>
          <w:b w:val="0"/>
          <w:color w:val="000000"/>
          <w:sz w:val="28"/>
          <w:lang w:val="ru-RU"/>
        </w:rPr>
      </w:pPr>
    </w:p>
    <w:p w:rsidR="0012640B" w:rsidRDefault="0012640B">
      <w:pPr>
        <w:rPr>
          <w:lang w:val="ru-RU"/>
        </w:rPr>
      </w:pPr>
      <w:r>
        <w:rPr>
          <w:lang w:val="ru-RU"/>
        </w:rPr>
        <w:br w:type="page"/>
      </w:r>
    </w:p>
    <w:p w:rsidR="0012640B" w:rsidRPr="000066E9" w:rsidRDefault="0012640B" w:rsidP="0012640B">
      <w:pPr>
        <w:spacing w:line="240" w:lineRule="auto"/>
        <w:ind w:right="-1"/>
        <w:contextualSpacing/>
        <w:jc w:val="right"/>
        <w:rPr>
          <w:rFonts w:ascii="Times New Roman" w:eastAsiaTheme="minorEastAsia" w:hAnsi="Times New Roman"/>
          <w:bCs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bCs/>
          <w:sz w:val="24"/>
          <w:szCs w:val="24"/>
          <w:lang w:val="ru-RU"/>
        </w:rPr>
        <w:lastRenderedPageBreak/>
        <w:t>ПРИЛОЖЕНИЕ №</w:t>
      </w:r>
      <w:r w:rsidRPr="000066E9">
        <w:rPr>
          <w:rFonts w:ascii="Times New Roman" w:eastAsiaTheme="minorEastAsia" w:hAnsi="Times New Roman"/>
          <w:bCs/>
          <w:sz w:val="24"/>
          <w:szCs w:val="24"/>
          <w:u w:val="single"/>
          <w:lang w:val="ru-RU"/>
        </w:rPr>
        <w:tab/>
      </w:r>
      <w:r>
        <w:rPr>
          <w:rFonts w:ascii="Times New Roman" w:eastAsiaTheme="minorEastAsia" w:hAnsi="Times New Roman"/>
          <w:bCs/>
          <w:sz w:val="24"/>
          <w:szCs w:val="24"/>
          <w:u w:val="single"/>
          <w:lang w:val="ru-RU"/>
        </w:rPr>
        <w:t xml:space="preserve"> ____</w:t>
      </w:r>
    </w:p>
    <w:p w:rsidR="0012640B" w:rsidRPr="000066E9" w:rsidRDefault="0012640B" w:rsidP="0012640B">
      <w:pPr>
        <w:spacing w:line="240" w:lineRule="auto"/>
        <w:contextualSpacing/>
        <w:rPr>
          <w:rFonts w:ascii="Times New Roman" w:eastAsiaTheme="minorEastAsia" w:hAnsi="Times New Roman"/>
          <w:bCs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Cs/>
          <w:sz w:val="24"/>
          <w:szCs w:val="24"/>
          <w:lang w:val="ru-RU"/>
        </w:rPr>
        <w:t xml:space="preserve">Учитель математики: </w:t>
      </w:r>
      <w:r>
        <w:rPr>
          <w:rFonts w:ascii="Times New Roman" w:eastAsiaTheme="minorEastAsia" w:hAnsi="Times New Roman"/>
          <w:bCs/>
          <w:sz w:val="24"/>
          <w:szCs w:val="24"/>
          <w:lang w:val="ru-RU"/>
        </w:rPr>
        <w:t>Клочкова</w:t>
      </w:r>
      <w:r w:rsidRPr="000066E9">
        <w:rPr>
          <w:rFonts w:ascii="Times New Roman" w:eastAsiaTheme="minorEastAsia" w:hAnsi="Times New Roman"/>
          <w:bCs/>
          <w:sz w:val="24"/>
          <w:szCs w:val="24"/>
          <w:lang w:val="ru-RU"/>
        </w:rPr>
        <w:t xml:space="preserve"> </w:t>
      </w:r>
      <w:r>
        <w:rPr>
          <w:rFonts w:ascii="Times New Roman" w:eastAsiaTheme="minorEastAsia" w:hAnsi="Times New Roman"/>
          <w:bCs/>
          <w:sz w:val="24"/>
          <w:szCs w:val="24"/>
          <w:lang w:val="ru-RU"/>
        </w:rPr>
        <w:t>А</w:t>
      </w:r>
      <w:r w:rsidRPr="000066E9">
        <w:rPr>
          <w:rFonts w:ascii="Times New Roman" w:eastAsiaTheme="minorEastAsia" w:hAnsi="Times New Roman"/>
          <w:bCs/>
          <w:sz w:val="24"/>
          <w:szCs w:val="24"/>
          <w:lang w:val="ru-RU"/>
        </w:rPr>
        <w:t>.</w:t>
      </w:r>
      <w:r>
        <w:rPr>
          <w:rFonts w:ascii="Times New Roman" w:eastAsiaTheme="minorEastAsia" w:hAnsi="Times New Roman"/>
          <w:bCs/>
          <w:sz w:val="24"/>
          <w:szCs w:val="24"/>
          <w:lang w:val="ru-RU"/>
        </w:rPr>
        <w:t>Ю</w:t>
      </w:r>
      <w:r w:rsidR="00720BB7">
        <w:rPr>
          <w:rFonts w:ascii="Times New Roman" w:eastAsiaTheme="minorEastAsia" w:hAnsi="Times New Roman"/>
          <w:bCs/>
          <w:sz w:val="24"/>
          <w:szCs w:val="24"/>
          <w:lang w:val="ru-RU"/>
        </w:rPr>
        <w:t>.</w:t>
      </w:r>
    </w:p>
    <w:p w:rsidR="0012640B" w:rsidRPr="000066E9" w:rsidRDefault="0012640B" w:rsidP="0012640B">
      <w:pPr>
        <w:spacing w:line="240" w:lineRule="auto"/>
        <w:contextualSpacing/>
        <w:rPr>
          <w:rFonts w:ascii="Times New Roman" w:eastAsiaTheme="minorEastAsia" w:hAnsi="Times New Roman"/>
          <w:bCs/>
          <w:sz w:val="24"/>
          <w:szCs w:val="24"/>
          <w:u w:val="single"/>
          <w:lang w:val="ru-RU"/>
        </w:rPr>
      </w:pPr>
    </w:p>
    <w:p w:rsidR="0012640B" w:rsidRPr="000066E9" w:rsidRDefault="0012640B" w:rsidP="0012640B">
      <w:pPr>
        <w:spacing w:line="240" w:lineRule="auto"/>
        <w:contextualSpacing/>
        <w:jc w:val="center"/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lang w:val="ru-RU"/>
        </w:rPr>
        <w:t>ОЦЕНОЧНЫЕ ПРОЦЕДУРЫ</w:t>
      </w:r>
    </w:p>
    <w:p w:rsidR="0012640B" w:rsidRPr="000066E9" w:rsidRDefault="0012640B" w:rsidP="0012640B">
      <w:pPr>
        <w:spacing w:line="240" w:lineRule="auto"/>
        <w:contextualSpacing/>
        <w:jc w:val="center"/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u w:val="single"/>
          <w:lang w:val="ru-RU"/>
        </w:rPr>
      </w:pPr>
      <w:r w:rsidRPr="000066E9"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lang w:val="ru-RU"/>
        </w:rPr>
        <w:t xml:space="preserve">по предмету </w:t>
      </w:r>
      <w:r w:rsidRPr="000066E9"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u w:val="single"/>
          <w:lang w:val="ru-RU"/>
        </w:rPr>
        <w:t>МАТЕМАТИКА, 6 «А» класс</w:t>
      </w:r>
    </w:p>
    <w:p w:rsidR="0012640B" w:rsidRPr="000066E9" w:rsidRDefault="0012640B" w:rsidP="0012640B">
      <w:pPr>
        <w:spacing w:line="240" w:lineRule="auto"/>
        <w:contextualSpacing/>
        <w:jc w:val="center"/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lang w:val="ru-RU"/>
        </w:rPr>
      </w:pPr>
    </w:p>
    <w:tbl>
      <w:tblPr>
        <w:tblStyle w:val="16"/>
        <w:tblW w:w="10031" w:type="dxa"/>
        <w:tblLook w:val="04A0"/>
      </w:tblPr>
      <w:tblGrid>
        <w:gridCol w:w="1413"/>
        <w:gridCol w:w="2835"/>
        <w:gridCol w:w="5783"/>
      </w:tblGrid>
      <w:tr w:rsidR="0012640B" w:rsidRPr="00743864" w:rsidTr="00A413AA">
        <w:tc>
          <w:tcPr>
            <w:tcW w:w="10031" w:type="dxa"/>
            <w:gridSpan w:val="3"/>
          </w:tcPr>
          <w:p w:rsidR="0012640B" w:rsidRPr="000066E9" w:rsidRDefault="0012640B" w:rsidP="00A413AA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График проведения для 6 «А» класса</w:t>
            </w:r>
          </w:p>
        </w:tc>
      </w:tr>
      <w:tr w:rsidR="0012640B" w:rsidRPr="000066E9" w:rsidTr="00A413AA">
        <w:tc>
          <w:tcPr>
            <w:tcW w:w="1413" w:type="dxa"/>
          </w:tcPr>
          <w:p w:rsidR="0012640B" w:rsidRPr="000066E9" w:rsidRDefault="0012640B" w:rsidP="00A413AA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2835" w:type="dxa"/>
          </w:tcPr>
          <w:p w:rsidR="0012640B" w:rsidRPr="000066E9" w:rsidRDefault="0012640B" w:rsidP="00A413AA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Вид оценочной работы</w:t>
            </w:r>
          </w:p>
        </w:tc>
        <w:tc>
          <w:tcPr>
            <w:tcW w:w="5783" w:type="dxa"/>
          </w:tcPr>
          <w:p w:rsidR="0012640B" w:rsidRPr="000066E9" w:rsidRDefault="0012640B" w:rsidP="00A413AA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работы</w:t>
            </w:r>
          </w:p>
        </w:tc>
      </w:tr>
      <w:tr w:rsidR="000E3645" w:rsidRPr="000066E9" w:rsidTr="00A413AA">
        <w:tc>
          <w:tcPr>
            <w:tcW w:w="1413" w:type="dxa"/>
          </w:tcPr>
          <w:p w:rsidR="000E3645" w:rsidRPr="000066E9" w:rsidRDefault="005805A9" w:rsidP="000E3645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01/10/2023</w:t>
            </w:r>
          </w:p>
        </w:tc>
        <w:tc>
          <w:tcPr>
            <w:tcW w:w="2835" w:type="dxa"/>
          </w:tcPr>
          <w:p w:rsidR="000E3645" w:rsidRPr="000066E9" w:rsidRDefault="000E3645" w:rsidP="000E364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№1</w:t>
            </w:r>
          </w:p>
        </w:tc>
        <w:tc>
          <w:tcPr>
            <w:tcW w:w="5783" w:type="dxa"/>
          </w:tcPr>
          <w:p w:rsidR="000E3645" w:rsidRPr="000066E9" w:rsidRDefault="000E3645" w:rsidP="000E3645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C6CC5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Натуральные числа</w:t>
            </w:r>
          </w:p>
        </w:tc>
      </w:tr>
      <w:tr w:rsidR="000E3645" w:rsidRPr="00743864" w:rsidTr="00A413AA">
        <w:tc>
          <w:tcPr>
            <w:tcW w:w="1413" w:type="dxa"/>
          </w:tcPr>
          <w:p w:rsidR="000E3645" w:rsidRPr="000066E9" w:rsidRDefault="005805A9" w:rsidP="000E3645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bookmarkStart w:id="26" w:name="_Hlk144294819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25/10/2023</w:t>
            </w:r>
          </w:p>
        </w:tc>
        <w:tc>
          <w:tcPr>
            <w:tcW w:w="2835" w:type="dxa"/>
          </w:tcPr>
          <w:p w:rsidR="000E3645" w:rsidRPr="000066E9" w:rsidRDefault="000E3645" w:rsidP="000E364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№2</w:t>
            </w:r>
          </w:p>
        </w:tc>
        <w:tc>
          <w:tcPr>
            <w:tcW w:w="5783" w:type="dxa"/>
          </w:tcPr>
          <w:p w:rsidR="000E3645" w:rsidRPr="000066E9" w:rsidRDefault="000E3645" w:rsidP="000E3645">
            <w:pPr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Сравнение, сложение и вычитание дробей</w:t>
            </w:r>
          </w:p>
        </w:tc>
      </w:tr>
      <w:bookmarkEnd w:id="26"/>
      <w:tr w:rsidR="000E3645" w:rsidRPr="000066E9" w:rsidTr="00A413AA">
        <w:tc>
          <w:tcPr>
            <w:tcW w:w="1413" w:type="dxa"/>
          </w:tcPr>
          <w:p w:rsidR="000E3645" w:rsidRPr="000066E9" w:rsidRDefault="005805A9" w:rsidP="000E3645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16/11/2023</w:t>
            </w:r>
          </w:p>
        </w:tc>
        <w:tc>
          <w:tcPr>
            <w:tcW w:w="2835" w:type="dxa"/>
          </w:tcPr>
          <w:p w:rsidR="000E3645" w:rsidRPr="000066E9" w:rsidRDefault="000E3645" w:rsidP="000E364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№3</w:t>
            </w:r>
          </w:p>
        </w:tc>
        <w:tc>
          <w:tcPr>
            <w:tcW w:w="5783" w:type="dxa"/>
          </w:tcPr>
          <w:p w:rsidR="000E3645" w:rsidRPr="000066E9" w:rsidRDefault="000E3645" w:rsidP="000E3645">
            <w:pPr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</w:rPr>
              <w:t>Умножение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и</w:t>
            </w:r>
            <w:r w:rsidRPr="000066E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</w:t>
            </w:r>
            <w:r w:rsidRPr="000066E9">
              <w:rPr>
                <w:rFonts w:ascii="Times New Roman" w:hAnsi="Times New Roman"/>
                <w:bCs/>
                <w:sz w:val="24"/>
                <w:szCs w:val="24"/>
              </w:rPr>
              <w:t xml:space="preserve">еление дробей </w:t>
            </w:r>
          </w:p>
        </w:tc>
      </w:tr>
      <w:tr w:rsidR="000E3645" w:rsidRPr="00743864" w:rsidTr="00A413AA">
        <w:tc>
          <w:tcPr>
            <w:tcW w:w="1413" w:type="dxa"/>
          </w:tcPr>
          <w:p w:rsidR="000E3645" w:rsidRPr="000066E9" w:rsidRDefault="005805A9" w:rsidP="000E3645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13/12/2023</w:t>
            </w:r>
          </w:p>
        </w:tc>
        <w:tc>
          <w:tcPr>
            <w:tcW w:w="2835" w:type="dxa"/>
          </w:tcPr>
          <w:p w:rsidR="000E3645" w:rsidRPr="000066E9" w:rsidRDefault="000E3645" w:rsidP="000E3645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5783" w:type="dxa"/>
          </w:tcPr>
          <w:p w:rsidR="000E3645" w:rsidRPr="000066E9" w:rsidRDefault="000E3645" w:rsidP="000E364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Отношения и пропорции. Процентное отношение двух чисел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Прямая и обратная пропорциональные зависимости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</w:tc>
      </w:tr>
      <w:tr w:rsidR="000E3645" w:rsidRPr="000066E9" w:rsidTr="00A413AA">
        <w:tc>
          <w:tcPr>
            <w:tcW w:w="1413" w:type="dxa"/>
          </w:tcPr>
          <w:p w:rsidR="000E3645" w:rsidRPr="000066E9" w:rsidRDefault="005805A9" w:rsidP="000E3645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27/12/2023</w:t>
            </w:r>
          </w:p>
        </w:tc>
        <w:tc>
          <w:tcPr>
            <w:tcW w:w="2835" w:type="dxa"/>
          </w:tcPr>
          <w:p w:rsidR="000E3645" w:rsidRPr="000066E9" w:rsidRDefault="000E3645" w:rsidP="000E3645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783" w:type="dxa"/>
          </w:tcPr>
          <w:p w:rsidR="000E3645" w:rsidRPr="000066E9" w:rsidRDefault="000E3645" w:rsidP="000E364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0B91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Фигуры на плоскости</w:t>
            </w:r>
          </w:p>
        </w:tc>
      </w:tr>
      <w:tr w:rsidR="000E3645" w:rsidRPr="00743864" w:rsidTr="00A413AA">
        <w:tc>
          <w:tcPr>
            <w:tcW w:w="1413" w:type="dxa"/>
          </w:tcPr>
          <w:p w:rsidR="000E3645" w:rsidRPr="000066E9" w:rsidRDefault="005805A9" w:rsidP="000E3645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25/01/2024</w:t>
            </w:r>
          </w:p>
        </w:tc>
        <w:tc>
          <w:tcPr>
            <w:tcW w:w="2835" w:type="dxa"/>
          </w:tcPr>
          <w:p w:rsidR="000E3645" w:rsidRPr="000066E9" w:rsidRDefault="000E3645" w:rsidP="000E3645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5783" w:type="dxa"/>
          </w:tcPr>
          <w:p w:rsidR="000E3645" w:rsidRPr="000066E9" w:rsidRDefault="000E3645" w:rsidP="000E364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Рациональные числа. Сравнение рациональных чисел</w:t>
            </w:r>
          </w:p>
        </w:tc>
      </w:tr>
      <w:tr w:rsidR="000E3645" w:rsidRPr="00743864" w:rsidTr="00A413AA">
        <w:tc>
          <w:tcPr>
            <w:tcW w:w="1413" w:type="dxa"/>
          </w:tcPr>
          <w:p w:rsidR="000E3645" w:rsidRPr="000066E9" w:rsidRDefault="005805A9" w:rsidP="000E3645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12/02/2024</w:t>
            </w:r>
          </w:p>
        </w:tc>
        <w:tc>
          <w:tcPr>
            <w:tcW w:w="2835" w:type="dxa"/>
          </w:tcPr>
          <w:p w:rsidR="000E3645" w:rsidRPr="000066E9" w:rsidRDefault="000E3645" w:rsidP="000E3645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5783" w:type="dxa"/>
          </w:tcPr>
          <w:p w:rsidR="000E3645" w:rsidRPr="000066E9" w:rsidRDefault="000E3645" w:rsidP="000E364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Сложение и вычитание рациональных чисел</w:t>
            </w:r>
          </w:p>
        </w:tc>
      </w:tr>
      <w:tr w:rsidR="000E3645" w:rsidRPr="00743864" w:rsidTr="00A413AA">
        <w:tc>
          <w:tcPr>
            <w:tcW w:w="1413" w:type="dxa"/>
          </w:tcPr>
          <w:p w:rsidR="000E3645" w:rsidRPr="000066E9" w:rsidRDefault="005805A9" w:rsidP="000E3645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13/03/2024</w:t>
            </w:r>
          </w:p>
        </w:tc>
        <w:tc>
          <w:tcPr>
            <w:tcW w:w="2835" w:type="dxa"/>
          </w:tcPr>
          <w:p w:rsidR="000E3645" w:rsidRPr="000066E9" w:rsidRDefault="000E3645" w:rsidP="000E3645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5783" w:type="dxa"/>
          </w:tcPr>
          <w:p w:rsidR="000E3645" w:rsidRPr="000066E9" w:rsidRDefault="000E3645" w:rsidP="000E364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Умножение и деление рациональных чисел</w:t>
            </w:r>
          </w:p>
        </w:tc>
      </w:tr>
      <w:tr w:rsidR="000E3645" w:rsidRPr="007A0854" w:rsidTr="00A413AA">
        <w:tc>
          <w:tcPr>
            <w:tcW w:w="1413" w:type="dxa"/>
          </w:tcPr>
          <w:p w:rsidR="000E3645" w:rsidRPr="000066E9" w:rsidRDefault="005805A9" w:rsidP="000E3645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27/03/2024</w:t>
            </w:r>
          </w:p>
        </w:tc>
        <w:tc>
          <w:tcPr>
            <w:tcW w:w="2835" w:type="dxa"/>
          </w:tcPr>
          <w:p w:rsidR="000E3645" w:rsidRPr="000066E9" w:rsidRDefault="000E3645" w:rsidP="000E3645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5783" w:type="dxa"/>
          </w:tcPr>
          <w:p w:rsidR="000E3645" w:rsidRPr="000066E9" w:rsidRDefault="000E3645" w:rsidP="000E364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Решение уравнений и решение задач с помощью уравнений</w:t>
            </w:r>
          </w:p>
        </w:tc>
      </w:tr>
      <w:tr w:rsidR="000E3645" w:rsidRPr="000066E9" w:rsidTr="00A413AA">
        <w:tc>
          <w:tcPr>
            <w:tcW w:w="1413" w:type="dxa"/>
          </w:tcPr>
          <w:p w:rsidR="000E3645" w:rsidRPr="000066E9" w:rsidRDefault="005805A9" w:rsidP="000E3645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29/04/2024</w:t>
            </w:r>
          </w:p>
        </w:tc>
        <w:tc>
          <w:tcPr>
            <w:tcW w:w="2835" w:type="dxa"/>
          </w:tcPr>
          <w:p w:rsidR="000E3645" w:rsidRPr="000066E9" w:rsidRDefault="000E3645" w:rsidP="000E3645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783" w:type="dxa"/>
          </w:tcPr>
          <w:p w:rsidR="000E3645" w:rsidRPr="000066E9" w:rsidRDefault="000E3645" w:rsidP="000E364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Перпендикулярные и параллельные прямые. Осевая и центральная симметрии. </w:t>
            </w:r>
            <w:r w:rsidRPr="000066E9">
              <w:rPr>
                <w:rFonts w:ascii="Times New Roman" w:hAnsi="Times New Roman"/>
                <w:bCs/>
                <w:sz w:val="24"/>
                <w:szCs w:val="24"/>
              </w:rPr>
              <w:t>Координатная плоскость. Графики</w:t>
            </w:r>
          </w:p>
        </w:tc>
      </w:tr>
      <w:tr w:rsidR="000E3645" w:rsidRPr="007A0854" w:rsidTr="00A413AA">
        <w:tc>
          <w:tcPr>
            <w:tcW w:w="1413" w:type="dxa"/>
          </w:tcPr>
          <w:p w:rsidR="000E3645" w:rsidRPr="000066E9" w:rsidRDefault="005805A9" w:rsidP="000E3645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16/05/2024</w:t>
            </w:r>
          </w:p>
        </w:tc>
        <w:tc>
          <w:tcPr>
            <w:tcW w:w="2835" w:type="dxa"/>
          </w:tcPr>
          <w:p w:rsidR="000E3645" w:rsidRPr="000066E9" w:rsidRDefault="000E3645" w:rsidP="000E3645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783" w:type="dxa"/>
          </w:tcPr>
          <w:p w:rsidR="000E3645" w:rsidRPr="000066E9" w:rsidRDefault="000E3645" w:rsidP="000E364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Повторение и систематизация знаний учащихся</w:t>
            </w:r>
          </w:p>
        </w:tc>
      </w:tr>
    </w:tbl>
    <w:p w:rsidR="0012640B" w:rsidRPr="000066E9" w:rsidRDefault="0012640B" w:rsidP="0012640B">
      <w:pPr>
        <w:spacing w:line="240" w:lineRule="auto"/>
        <w:ind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12640B" w:rsidRPr="000066E9" w:rsidRDefault="0012640B" w:rsidP="0012640B">
      <w:pPr>
        <w:spacing w:line="240" w:lineRule="auto"/>
        <w:ind w:right="283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заданий.</w:t>
      </w:r>
    </w:p>
    <w:p w:rsidR="0012640B" w:rsidRPr="000066E9" w:rsidRDefault="0012640B" w:rsidP="0012640B">
      <w:pPr>
        <w:spacing w:line="240" w:lineRule="auto"/>
        <w:ind w:right="283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 xml:space="preserve">Основой науки математика являются вычисления и построение логических рассуждений на базе знания закономерностей и взаимосвязей между объектами и величинами. </w:t>
      </w:r>
    </w:p>
    <w:p w:rsidR="0012640B" w:rsidRPr="000066E9" w:rsidRDefault="0012640B" w:rsidP="0012640B">
      <w:pPr>
        <w:spacing w:line="240" w:lineRule="auto"/>
        <w:ind w:right="283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Для проверки теоретических знаний проводятся теоретические опросы/тесты, которые оцениваются с выставлением отметки «5», «4», «3», «2» или по принципу «зачет/незачет».</w:t>
      </w:r>
    </w:p>
    <w:p w:rsidR="0012640B" w:rsidRPr="000066E9" w:rsidRDefault="0012640B" w:rsidP="0012640B">
      <w:pPr>
        <w:spacing w:line="240" w:lineRule="auto"/>
        <w:ind w:right="283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 xml:space="preserve">Для проверки практических и вычислительных навыков проводятся кратковременные практические (самостоятельные) работы продолжительностью не более 15-20 минут, которые также оцениваются с выставлением отметки «5», «4», «3», «2» или по принципу «зачет/незачет». </w:t>
      </w:r>
    </w:p>
    <w:p w:rsidR="0012640B" w:rsidRPr="000066E9" w:rsidRDefault="0012640B" w:rsidP="0012640B">
      <w:pPr>
        <w:spacing w:line="240" w:lineRule="auto"/>
        <w:ind w:right="283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Проведение контрольных работ позволяет связать теоретический материал, изучаемый на уроках математики, с практическим использованием этих знаний. 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12640B" w:rsidRPr="000066E9" w:rsidRDefault="0012640B" w:rsidP="0012640B">
      <w:pPr>
        <w:spacing w:line="240" w:lineRule="auto"/>
        <w:ind w:right="283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В результате аттестации по учебному предмету «Математика» осуществляется комплексная проверка следующих умений и знаний, а также динамика формирования общих компетенций.</w:t>
      </w:r>
    </w:p>
    <w:p w:rsidR="0012640B" w:rsidRDefault="0012640B" w:rsidP="0012640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</w:p>
    <w:p w:rsidR="0012640B" w:rsidRPr="000066E9" w:rsidRDefault="0012640B" w:rsidP="0012640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№1.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«</w:t>
      </w:r>
      <w:r w:rsidRPr="00F01872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Натуральные числа</w:t>
      </w:r>
      <w:r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»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</w:t>
      </w:r>
      <w:r w:rsidRPr="001244D1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Среднее арифметическое</w:t>
      </w:r>
    </w:p>
    <w:p w:rsidR="0012640B" w:rsidRPr="00FA6AB8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</w:t>
      </w:r>
      <w:r w:rsidRPr="001244D1">
        <w:rPr>
          <w:rFonts w:ascii="Times New Roman" w:hAnsi="Times New Roman"/>
          <w:sz w:val="24"/>
          <w:lang w:val="ru-RU"/>
        </w:rPr>
        <w:t xml:space="preserve"> Понятие процента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>3</w:t>
      </w:r>
      <w:r>
        <w:rPr>
          <w:lang w:val="ru-RU"/>
        </w:rPr>
        <w:t xml:space="preserve">. </w:t>
      </w:r>
      <w:r w:rsidRPr="00F01872">
        <w:rPr>
          <w:rFonts w:ascii="Times New Roman" w:eastAsiaTheme="minorEastAsia" w:hAnsi="Times New Roman"/>
          <w:sz w:val="24"/>
          <w:szCs w:val="24"/>
          <w:lang w:val="ru-RU"/>
        </w:rPr>
        <w:t>Делители и кратные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lastRenderedPageBreak/>
        <w:t>4. Простые и составные числа.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5. Наибольший общий делитель.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6. Наименьшее общее кратное.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12640B" w:rsidRPr="000066E9" w:rsidRDefault="0012640B" w:rsidP="0012640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iCs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№2.</w:t>
      </w:r>
      <w:r w:rsidRPr="000066E9">
        <w:rPr>
          <w:rFonts w:ascii="Times New Roman" w:eastAsiaTheme="minorEastAsia" w:hAnsi="Times New Roman"/>
          <w:b/>
          <w:iCs/>
          <w:sz w:val="24"/>
          <w:szCs w:val="24"/>
          <w:lang w:val="ru-RU"/>
        </w:rPr>
        <w:t xml:space="preserve"> «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Сравнение, сложение и вычитание дробей</w:t>
      </w:r>
      <w:r w:rsidRPr="000066E9">
        <w:rPr>
          <w:rFonts w:ascii="Times New Roman" w:eastAsiaTheme="minorEastAsia" w:hAnsi="Times New Roman"/>
          <w:b/>
          <w:iCs/>
          <w:sz w:val="24"/>
          <w:szCs w:val="24"/>
          <w:lang w:val="ru-RU"/>
        </w:rPr>
        <w:t>»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Основное свойство дроби.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Сокращение дробей.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Приведение дробей к общему знаменателю. Сравнение дробей.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4. Сложение и вычитание дробей с разными знаменателями.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12640B" w:rsidRPr="000066E9" w:rsidRDefault="0012640B" w:rsidP="0012640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iCs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 xml:space="preserve">Контрольная работа №3. «Умножение 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и д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еление дробей»</w:t>
      </w:r>
    </w:p>
    <w:p w:rsidR="0012640B" w:rsidRPr="000066E9" w:rsidRDefault="0012640B" w:rsidP="0012640B">
      <w:pPr>
        <w:spacing w:line="240" w:lineRule="auto"/>
        <w:ind w:right="284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12640B" w:rsidRPr="000E343C" w:rsidRDefault="000E343C" w:rsidP="000E343C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1. </w:t>
      </w:r>
      <w:r w:rsidR="0012640B" w:rsidRPr="000E343C">
        <w:rPr>
          <w:rFonts w:ascii="Times New Roman" w:eastAsiaTheme="minorEastAsia" w:hAnsi="Times New Roman"/>
          <w:sz w:val="24"/>
          <w:szCs w:val="24"/>
          <w:lang w:val="ru-RU"/>
        </w:rPr>
        <w:t>Умножение дробей.</w:t>
      </w:r>
    </w:p>
    <w:p w:rsidR="0012640B" w:rsidRPr="000E343C" w:rsidRDefault="000E343C" w:rsidP="000E343C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2. </w:t>
      </w:r>
      <w:r w:rsidR="0012640B" w:rsidRPr="000E343C">
        <w:rPr>
          <w:rFonts w:ascii="Times New Roman" w:eastAsiaTheme="minorEastAsia" w:hAnsi="Times New Roman"/>
          <w:sz w:val="24"/>
          <w:szCs w:val="24"/>
          <w:lang w:val="ru-RU"/>
        </w:rPr>
        <w:t>Нахождение дроби от числа.</w:t>
      </w:r>
    </w:p>
    <w:p w:rsidR="0012640B" w:rsidRPr="000E343C" w:rsidRDefault="000E343C" w:rsidP="000E343C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3. </w:t>
      </w:r>
      <w:r w:rsidR="0012640B" w:rsidRPr="000E343C">
        <w:rPr>
          <w:rFonts w:ascii="Times New Roman" w:eastAsiaTheme="minorEastAsia" w:hAnsi="Times New Roman"/>
          <w:sz w:val="24"/>
          <w:szCs w:val="24"/>
          <w:lang w:val="ru-RU"/>
        </w:rPr>
        <w:t>Взаимно обратные числа.</w:t>
      </w:r>
    </w:p>
    <w:p w:rsidR="0012640B" w:rsidRPr="000E343C" w:rsidRDefault="000E343C" w:rsidP="000E343C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4. </w:t>
      </w:r>
      <w:r w:rsidR="0012640B" w:rsidRPr="000E343C">
        <w:rPr>
          <w:rFonts w:ascii="Times New Roman" w:eastAsiaTheme="minorEastAsia" w:hAnsi="Times New Roman"/>
          <w:sz w:val="24"/>
          <w:szCs w:val="24"/>
          <w:lang w:val="ru-RU"/>
        </w:rPr>
        <w:t>Деление дробей.</w:t>
      </w:r>
    </w:p>
    <w:p w:rsidR="0012640B" w:rsidRPr="000E343C" w:rsidRDefault="000E343C" w:rsidP="000E343C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5. </w:t>
      </w:r>
      <w:r w:rsidR="0012640B" w:rsidRPr="000E343C">
        <w:rPr>
          <w:rFonts w:ascii="Times New Roman" w:eastAsiaTheme="minorEastAsia" w:hAnsi="Times New Roman"/>
          <w:sz w:val="24"/>
          <w:szCs w:val="24"/>
          <w:lang w:val="ru-RU"/>
        </w:rPr>
        <w:t>Нахождение числа по заданному значению его дроби.</w:t>
      </w:r>
    </w:p>
    <w:p w:rsidR="0012640B" w:rsidRPr="000E343C" w:rsidRDefault="000E343C" w:rsidP="000E343C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6. </w:t>
      </w:r>
      <w:r w:rsidR="0012640B" w:rsidRPr="000E343C">
        <w:rPr>
          <w:rFonts w:ascii="Times New Roman" w:eastAsiaTheme="minorEastAsia" w:hAnsi="Times New Roman"/>
          <w:sz w:val="24"/>
          <w:szCs w:val="24"/>
          <w:lang w:val="ru-RU"/>
        </w:rPr>
        <w:t>Абсолютная и относительная погрешности.</w:t>
      </w:r>
    </w:p>
    <w:p w:rsidR="0012640B" w:rsidRPr="000E343C" w:rsidRDefault="000E343C" w:rsidP="000E343C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7. </w:t>
      </w:r>
      <w:r w:rsidR="0012640B" w:rsidRPr="000E343C">
        <w:rPr>
          <w:rFonts w:ascii="Times New Roman" w:eastAsiaTheme="minorEastAsia" w:hAnsi="Times New Roman"/>
          <w:sz w:val="24"/>
          <w:szCs w:val="24"/>
          <w:lang w:val="ru-RU"/>
        </w:rPr>
        <w:t>Преобразование обыкновенной дроби в десятичную.</w:t>
      </w:r>
    </w:p>
    <w:p w:rsidR="0012640B" w:rsidRPr="000E343C" w:rsidRDefault="000E343C" w:rsidP="000E343C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8. </w:t>
      </w:r>
      <w:r w:rsidR="0012640B" w:rsidRPr="000E343C">
        <w:rPr>
          <w:rFonts w:ascii="Times New Roman" w:eastAsiaTheme="minorEastAsia" w:hAnsi="Times New Roman"/>
          <w:sz w:val="24"/>
          <w:szCs w:val="24"/>
          <w:lang w:val="ru-RU"/>
        </w:rPr>
        <w:t>Бесконечные периодические десятичные дроби.</w:t>
      </w:r>
    </w:p>
    <w:p w:rsidR="0012640B" w:rsidRPr="000E343C" w:rsidRDefault="000E343C" w:rsidP="000E343C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9. </w:t>
      </w:r>
      <w:r w:rsidR="0012640B" w:rsidRPr="000E343C">
        <w:rPr>
          <w:rFonts w:ascii="Times New Roman" w:eastAsiaTheme="minorEastAsia" w:hAnsi="Times New Roman"/>
          <w:sz w:val="24"/>
          <w:szCs w:val="24"/>
          <w:lang w:val="ru-RU"/>
        </w:rPr>
        <w:t>Десятичное приближение обыкновенной дроби.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12640B" w:rsidRPr="006C7B2A" w:rsidRDefault="0012640B" w:rsidP="0012640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4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 «Отношения и пропорции. Процентное отношение двух чисел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.</w:t>
      </w:r>
      <w:r w:rsidRPr="00F01872">
        <w:rPr>
          <w:rFonts w:ascii="Times New Roman" w:eastAsiaTheme="minorEastAsia" w:hAnsi="Times New Roman"/>
          <w:b/>
          <w:sz w:val="24"/>
          <w:szCs w:val="24"/>
          <w:lang w:val="ru-RU"/>
        </w:rPr>
        <w:t xml:space="preserve"> 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Прямая и обратная пропорциональные зависимости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»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Отношения.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Пропорции.</w:t>
      </w:r>
    </w:p>
    <w:p w:rsidR="0012640B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Процентное отношение двух чисел.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>4.</w:t>
      </w:r>
      <w:r w:rsidRPr="00F01872">
        <w:rPr>
          <w:rFonts w:ascii="Times New Roman" w:eastAsiaTheme="minorEastAsia" w:hAnsi="Times New Roman"/>
          <w:sz w:val="24"/>
          <w:szCs w:val="24"/>
          <w:lang w:val="ru-RU"/>
        </w:rPr>
        <w:t xml:space="preserve"> 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Прямая и обратная пропорциональные зависимости.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>5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. Деление числа в данном отношении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12640B" w:rsidRPr="000066E9" w:rsidRDefault="0012640B" w:rsidP="0012640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5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 xml:space="preserve">. </w:t>
      </w:r>
      <w:r w:rsidR="00813817">
        <w:rPr>
          <w:rFonts w:ascii="Times New Roman" w:eastAsiaTheme="minorEastAsia" w:hAnsi="Times New Roman"/>
          <w:b/>
          <w:sz w:val="24"/>
          <w:szCs w:val="24"/>
          <w:lang w:val="ru-RU"/>
        </w:rPr>
        <w:t>«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Фигуры на плоскости»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</w:t>
      </w:r>
      <w:r w:rsidR="009A04E3">
        <w:rPr>
          <w:rFonts w:ascii="Times New Roman" w:eastAsiaTheme="minorEastAsia" w:hAnsi="Times New Roman"/>
          <w:sz w:val="24"/>
          <w:szCs w:val="24"/>
          <w:lang w:val="ru-RU"/>
        </w:rPr>
        <w:t>.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 xml:space="preserve"> Окружность и круг.</w:t>
      </w:r>
    </w:p>
    <w:p w:rsidR="009A04E3" w:rsidRDefault="009A04E3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>2</w:t>
      </w:r>
      <w:r w:rsidR="0012640B" w:rsidRPr="000066E9">
        <w:rPr>
          <w:rFonts w:ascii="Times New Roman" w:eastAsiaTheme="minorEastAsia" w:hAnsi="Times New Roman"/>
          <w:sz w:val="24"/>
          <w:szCs w:val="24"/>
          <w:lang w:val="ru-RU"/>
        </w:rPr>
        <w:t xml:space="preserve">. Длина окружности. </w:t>
      </w:r>
    </w:p>
    <w:p w:rsidR="0012640B" w:rsidRDefault="009A04E3" w:rsidP="009A04E3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3. </w:t>
      </w:r>
      <w:r w:rsidR="0012640B" w:rsidRPr="000066E9">
        <w:rPr>
          <w:rFonts w:ascii="Times New Roman" w:eastAsiaTheme="minorEastAsia" w:hAnsi="Times New Roman"/>
          <w:sz w:val="24"/>
          <w:szCs w:val="24"/>
          <w:lang w:val="ru-RU"/>
        </w:rPr>
        <w:t>Площадь круга</w:t>
      </w:r>
    </w:p>
    <w:p w:rsidR="009A04E3" w:rsidRDefault="009A04E3" w:rsidP="009A04E3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>4. Построение треугольников по сторонам и углам</w:t>
      </w:r>
    </w:p>
    <w:p w:rsidR="009A04E3" w:rsidRDefault="009A04E3" w:rsidP="009A04E3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</w:p>
    <w:p w:rsidR="0012640B" w:rsidRPr="000066E9" w:rsidRDefault="0012640B" w:rsidP="0012640B">
      <w:pPr>
        <w:spacing w:line="240" w:lineRule="auto"/>
        <w:ind w:right="-1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6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 xml:space="preserve"> «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Рациональные числа. Сравнение рациональных чисел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»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Положительные и отрицательные числа.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Координатная прямая.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Координатная прямая.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4. Модуль числа.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5. Сравнение чисел.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12640B" w:rsidRPr="000066E9" w:rsidRDefault="0012640B" w:rsidP="0012640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7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 xml:space="preserve"> «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Сложение и вычитание рациональных чисел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»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Сложение рациональных чисел.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lastRenderedPageBreak/>
        <w:t>2. Свойства сложения рациональных чисел.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Вычитание рациональных чисел.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12640B" w:rsidRPr="000066E9" w:rsidRDefault="0012640B" w:rsidP="0012640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8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 xml:space="preserve"> «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Умножение и деление рациональных чисел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»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Умножение рациональных чисел.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Переместительное и сочетательное свойства умножения рациональных чисел. Коэффициент.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Распределительное свойство умножения.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4. Деление рациональных чисел.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12640B" w:rsidRPr="000066E9" w:rsidRDefault="0012640B" w:rsidP="0012640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9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 xml:space="preserve"> «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Решение уравнений и решение задач с помощью уравнений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»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Решение уравнений.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Решение задач с помощью уравнений.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12640B" w:rsidRPr="000066E9" w:rsidRDefault="0012640B" w:rsidP="0012640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№1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0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 «Перпендикулярные и параллельные прямые. Осевая и центральная симметрии. Координатная плоскость. Графики»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Перпендикулярные прямые.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Осевая и центральная симметрии.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Параллельные прямые.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4. Координатная плоскость.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5. Графики.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12640B" w:rsidRPr="000066E9" w:rsidRDefault="0012640B" w:rsidP="0012640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№1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1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 «Обобщение и систематизация знаний учащихся»»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Сложение, вычитание, умножение, деление дробей.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Нахождение дроби от числа. Нахождение числа по заданному значению его дроби.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Координатная плоскость. Перпендикулярные и параллельные прямые.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4. Решение задач с помощью уравнений.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5. Решение уравнений.</w:t>
      </w:r>
    </w:p>
    <w:p w:rsidR="0012640B" w:rsidRPr="000066E9" w:rsidRDefault="0012640B" w:rsidP="0012640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12640B" w:rsidRPr="000066E9" w:rsidRDefault="0012640B" w:rsidP="0012640B">
      <w:pPr>
        <w:spacing w:line="240" w:lineRule="auto"/>
        <w:ind w:right="142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Система оценки достижений - один из инструментов реализации требований стандарта. Контроль знаний, проводимый в процессе обучения, призван соотнести достижения обучающегося с планируемыми результатами, заложенными в образовательную программу.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ab/>
      </w:r>
    </w:p>
    <w:tbl>
      <w:tblPr>
        <w:tblStyle w:val="16"/>
        <w:tblW w:w="0" w:type="auto"/>
        <w:tblInd w:w="306" w:type="dxa"/>
        <w:tblLook w:val="04A0"/>
      </w:tblPr>
      <w:tblGrid>
        <w:gridCol w:w="1129"/>
        <w:gridCol w:w="8596"/>
      </w:tblGrid>
      <w:tr w:rsidR="0012640B" w:rsidRPr="000066E9" w:rsidTr="0012640B">
        <w:tc>
          <w:tcPr>
            <w:tcW w:w="1129" w:type="dxa"/>
          </w:tcPr>
          <w:p w:rsidR="0012640B" w:rsidRPr="000066E9" w:rsidRDefault="0012640B" w:rsidP="00A413AA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596" w:type="dxa"/>
          </w:tcPr>
          <w:p w:rsidR="0012640B" w:rsidRPr="000066E9" w:rsidRDefault="0012640B" w:rsidP="00A413AA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оценки результатов</w:t>
            </w:r>
          </w:p>
        </w:tc>
      </w:tr>
      <w:tr w:rsidR="0012640B" w:rsidRPr="00743864" w:rsidTr="0012640B">
        <w:tc>
          <w:tcPr>
            <w:tcW w:w="1129" w:type="dxa"/>
          </w:tcPr>
          <w:p w:rsidR="0012640B" w:rsidRPr="000066E9" w:rsidRDefault="0012640B" w:rsidP="00A413AA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8596" w:type="dxa"/>
          </w:tcPr>
          <w:p w:rsidR="0012640B" w:rsidRPr="000066E9" w:rsidRDefault="0012640B" w:rsidP="00A413AA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работа выполнена полностью; в логических рассуждениях и обосновании решения нет пробелов и ошибок; 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      </w:r>
          </w:p>
        </w:tc>
      </w:tr>
      <w:tr w:rsidR="0012640B" w:rsidRPr="00743864" w:rsidTr="0012640B">
        <w:tc>
          <w:tcPr>
            <w:tcW w:w="1129" w:type="dxa"/>
          </w:tcPr>
          <w:p w:rsidR="0012640B" w:rsidRPr="000066E9" w:rsidRDefault="0012640B" w:rsidP="00A413AA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8596" w:type="dxa"/>
          </w:tcPr>
          <w:p w:rsidR="0012640B" w:rsidRPr="000066E9" w:rsidRDefault="0012640B" w:rsidP="00A413AA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 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</w:t>
            </w:r>
          </w:p>
        </w:tc>
      </w:tr>
      <w:tr w:rsidR="0012640B" w:rsidRPr="00743864" w:rsidTr="0012640B">
        <w:tc>
          <w:tcPr>
            <w:tcW w:w="1129" w:type="dxa"/>
          </w:tcPr>
          <w:p w:rsidR="0012640B" w:rsidRPr="000066E9" w:rsidRDefault="0012640B" w:rsidP="00A413AA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8596" w:type="dxa"/>
          </w:tcPr>
          <w:p w:rsidR="0012640B" w:rsidRPr="000066E9" w:rsidRDefault="0012640B" w:rsidP="00A413AA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допущено более одной ошибки или более двух – трех недочетов в выкладках, чертежах или графиках, но учащийся обладает обязательными умениями по </w:t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lastRenderedPageBreak/>
              <w:t>проверяемой теме.</w:t>
            </w:r>
          </w:p>
        </w:tc>
      </w:tr>
      <w:tr w:rsidR="0012640B" w:rsidRPr="00743864" w:rsidTr="0012640B">
        <w:tc>
          <w:tcPr>
            <w:tcW w:w="1129" w:type="dxa"/>
          </w:tcPr>
          <w:p w:rsidR="0012640B" w:rsidRPr="000066E9" w:rsidRDefault="0012640B" w:rsidP="00A413AA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«2»</w:t>
            </w:r>
          </w:p>
        </w:tc>
        <w:tc>
          <w:tcPr>
            <w:tcW w:w="8596" w:type="dxa"/>
          </w:tcPr>
          <w:p w:rsidR="0012640B" w:rsidRPr="000066E9" w:rsidRDefault="0012640B" w:rsidP="00A413A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допущены существенные ошибки, показавшие, что учащийся не обладает обязательными умениями по данной теме в полной мере; полное незнание изученного материала, отсутствия элементарных умений и навыков.</w:t>
            </w:r>
          </w:p>
        </w:tc>
      </w:tr>
    </w:tbl>
    <w:p w:rsidR="0012640B" w:rsidRPr="000066E9" w:rsidRDefault="0012640B" w:rsidP="0012640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12640B" w:rsidRPr="000066E9" w:rsidRDefault="0012640B" w:rsidP="0012640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066E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Оценка за контроль ключевых компетенций обучающихся производится по пятибалльной системе. </w:t>
      </w:r>
      <w:r w:rsidRPr="000066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выполнении заданий ставится отметка, учитывая процент выполненных заданий:</w:t>
      </w:r>
    </w:p>
    <w:p w:rsidR="0012640B" w:rsidRPr="000066E9" w:rsidRDefault="0012640B" w:rsidP="0012640B">
      <w:pPr>
        <w:spacing w:line="240" w:lineRule="auto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</w:p>
    <w:tbl>
      <w:tblPr>
        <w:tblStyle w:val="16"/>
        <w:tblW w:w="0" w:type="auto"/>
        <w:tblLook w:val="04A0"/>
      </w:tblPr>
      <w:tblGrid>
        <w:gridCol w:w="1205"/>
        <w:gridCol w:w="3043"/>
        <w:gridCol w:w="5783"/>
      </w:tblGrid>
      <w:tr w:rsidR="0012640B" w:rsidRPr="00743864" w:rsidTr="0012640B">
        <w:tc>
          <w:tcPr>
            <w:tcW w:w="1205" w:type="dxa"/>
          </w:tcPr>
          <w:p w:rsidR="0012640B" w:rsidRPr="000066E9" w:rsidRDefault="0012640B" w:rsidP="00A413AA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826" w:type="dxa"/>
            <w:gridSpan w:val="2"/>
          </w:tcPr>
          <w:p w:rsidR="0012640B" w:rsidRPr="000066E9" w:rsidRDefault="0012640B" w:rsidP="00A413AA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Критерии оценки результатов работ, состоящих из заданий обязательного уровня и дополнительных заданий</w:t>
            </w:r>
          </w:p>
        </w:tc>
      </w:tr>
      <w:tr w:rsidR="0012640B" w:rsidRPr="00743864" w:rsidTr="0012640B">
        <w:tc>
          <w:tcPr>
            <w:tcW w:w="1205" w:type="dxa"/>
          </w:tcPr>
          <w:p w:rsidR="0012640B" w:rsidRPr="000066E9" w:rsidRDefault="0012640B" w:rsidP="00A413AA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3043" w:type="dxa"/>
          </w:tcPr>
          <w:p w:rsidR="0012640B" w:rsidRPr="000066E9" w:rsidRDefault="0012640B" w:rsidP="00A413AA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не менее 85% от всей работы</w:t>
            </w:r>
          </w:p>
        </w:tc>
        <w:tc>
          <w:tcPr>
            <w:tcW w:w="5783" w:type="dxa"/>
          </w:tcPr>
          <w:p w:rsidR="0012640B" w:rsidRPr="000066E9" w:rsidRDefault="0012640B" w:rsidP="00A413AA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выставляется за ответ, в котором обучающийся демонстрирует глубокое понимание сущности материала, логично его излагает, используя в деятельности</w:t>
            </w:r>
          </w:p>
        </w:tc>
      </w:tr>
      <w:tr w:rsidR="0012640B" w:rsidRPr="00743864" w:rsidTr="0012640B">
        <w:tc>
          <w:tcPr>
            <w:tcW w:w="1205" w:type="dxa"/>
          </w:tcPr>
          <w:p w:rsidR="0012640B" w:rsidRPr="000066E9" w:rsidRDefault="0012640B" w:rsidP="00A413AA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043" w:type="dxa"/>
          </w:tcPr>
          <w:p w:rsidR="0012640B" w:rsidRPr="000066E9" w:rsidRDefault="0012640B" w:rsidP="00A413AA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от 70% до 84% от всей работы</w:t>
            </w:r>
          </w:p>
        </w:tc>
        <w:tc>
          <w:tcPr>
            <w:tcW w:w="5783" w:type="dxa"/>
          </w:tcPr>
          <w:p w:rsidR="0012640B" w:rsidRPr="000066E9" w:rsidRDefault="0012640B" w:rsidP="00A413AA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ставится за ответ, в котором содержатся небольшие неточности и незначительные ошибки</w:t>
            </w:r>
          </w:p>
        </w:tc>
      </w:tr>
      <w:tr w:rsidR="0012640B" w:rsidRPr="007A0854" w:rsidTr="0012640B">
        <w:tc>
          <w:tcPr>
            <w:tcW w:w="1205" w:type="dxa"/>
          </w:tcPr>
          <w:p w:rsidR="0012640B" w:rsidRPr="000066E9" w:rsidRDefault="0012640B" w:rsidP="00A413AA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043" w:type="dxa"/>
          </w:tcPr>
          <w:p w:rsidR="0012640B" w:rsidRPr="000066E9" w:rsidRDefault="0012640B" w:rsidP="00A413AA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от 50% до 69% от всей работы, или все задания обязательного уровня</w:t>
            </w:r>
          </w:p>
        </w:tc>
        <w:tc>
          <w:tcPr>
            <w:tcW w:w="5783" w:type="dxa"/>
          </w:tcPr>
          <w:p w:rsidR="0012640B" w:rsidRPr="000066E9" w:rsidRDefault="0012640B" w:rsidP="00A413AA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получают за ответ, в котором отсутствует логическая последовательность, имеются пробелы в знании материала, нет должной аргументации и умения использовать знания на практике</w:t>
            </w:r>
          </w:p>
        </w:tc>
      </w:tr>
      <w:tr w:rsidR="0012640B" w:rsidRPr="007A0854" w:rsidTr="0012640B">
        <w:tc>
          <w:tcPr>
            <w:tcW w:w="1205" w:type="dxa"/>
          </w:tcPr>
          <w:p w:rsidR="0012640B" w:rsidRPr="000066E9" w:rsidRDefault="0012640B" w:rsidP="00A413AA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3043" w:type="dxa"/>
          </w:tcPr>
          <w:p w:rsidR="0012640B" w:rsidRPr="000066E9" w:rsidRDefault="0012640B" w:rsidP="00A413AA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выполнение заданий менее 50% от общей работы</w:t>
            </w:r>
          </w:p>
        </w:tc>
        <w:tc>
          <w:tcPr>
            <w:tcW w:w="5783" w:type="dxa"/>
          </w:tcPr>
          <w:p w:rsidR="0012640B" w:rsidRPr="000066E9" w:rsidRDefault="0012640B" w:rsidP="00A413AA">
            <w:pPr>
              <w:keepNext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выставляется за непонимание и незнание материала программы</w:t>
            </w:r>
          </w:p>
        </w:tc>
      </w:tr>
    </w:tbl>
    <w:p w:rsidR="0012640B" w:rsidRPr="000066E9" w:rsidRDefault="0012640B" w:rsidP="0012640B">
      <w:pPr>
        <w:spacing w:line="240" w:lineRule="auto"/>
        <w:contextualSpacing/>
        <w:jc w:val="both"/>
        <w:rPr>
          <w:rFonts w:ascii="Times New Roman" w:eastAsiaTheme="minorEastAsia" w:hAnsi="Times New Roman"/>
          <w:b/>
          <w:color w:val="000000"/>
          <w:sz w:val="24"/>
          <w:szCs w:val="24"/>
          <w:lang w:val="ru-RU"/>
        </w:rPr>
      </w:pPr>
    </w:p>
    <w:p w:rsidR="0012640B" w:rsidRPr="000066E9" w:rsidRDefault="0012640B" w:rsidP="0012640B">
      <w:pPr>
        <w:spacing w:line="240" w:lineRule="auto"/>
        <w:contextualSpacing/>
        <w:jc w:val="center"/>
        <w:rPr>
          <w:rFonts w:ascii="Times New Roman" w:eastAsiaTheme="minorEastAsia" w:hAnsi="Times New Roman"/>
          <w:b/>
          <w:color w:val="000000"/>
          <w:sz w:val="24"/>
          <w:szCs w:val="24"/>
        </w:rPr>
      </w:pPr>
      <w:r w:rsidRPr="000066E9">
        <w:rPr>
          <w:rFonts w:ascii="Times New Roman" w:eastAsiaTheme="minorEastAsia" w:hAnsi="Times New Roman"/>
          <w:b/>
          <w:color w:val="000000"/>
          <w:sz w:val="24"/>
          <w:szCs w:val="24"/>
        </w:rPr>
        <w:t>Об</w:t>
      </w:r>
      <w:r w:rsidRPr="000066E9">
        <w:rPr>
          <w:rFonts w:ascii="Times New Roman" w:eastAsiaTheme="minorEastAsia" w:hAnsi="Times New Roman"/>
          <w:b/>
          <w:color w:val="000000"/>
          <w:sz w:val="24"/>
          <w:szCs w:val="24"/>
          <w:lang w:val="ru-RU"/>
        </w:rPr>
        <w:t>щ</w:t>
      </w:r>
      <w:r w:rsidRPr="000066E9">
        <w:rPr>
          <w:rFonts w:ascii="Times New Roman" w:eastAsiaTheme="minorEastAsia" w:hAnsi="Times New Roman"/>
          <w:b/>
          <w:color w:val="000000"/>
          <w:sz w:val="24"/>
          <w:szCs w:val="24"/>
        </w:rPr>
        <w:t>ая классификация ошибок.</w:t>
      </w:r>
    </w:p>
    <w:p w:rsidR="0012640B" w:rsidRPr="000066E9" w:rsidRDefault="0012640B" w:rsidP="0012640B">
      <w:pPr>
        <w:spacing w:line="240" w:lineRule="auto"/>
        <w:contextualSpacing/>
        <w:jc w:val="center"/>
        <w:rPr>
          <w:rFonts w:ascii="Times New Roman" w:eastAsiaTheme="minorEastAsia" w:hAnsi="Times New Roman"/>
          <w:b/>
          <w:color w:val="000000"/>
          <w:sz w:val="24"/>
          <w:szCs w:val="24"/>
        </w:rPr>
      </w:pPr>
    </w:p>
    <w:tbl>
      <w:tblPr>
        <w:tblStyle w:val="16"/>
        <w:tblW w:w="0" w:type="auto"/>
        <w:tblLook w:val="04A0"/>
      </w:tblPr>
      <w:tblGrid>
        <w:gridCol w:w="1174"/>
        <w:gridCol w:w="8857"/>
      </w:tblGrid>
      <w:tr w:rsidR="0012640B" w:rsidRPr="000066E9" w:rsidTr="0012640B">
        <w:tc>
          <w:tcPr>
            <w:tcW w:w="1174" w:type="dxa"/>
          </w:tcPr>
          <w:p w:rsidR="0012640B" w:rsidRPr="000066E9" w:rsidRDefault="0012640B" w:rsidP="00A413AA">
            <w:pPr>
              <w:contextualSpacing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iCs/>
                <w:sz w:val="24"/>
                <w:szCs w:val="24"/>
              </w:rPr>
              <w:t>Виды ошибок</w:t>
            </w:r>
          </w:p>
        </w:tc>
        <w:tc>
          <w:tcPr>
            <w:tcW w:w="8857" w:type="dxa"/>
          </w:tcPr>
          <w:p w:rsidR="0012640B" w:rsidRPr="000066E9" w:rsidRDefault="0012640B" w:rsidP="00A413AA">
            <w:pPr>
              <w:contextualSpacing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iCs/>
                <w:sz w:val="24"/>
                <w:szCs w:val="24"/>
              </w:rPr>
              <w:t>Критерии ошибок</w:t>
            </w:r>
          </w:p>
        </w:tc>
      </w:tr>
      <w:tr w:rsidR="0012640B" w:rsidRPr="007A0854" w:rsidTr="0012640B">
        <w:tc>
          <w:tcPr>
            <w:tcW w:w="1174" w:type="dxa"/>
          </w:tcPr>
          <w:p w:rsidR="0012640B" w:rsidRPr="000066E9" w:rsidRDefault="0012640B" w:rsidP="00A413A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hAnsi="Times New Roman"/>
                <w:sz w:val="24"/>
                <w:szCs w:val="24"/>
              </w:rPr>
              <w:t>Грубые ошибки</w:t>
            </w:r>
          </w:p>
        </w:tc>
        <w:tc>
          <w:tcPr>
            <w:tcW w:w="8857" w:type="dxa"/>
          </w:tcPr>
          <w:p w:rsidR="0012640B" w:rsidRPr="000066E9" w:rsidRDefault="0012640B" w:rsidP="00A413AA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незнание наименований единиц измерения;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выделить в ответе главное;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применять знания, алгоритмы для решения задач;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делать выводы и обобщения;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читать и строить графики;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пользоваться первоисточниками, учебником и справочниками;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вычислительные ошибки, если они не являются опиской;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логические ошибки;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вычислительные ошибки в примерах и задачах;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ошибки на незнание порядка выполнения арифметических действий;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решение задачи (пропуск действий, неправильный выбор действий, лишнее действие);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недоведение до конца решения задачи или примера;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невыполненное задание;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неправильный выбор порядка выполнения действий в выражении;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пропуск нуля в частном при делении натуральных чисел или десятичных дробей;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неправильный выбор знака в результате выполнения действий над положительными и отрицательными числами, а так же при раскрытии скобок и при переносе слагаемых из одной части уравнения в другую;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неправильный выбор действий при решении текстовых задач;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измерение или построение угла с помощью транспортира, связанное с отсутствием умения выбирать нужную шкалу;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проведение перпендикуляра к прямой;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замена частного десятичных дробей частным целых чисел в том случае, когда в делителе после запятой меньше цифр, чем в делимом;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неверное нахождение значения функции по значению аргумента и ее графику.</w:t>
            </w:r>
          </w:p>
        </w:tc>
      </w:tr>
      <w:tr w:rsidR="0012640B" w:rsidRPr="007A0854" w:rsidTr="0012640B">
        <w:tc>
          <w:tcPr>
            <w:tcW w:w="1174" w:type="dxa"/>
          </w:tcPr>
          <w:p w:rsidR="0012640B" w:rsidRPr="000066E9" w:rsidRDefault="0012640B" w:rsidP="00A413A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hAnsi="Times New Roman"/>
                <w:sz w:val="24"/>
                <w:szCs w:val="24"/>
              </w:rPr>
              <w:lastRenderedPageBreak/>
              <w:t>Негрубая ошибка</w:t>
            </w:r>
          </w:p>
        </w:tc>
        <w:tc>
          <w:tcPr>
            <w:tcW w:w="8857" w:type="dxa"/>
          </w:tcPr>
          <w:p w:rsidR="0012640B" w:rsidRPr="000066E9" w:rsidRDefault="0012640B" w:rsidP="00A413AA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второстепенными;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неточность графика;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нерациональный метод решения задачи или недостаточно продуманный план ответа (нарушение логики, подмена отдельных основных вопросов второстепенными);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нерациональные методы работы со справочной и другой литературой;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решать задачи, выполнять задания в общем виде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неправильная постановка вопроса к действию при решении задачи;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неверно сформулированный ответ задачи;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списывание данных чисел, знаков;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недоведение до конца преобразований.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неправильная ссылка на сочетательный и распределительный законы при вычислениях;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использование в отдельных случаях наименований, например, обозначение единиц длины для единиц площади и объема;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сохранение в окончательном результате при вычислениях или преобразованиях выражений неправильной дроби или сократимой дроби;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приведение алгебраических дробей не к наиболее простому общему знаменателю;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случайные погрешности в вычислениях при решении геометрических задач и выполнении тождественных преобразований.</w:t>
            </w:r>
          </w:p>
        </w:tc>
      </w:tr>
      <w:tr w:rsidR="0012640B" w:rsidRPr="007A0854" w:rsidTr="0012640B">
        <w:tc>
          <w:tcPr>
            <w:tcW w:w="1174" w:type="dxa"/>
          </w:tcPr>
          <w:p w:rsidR="0012640B" w:rsidRPr="000066E9" w:rsidRDefault="0012640B" w:rsidP="00A413A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hAnsi="Times New Roman"/>
                <w:sz w:val="24"/>
                <w:szCs w:val="24"/>
              </w:rPr>
              <w:t xml:space="preserve">Недочет </w:t>
            </w:r>
          </w:p>
        </w:tc>
        <w:tc>
          <w:tcPr>
            <w:tcW w:w="8857" w:type="dxa"/>
          </w:tcPr>
          <w:p w:rsidR="0012640B" w:rsidRPr="000066E9" w:rsidRDefault="0012640B" w:rsidP="00A413AA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нерациональные приемы вычислений и преобразований; небрежное выполнение записей, чертежей, схем, графиков.</w:t>
            </w:r>
          </w:p>
        </w:tc>
      </w:tr>
    </w:tbl>
    <w:p w:rsidR="0012640B" w:rsidRPr="000066E9" w:rsidRDefault="0012640B" w:rsidP="0012640B">
      <w:pPr>
        <w:spacing w:line="240" w:lineRule="auto"/>
        <w:ind w:right="686"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 xml:space="preserve">Ниже в приложении предлагаются примерные варианты контрольных работ, используемые при обучении данного класса. 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br w:type="page"/>
      </w:r>
    </w:p>
    <w:p w:rsidR="0012640B" w:rsidRPr="001244D1" w:rsidRDefault="00C433B0" w:rsidP="0012640B">
      <w:pPr>
        <w:spacing w:after="0"/>
        <w:rPr>
          <w:rFonts w:ascii="Times New Roman" w:hAnsi="Times New Roman"/>
          <w:b/>
          <w:iCs/>
          <w:noProof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iCs/>
          <w:noProof/>
          <w:color w:val="000000"/>
          <w:sz w:val="24"/>
          <w:szCs w:val="24"/>
          <w:lang w:val="ru-RU"/>
        </w:rPr>
        <w:lastRenderedPageBreak/>
        <w:t>Демонстрационные варианты контрольных работ</w:t>
      </w:r>
    </w:p>
    <w:p w:rsidR="0012640B" w:rsidRPr="00C433B0" w:rsidRDefault="0012640B" w:rsidP="0012640B">
      <w:pPr>
        <w:jc w:val="center"/>
        <w:rPr>
          <w:rFonts w:ascii="Times New Roman" w:eastAsiaTheme="minorEastAsia" w:hAnsi="Times New Roman" w:cs="Times New Roman"/>
          <w:b/>
          <w:bCs/>
          <w:lang w:val="ru-RU"/>
        </w:rPr>
      </w:pPr>
      <w:r w:rsidRPr="00C433B0">
        <w:rPr>
          <w:rFonts w:ascii="Times New Roman" w:eastAsiaTheme="minorEastAsia" w:hAnsi="Times New Roman" w:cs="Times New Roman"/>
          <w:b/>
          <w:bCs/>
          <w:lang w:val="ru-RU"/>
        </w:rPr>
        <w:t>Контрольная работа № 1.</w:t>
      </w:r>
    </w:p>
    <w:p w:rsidR="0012640B" w:rsidRPr="00C433B0" w:rsidRDefault="0012640B" w:rsidP="0012640B">
      <w:pPr>
        <w:jc w:val="center"/>
        <w:rPr>
          <w:rFonts w:ascii="Times New Roman" w:eastAsiaTheme="minorEastAsia" w:hAnsi="Times New Roman" w:cs="Times New Roman"/>
          <w:b/>
          <w:bCs/>
          <w:lang w:val="ru-RU"/>
        </w:rPr>
      </w:pPr>
      <w:r w:rsidRPr="00C433B0">
        <w:rPr>
          <w:rFonts w:ascii="Times New Roman" w:eastAsiaTheme="minorEastAsia" w:hAnsi="Times New Roman" w:cs="Times New Roman"/>
          <w:b/>
          <w:bCs/>
          <w:lang w:val="ru-RU"/>
        </w:rPr>
        <w:t>Тема. Натуральные чи</w:t>
      </w:r>
      <w:r w:rsidR="00C433B0">
        <w:rPr>
          <w:rFonts w:ascii="Times New Roman" w:eastAsiaTheme="minorEastAsia" w:hAnsi="Times New Roman" w:cs="Times New Roman"/>
          <w:b/>
          <w:bCs/>
          <w:lang w:val="ru-RU"/>
        </w:rPr>
        <w:t>с</w:t>
      </w:r>
      <w:r w:rsidRPr="00C433B0">
        <w:rPr>
          <w:rFonts w:ascii="Times New Roman" w:eastAsiaTheme="minorEastAsia" w:hAnsi="Times New Roman" w:cs="Times New Roman"/>
          <w:b/>
          <w:bCs/>
          <w:lang w:val="ru-RU"/>
        </w:rPr>
        <w:t>ла.</w:t>
      </w:r>
    </w:p>
    <w:p w:rsidR="0012640B" w:rsidRPr="00C433B0" w:rsidRDefault="0012640B" w:rsidP="0012640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Найдите среднее арифметическое чисел: 32,6; 38,5; 34; 35.</w:t>
      </w:r>
    </w:p>
    <w:p w:rsidR="0012640B" w:rsidRPr="00C433B0" w:rsidRDefault="0012640B" w:rsidP="0012640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Разложите число 1 056 на простые множители.</w:t>
      </w:r>
    </w:p>
    <w:p w:rsidR="0012640B" w:rsidRPr="00C433B0" w:rsidRDefault="0012640B" w:rsidP="0012640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Найдите наибольший общий делитель чисел: 1) 24 и 42; 2) 280 и 588.</w:t>
      </w:r>
    </w:p>
    <w:p w:rsidR="0012640B" w:rsidRPr="00C433B0" w:rsidRDefault="0012640B" w:rsidP="0012640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Найдите наименьшее общее кратное чисел: 1) З и 6; 2) 28 и 9; 3) 15 и 20.</w:t>
      </w:r>
    </w:p>
    <w:p w:rsidR="0012640B" w:rsidRPr="00C433B0" w:rsidRDefault="0012640B" w:rsidP="0012640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Площадь поля равна 300 га. Рожью засеяли 18 % поля. Сколько гектаров поля засеяли рожью.</w:t>
      </w:r>
    </w:p>
    <w:p w:rsidR="0012640B" w:rsidRPr="00C433B0" w:rsidRDefault="0012640B" w:rsidP="0012640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Дима собирает модели самолётов. Их можно расставить поровну на 14 полках, а можно, тоже поровну, — на восьми полках. Сколько моделей у Димы, если известно, что их больше 100, но меньше 120?</w:t>
      </w:r>
    </w:p>
    <w:p w:rsidR="0012640B" w:rsidRPr="00C433B0" w:rsidRDefault="0012640B" w:rsidP="00C433B0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Петя купил книгу за 90 р., что составляет 30 % всех денег, которые у него были. Сколько денег</w:t>
      </w:r>
      <w:r w:rsidR="00C433B0">
        <w:rPr>
          <w:rFonts w:ascii="Times New Roman" w:eastAsiaTheme="minorEastAsia" w:hAnsi="Times New Roman" w:cs="Times New Roman"/>
          <w:lang w:val="ru-RU"/>
        </w:rPr>
        <w:t xml:space="preserve"> </w:t>
      </w:r>
      <w:r w:rsidRPr="00C433B0">
        <w:rPr>
          <w:rFonts w:ascii="Times New Roman" w:eastAsiaTheme="minorEastAsia" w:hAnsi="Times New Roman" w:cs="Times New Roman"/>
          <w:lang w:val="ru-RU"/>
        </w:rPr>
        <w:t>было.</w:t>
      </w:r>
    </w:p>
    <w:p w:rsidR="0012640B" w:rsidRPr="00C433B0" w:rsidRDefault="0012640B" w:rsidP="0012640B">
      <w:pPr>
        <w:jc w:val="center"/>
        <w:rPr>
          <w:rFonts w:ascii="Times New Roman" w:hAnsi="Times New Roman" w:cs="Times New Roman"/>
          <w:b/>
          <w:bCs/>
          <w:lang w:val="ru-RU"/>
        </w:rPr>
      </w:pPr>
      <w:r w:rsidRPr="00C433B0">
        <w:rPr>
          <w:rFonts w:ascii="Times New Roman" w:hAnsi="Times New Roman" w:cs="Times New Roman"/>
          <w:b/>
          <w:bCs/>
          <w:lang w:val="ru-RU"/>
        </w:rPr>
        <w:t>Контрольная работа №2</w:t>
      </w:r>
    </w:p>
    <w:p w:rsidR="0012640B" w:rsidRPr="00C433B0" w:rsidRDefault="0012640B" w:rsidP="0012640B">
      <w:pPr>
        <w:jc w:val="center"/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b/>
          <w:bCs/>
          <w:lang w:val="ru-RU"/>
        </w:rPr>
        <w:t>Тема. Сравнение, сложение и вычитание дробей</w:t>
      </w:r>
    </w:p>
    <w:p w:rsidR="0012640B" w:rsidRPr="00C433B0" w:rsidRDefault="0012640B" w:rsidP="0012640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 xml:space="preserve">Сократите дробь: 1)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12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16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2)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18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27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>.</w:t>
      </w:r>
    </w:p>
    <w:p w:rsidR="0012640B" w:rsidRPr="00C433B0" w:rsidRDefault="0012640B" w:rsidP="0012640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 xml:space="preserve">Сравните дроби: 1)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8</m:t>
            </m:r>
          </m:den>
        </m:f>
        <m:r>
          <w:rPr>
            <w:rFonts w:ascii="Cambria Math" w:hAnsi="Cambria Math" w:cs="Times New Roman"/>
            <w:lang w:val="ru-RU"/>
          </w:rPr>
          <m:t xml:space="preserve"> и 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3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2)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4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9</m:t>
            </m:r>
          </m:den>
        </m:f>
        <m:r>
          <w:rPr>
            <w:rFonts w:ascii="Cambria Math" w:hAnsi="Cambria Math" w:cs="Times New Roman"/>
            <w:lang w:val="ru-RU"/>
          </w:rPr>
          <m:t xml:space="preserve"> и 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3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8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.</w:t>
      </w:r>
    </w:p>
    <w:p w:rsidR="0012640B" w:rsidRPr="00C433B0" w:rsidRDefault="0012640B" w:rsidP="0012640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 xml:space="preserve">Вычислите: 1)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4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15</m:t>
            </m:r>
          </m:den>
        </m:f>
        <m:r>
          <w:rPr>
            <w:rFonts w:ascii="Cambria Math" w:hAnsi="Cambria Math" w:cs="Times New Roman"/>
            <w:lang w:val="ru-RU"/>
          </w:rPr>
          <m:t xml:space="preserve">+ 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3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     2)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6</m:t>
            </m:r>
          </m:den>
        </m:f>
        <m:r>
          <w:rPr>
            <w:rFonts w:ascii="Cambria Math" w:hAnsi="Cambria Math" w:cs="Times New Roman"/>
            <w:lang w:val="ru-RU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9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     3) </w:t>
      </w:r>
      <m:oMath>
        <m:r>
          <w:rPr>
            <w:rFonts w:ascii="Cambria Math" w:hAnsi="Cambria Math" w:cs="Times New Roman"/>
            <w:lang w:val="ru-RU"/>
          </w:rPr>
          <m:t>4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4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7</m:t>
            </m:r>
          </m:den>
        </m:f>
        <m:r>
          <w:rPr>
            <w:rFonts w:ascii="Cambria Math" w:hAnsi="Cambria Math" w:cs="Times New Roman"/>
            <w:lang w:val="ru-RU"/>
          </w:rPr>
          <m:t>+6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     4) </w:t>
      </w:r>
      <m:oMath>
        <m:r>
          <w:rPr>
            <w:rFonts w:ascii="Cambria Math" w:hAnsi="Cambria Math" w:cs="Times New Roman"/>
            <w:lang w:val="ru-RU"/>
          </w:rPr>
          <m:t>5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7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8</m:t>
            </m:r>
          </m:den>
        </m:f>
        <m:r>
          <w:rPr>
            <w:rFonts w:ascii="Cambria Math" w:hAnsi="Cambria Math" w:cs="Times New Roman"/>
            <w:lang w:val="ru-RU"/>
          </w:rPr>
          <m:t>-3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6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.</w:t>
      </w:r>
    </w:p>
    <w:p w:rsidR="0012640B" w:rsidRPr="00C433B0" w:rsidRDefault="0012640B" w:rsidP="0012640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>В первый день продали 4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7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24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ц картофеля, а во второй – на 1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7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12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ц меньше. Сколько центнеров картофеля продали за два дня?</w:t>
      </w:r>
    </w:p>
    <w:p w:rsidR="0012640B" w:rsidRPr="00C433B0" w:rsidRDefault="0012640B" w:rsidP="0012640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>Решите уравнение: 1) 10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11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24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– x = 6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7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16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     2) </w:t>
      </w:r>
      <m:oMath>
        <m:d>
          <m:dPr>
            <m:ctrlPr>
              <w:rPr>
                <w:rFonts w:ascii="Cambria Math" w:hAnsi="Cambria Math" w:cs="Times New Roman"/>
                <w:i/>
                <w:lang w:val="ru-RU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lang w:val="ru-RU"/>
                  </w:rPr>
                </m:ctrlPr>
              </m:fPr>
              <m:num>
                <m:r>
                  <w:rPr>
                    <w:rFonts w:ascii="Cambria Math" w:hAnsi="Cambria Math" w:cs="Times New Roman"/>
                    <w:lang w:val="ru-RU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lang w:val="ru-RU"/>
                  </w:rPr>
                  <m:t>6</m:t>
                </m:r>
              </m:den>
            </m:f>
            <m:r>
              <w:rPr>
                <w:rFonts w:ascii="Cambria Math" w:hAnsi="Cambria Math" w:cs="Times New Roman"/>
                <w:lang w:val="ru-RU"/>
              </w:rPr>
              <m:t>+x</m:t>
            </m:r>
          </m:e>
        </m:d>
        <m:r>
          <w:rPr>
            <w:rFonts w:ascii="Cambria Math" w:hAnsi="Cambria Math" w:cs="Times New Roman"/>
            <w:lang w:val="ru-RU"/>
          </w:rPr>
          <m:t>-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2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3</m:t>
            </m:r>
          </m:den>
        </m:f>
        <m:r>
          <w:rPr>
            <w:rFonts w:ascii="Cambria Math" w:hAnsi="Cambria Math" w:cs="Times New Roman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13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18</m:t>
            </m:r>
          </m:den>
        </m:f>
      </m:oMath>
    </w:p>
    <w:p w:rsidR="0012640B" w:rsidRPr="00C433B0" w:rsidRDefault="0012640B" w:rsidP="0012640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 xml:space="preserve">За первый день турист прошёл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18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туристического маршрута, за второй -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7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27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, за третий -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2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9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. Оставшуюся часть маршрута он прошёл за четвёртый день. Какую часть маршрута прошёл турист за четвёртый день?</w:t>
      </w:r>
    </w:p>
    <w:p w:rsidR="0012640B" w:rsidRPr="00C433B0" w:rsidRDefault="0012640B" w:rsidP="0012640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 xml:space="preserve">Найдите все натуральные значения x, при которых верно неравенство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x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9</m:t>
            </m:r>
          </m:den>
        </m:f>
        <m:r>
          <w:rPr>
            <w:rFonts w:ascii="Cambria Math" w:hAnsi="Cambria Math" w:cs="Times New Roman"/>
            <w:lang w:val="ru-RU"/>
          </w:rPr>
          <m:t>&lt;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22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45</m:t>
            </m:r>
          </m:den>
        </m:f>
      </m:oMath>
    </w:p>
    <w:p w:rsidR="0012640B" w:rsidRPr="00C433B0" w:rsidRDefault="0012640B" w:rsidP="0012640B">
      <w:pPr>
        <w:spacing w:after="0"/>
        <w:rPr>
          <w:rFonts w:ascii="Times New Roman" w:hAnsi="Times New Roman" w:cs="Times New Roman"/>
          <w:lang w:val="ru-RU"/>
        </w:rPr>
      </w:pPr>
    </w:p>
    <w:p w:rsidR="0012640B" w:rsidRPr="00C433B0" w:rsidRDefault="0012640B" w:rsidP="0012640B">
      <w:pPr>
        <w:jc w:val="center"/>
        <w:rPr>
          <w:rFonts w:ascii="Times New Roman" w:hAnsi="Times New Roman" w:cs="Times New Roman"/>
          <w:b/>
          <w:bCs/>
          <w:lang w:val="ru-RU"/>
        </w:rPr>
      </w:pPr>
      <w:r w:rsidRPr="00C433B0">
        <w:rPr>
          <w:rFonts w:ascii="Times New Roman" w:hAnsi="Times New Roman" w:cs="Times New Roman"/>
          <w:b/>
          <w:bCs/>
          <w:lang w:val="ru-RU"/>
        </w:rPr>
        <w:t>Контрольная работа №</w:t>
      </w:r>
      <w:r w:rsidR="00813817">
        <w:rPr>
          <w:rFonts w:ascii="Times New Roman" w:hAnsi="Times New Roman" w:cs="Times New Roman"/>
          <w:b/>
          <w:bCs/>
          <w:lang w:val="ru-RU"/>
        </w:rPr>
        <w:t>3</w:t>
      </w:r>
    </w:p>
    <w:p w:rsidR="00813817" w:rsidRDefault="0012640B" w:rsidP="00813817">
      <w:pPr>
        <w:jc w:val="center"/>
        <w:rPr>
          <w:rFonts w:ascii="Times New Roman" w:hAnsi="Times New Roman" w:cs="Times New Roman"/>
          <w:b/>
          <w:bCs/>
          <w:lang w:val="ru-RU"/>
        </w:rPr>
      </w:pPr>
      <w:r w:rsidRPr="00C433B0">
        <w:rPr>
          <w:rFonts w:ascii="Times New Roman" w:hAnsi="Times New Roman" w:cs="Times New Roman"/>
          <w:b/>
          <w:bCs/>
          <w:lang w:val="ru-RU"/>
        </w:rPr>
        <w:t xml:space="preserve">Тема. </w:t>
      </w:r>
      <w:r w:rsidR="00813817">
        <w:rPr>
          <w:rFonts w:ascii="Times New Roman" w:hAnsi="Times New Roman" w:cs="Times New Roman"/>
          <w:b/>
          <w:bCs/>
          <w:lang w:val="ru-RU"/>
        </w:rPr>
        <w:t>Умножение и д</w:t>
      </w:r>
      <w:r w:rsidRPr="00C433B0">
        <w:rPr>
          <w:rFonts w:ascii="Times New Roman" w:hAnsi="Times New Roman" w:cs="Times New Roman"/>
          <w:b/>
          <w:bCs/>
          <w:lang w:val="ru-RU"/>
        </w:rPr>
        <w:t xml:space="preserve">еление дробей </w:t>
      </w:r>
    </w:p>
    <w:p w:rsidR="00813817" w:rsidRPr="00813817" w:rsidRDefault="00813817" w:rsidP="00813817">
      <w:pPr>
        <w:pStyle w:val="af5"/>
        <w:ind w:left="644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1. </w:t>
      </w:r>
      <w:r w:rsidRPr="00813817">
        <w:rPr>
          <w:rFonts w:ascii="Times New Roman" w:hAnsi="Times New Roman" w:cs="Times New Roman"/>
          <w:lang w:val="ru-RU"/>
        </w:rPr>
        <w:t>Выполните действие:</w:t>
      </w:r>
    </w:p>
    <w:p w:rsidR="00813817" w:rsidRPr="00813817" w:rsidRDefault="00813817" w:rsidP="00813817">
      <w:pPr>
        <w:pStyle w:val="af5"/>
        <w:ind w:left="644"/>
        <w:rPr>
          <w:rFonts w:ascii="Times New Roman" w:hAnsi="Times New Roman" w:cs="Times New Roman"/>
          <w:lang w:val="ru-RU"/>
        </w:rPr>
      </w:pPr>
      <w:r w:rsidRPr="00813817">
        <w:rPr>
          <w:rFonts w:ascii="Times New Roman" w:hAnsi="Times New Roman" w:cs="Times New Roman"/>
          <w:lang w:val="ru-RU"/>
        </w:rPr>
        <w:t xml:space="preserve">а) </w:t>
      </w:r>
      <m:oMath>
        <m:r>
          <m:rPr>
            <m:sty m:val="p"/>
          </m:rPr>
          <w:rPr>
            <w:rFonts w:ascii="Cambria Math" w:hAnsi="Cambria Math" w:cs="Times New Roman"/>
            <w:lang w:val="ru-RU"/>
          </w:rPr>
          <m:t>10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 xml:space="preserve"> :2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 xml:space="preserve">; </m:t>
        </m:r>
      </m:oMath>
      <w:r w:rsidRPr="00813817">
        <w:rPr>
          <w:rFonts w:ascii="Times New Roman" w:hAnsi="Times New Roman" w:cs="Times New Roman"/>
          <w:lang w:val="ru-RU"/>
        </w:rPr>
        <w:t xml:space="preserve"> б) </w:t>
      </w:r>
      <m:oMath>
        <m:r>
          <m:rPr>
            <m:sty m:val="p"/>
          </m:rPr>
          <w:rPr>
            <w:rFonts w:ascii="Cambria Math" w:hAnsi="Cambria Math" w:cs="Times New Roman"/>
            <w:lang w:val="ru-RU"/>
          </w:rPr>
          <m:t>3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5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:2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15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;</m:t>
        </m:r>
      </m:oMath>
      <w:r w:rsidRPr="00813817">
        <w:rPr>
          <w:rFonts w:ascii="Times New Roman" w:hAnsi="Times New Roman" w:cs="Times New Roman"/>
          <w:lang w:val="ru-RU"/>
        </w:rPr>
        <w:t xml:space="preserve"> в) </w:t>
      </w:r>
      <m:oMath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20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27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∙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5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+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10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: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100</m:t>
            </m:r>
          </m:den>
        </m:f>
      </m:oMath>
      <w:r w:rsidRPr="00813817">
        <w:rPr>
          <w:rFonts w:ascii="Times New Roman" w:hAnsi="Times New Roman" w:cs="Times New Roman"/>
          <w:lang w:val="ru-RU"/>
        </w:rPr>
        <w:t>.</w:t>
      </w:r>
    </w:p>
    <w:p w:rsidR="00813817" w:rsidRPr="00813817" w:rsidRDefault="00813817" w:rsidP="00813817">
      <w:pPr>
        <w:pStyle w:val="af5"/>
        <w:ind w:left="644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2. </w:t>
      </w:r>
      <w:r w:rsidRPr="00813817">
        <w:rPr>
          <w:rFonts w:ascii="Times New Roman" w:hAnsi="Times New Roman" w:cs="Times New Roman"/>
          <w:lang w:val="ru-RU"/>
        </w:rPr>
        <w:t>Решите уравнение:</w:t>
      </w:r>
    </w:p>
    <w:p w:rsidR="00813817" w:rsidRPr="00813817" w:rsidRDefault="00813817" w:rsidP="00813817">
      <w:pPr>
        <w:pStyle w:val="af5"/>
        <w:ind w:left="644"/>
        <w:rPr>
          <w:rFonts w:ascii="Times New Roman" w:hAnsi="Times New Roman" w:cs="Times New Roman"/>
          <w:lang w:val="ru-RU"/>
        </w:rPr>
      </w:pPr>
      <w:r w:rsidRPr="00813817">
        <w:rPr>
          <w:rFonts w:ascii="Times New Roman" w:hAnsi="Times New Roman" w:cs="Times New Roman"/>
          <w:lang w:val="ru-RU"/>
        </w:rPr>
        <w:t xml:space="preserve">а) </w:t>
      </w:r>
      <m:oMath>
        <m:f>
          <m:fPr>
            <m:ctrlPr>
              <w:rPr>
                <w:rFonts w:ascii="Cambria Math" w:hAnsi="Times New Roman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7</m:t>
            </m:r>
          </m:den>
        </m:f>
        <m:r>
          <w:rPr>
            <w:rFonts w:ascii="Cambria Math" w:hAnsi="Cambria Math" w:cs="Times New Roman"/>
            <w:lang w:val="ru-RU"/>
          </w:rPr>
          <m:t>m</m:t>
        </m:r>
        <m:r>
          <m:rPr>
            <m:sty m:val="p"/>
          </m:rPr>
          <w:rPr>
            <w:rFonts w:ascii="Cambria Math" w:hAnsi="Times New Roman" w:cs="Times New Roman"/>
            <w:lang w:val="ru-RU"/>
          </w:rPr>
          <m:t>+</m:t>
        </m:r>
        <m:f>
          <m:fPr>
            <m:ctrlPr>
              <w:rPr>
                <w:rFonts w:ascii="Cambria Math" w:hAnsi="Times New Roman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14</m:t>
            </m:r>
          </m:den>
        </m:f>
        <m:r>
          <w:rPr>
            <w:rFonts w:ascii="Cambria Math" w:hAnsi="Cambria Math" w:cs="Times New Roman"/>
            <w:lang w:val="ru-RU"/>
          </w:rPr>
          <m:t>m</m:t>
        </m:r>
        <m:r>
          <m:rPr>
            <m:sty m:val="p"/>
          </m:rPr>
          <w:rPr>
            <w:rFonts w:ascii="Cambria Math" w:hAnsi="Cambria Math" w:cs="Times New Roman"/>
            <w:lang w:val="ru-RU"/>
          </w:rPr>
          <m:t>-</m:t>
        </m:r>
        <m:f>
          <m:fPr>
            <m:ctrlPr>
              <w:rPr>
                <w:rFonts w:ascii="Cambria Math" w:hAnsi="Times New Roman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21</m:t>
            </m:r>
          </m:den>
        </m:f>
        <m:r>
          <w:rPr>
            <w:rFonts w:ascii="Cambria Math" w:hAnsi="Cambria Math" w:cs="Times New Roman"/>
            <w:lang w:val="ru-RU"/>
          </w:rPr>
          <m:t>m</m:t>
        </m:r>
        <m:r>
          <m:rPr>
            <m:sty m:val="p"/>
          </m:rPr>
          <w:rPr>
            <w:rFonts w:ascii="Cambria Math" w:hAnsi="Times New Roman" w:cs="Times New Roman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7</m:t>
            </m:r>
          </m:den>
        </m:f>
        <m:r>
          <m:rPr>
            <m:sty m:val="p"/>
          </m:rPr>
          <w:rPr>
            <w:rFonts w:ascii="Cambria Math" w:hAnsi="Times New Roman" w:cs="Times New Roman"/>
            <w:lang w:val="ru-RU"/>
          </w:rPr>
          <m:t>;</m:t>
        </m:r>
      </m:oMath>
      <w:r w:rsidRPr="00813817">
        <w:rPr>
          <w:rFonts w:ascii="Times New Roman" w:hAnsi="Times New Roman" w:cs="Times New Roman"/>
          <w:lang w:val="ru-RU"/>
        </w:rPr>
        <w:t xml:space="preserve"> б) </w:t>
      </w:r>
      <m:oMath>
        <m:r>
          <m:rPr>
            <m:sty m:val="p"/>
          </m:rPr>
          <w:rPr>
            <w:rFonts w:ascii="Cambria Math" w:hAnsi="Cambria Math" w:cs="Times New Roman"/>
            <w:lang w:val="ru-RU"/>
          </w:rPr>
          <m:t>1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7</m:t>
            </m:r>
          </m:den>
        </m:f>
        <m:r>
          <w:rPr>
            <w:rFonts w:ascii="Cambria Math" w:hAnsi="Cambria Math" w:cs="Times New Roman"/>
            <w:lang w:val="ru-RU"/>
          </w:rPr>
          <m:t>y</m:t>
        </m:r>
        <m:r>
          <m:rPr>
            <m:sty m:val="p"/>
          </m:rPr>
          <w:rPr>
            <w:rFonts w:ascii="Cambria Math" w:hAnsi="Cambria Math" w:cs="Times New Roman"/>
            <w:lang w:val="ru-RU"/>
          </w:rPr>
          <m:t>-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9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=2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9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.</m:t>
        </m:r>
      </m:oMath>
    </w:p>
    <w:p w:rsidR="00813817" w:rsidRPr="00813817" w:rsidRDefault="00813817" w:rsidP="00813817">
      <w:pPr>
        <w:pStyle w:val="af5"/>
        <w:ind w:left="64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3. </w:t>
      </w:r>
      <w:r w:rsidRPr="00813817">
        <w:rPr>
          <w:rFonts w:ascii="Times New Roman" w:hAnsi="Times New Roman" w:cs="Times New Roman"/>
          <w:lang w:val="ru-RU"/>
        </w:rPr>
        <w:t xml:space="preserve">За два часа самолёт пролетел 1020 км. За первый час он пролетел </w:t>
      </w:r>
      <m:oMath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9</m:t>
            </m:r>
          </m:den>
        </m:f>
      </m:oMath>
      <w:r w:rsidRPr="00813817">
        <w:rPr>
          <w:rFonts w:ascii="Times New Roman" w:hAnsi="Times New Roman" w:cs="Times New Roman"/>
          <w:lang w:val="ru-RU"/>
        </w:rPr>
        <w:t xml:space="preserve"> того пути, который он пролетел </w:t>
      </w:r>
      <w:proofErr w:type="gramStart"/>
      <w:r w:rsidRPr="00813817">
        <w:rPr>
          <w:rFonts w:ascii="Times New Roman" w:hAnsi="Times New Roman" w:cs="Times New Roman"/>
          <w:lang w:val="ru-RU"/>
        </w:rPr>
        <w:t>в</w:t>
      </w:r>
      <w:proofErr w:type="gramEnd"/>
      <w:r w:rsidRPr="00813817">
        <w:rPr>
          <w:rFonts w:ascii="Times New Roman" w:hAnsi="Times New Roman" w:cs="Times New Roman"/>
          <w:lang w:val="ru-RU"/>
        </w:rPr>
        <w:t xml:space="preserve"> второй час. Сколько километров пролетел самолёт в каждый из этих двух часов?</w:t>
      </w:r>
    </w:p>
    <w:p w:rsidR="00813817" w:rsidRPr="00813817" w:rsidRDefault="00813817" w:rsidP="00813817">
      <w:pPr>
        <w:pStyle w:val="af5"/>
        <w:ind w:left="644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4. </w:t>
      </w:r>
      <w:r w:rsidRPr="00813817">
        <w:rPr>
          <w:rFonts w:ascii="Times New Roman" w:hAnsi="Times New Roman" w:cs="Times New Roman"/>
          <w:lang w:val="ru-RU"/>
        </w:rPr>
        <w:t>Вычислите:</w:t>
      </w:r>
    </w:p>
    <w:p w:rsidR="00813817" w:rsidRPr="00813817" w:rsidRDefault="00813817" w:rsidP="00813817">
      <w:pPr>
        <w:pStyle w:val="af5"/>
        <w:ind w:left="709"/>
        <w:rPr>
          <w:rFonts w:ascii="Times New Roman" w:hAnsi="Times New Roman" w:cs="Times New Roman"/>
          <w:lang w:val="ru-RU"/>
        </w:rPr>
      </w:pPr>
      <w:r w:rsidRPr="00813817">
        <w:rPr>
          <w:rFonts w:ascii="Times New Roman" w:hAnsi="Times New Roman" w:cs="Times New Roman"/>
          <w:lang w:val="ru-RU"/>
        </w:rPr>
        <w:t xml:space="preserve">а) </w:t>
      </w:r>
      <m:oMath>
        <m:r>
          <m:rPr>
            <m:sty m:val="p"/>
          </m:rPr>
          <w:rPr>
            <w:rFonts w:ascii="Cambria Math" w:hAnsi="Cambria Math" w:cs="Times New Roman"/>
            <w:lang w:val="ru-RU"/>
          </w:rPr>
          <m:t>4∙</m:t>
        </m:r>
        <m:d>
          <m:dPr>
            <m:ctrlPr>
              <w:rPr>
                <w:rFonts w:ascii="Cambria Math" w:hAnsi="Cambria Math" w:cs="Times New Roman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2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+1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4</m:t>
                </m:r>
              </m:den>
            </m:f>
          </m:e>
        </m:d>
        <m:r>
          <m:rPr>
            <m:sty m:val="p"/>
          </m:rPr>
          <w:rPr>
            <w:rFonts w:ascii="Cambria Math" w:hAnsi="Cambria Math" w:cs="Times New Roman"/>
            <w:lang w:val="ru-RU"/>
          </w:rPr>
          <m:t>-</m:t>
        </m:r>
        <m:d>
          <m:dPr>
            <m:ctrlPr>
              <w:rPr>
                <w:rFonts w:ascii="Cambria Math" w:hAnsi="Cambria Math" w:cs="Times New Roman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6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+4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5</m:t>
                </m:r>
              </m:den>
            </m:f>
          </m:e>
        </m:d>
        <m:r>
          <m:rPr>
            <m:sty m:val="p"/>
          </m:rPr>
          <w:rPr>
            <w:rFonts w:ascii="Cambria Math" w:hAnsi="Cambria Math" w:cs="Times New Roman"/>
            <w:lang w:val="ru-RU"/>
          </w:rPr>
          <m:t xml:space="preserve"> :2;</m:t>
        </m:r>
      </m:oMath>
      <w:r w:rsidRPr="00813817">
        <w:rPr>
          <w:rFonts w:ascii="Times New Roman" w:hAnsi="Times New Roman" w:cs="Times New Roman"/>
          <w:lang w:val="ru-RU"/>
        </w:rPr>
        <w:t xml:space="preserve"> б)</w:t>
      </w:r>
      <m:oMath>
        <m:d>
          <m:dPr>
            <m:ctrlPr>
              <w:rPr>
                <w:rFonts w:ascii="Cambria Math" w:hAnsi="Cambria Math" w:cs="Times New Roman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7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-5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5</m:t>
                </m:r>
              </m:den>
            </m:f>
          </m:e>
        </m:d>
        <m:r>
          <m:rPr>
            <m:sty m:val="p"/>
          </m:rPr>
          <w:rPr>
            <w:rFonts w:ascii="Cambria Math" w:hAnsi="Cambria Math" w:cs="Times New Roman"/>
            <w:lang w:val="ru-RU"/>
          </w:rPr>
          <m:t>:</m:t>
        </m:r>
        <m:d>
          <m:dPr>
            <m:ctrlPr>
              <w:rPr>
                <w:rFonts w:ascii="Cambria Math" w:hAnsi="Cambria Math" w:cs="Times New Roman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6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5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-4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3</m:t>
                </m:r>
              </m:den>
            </m:f>
          </m:e>
        </m:d>
        <m:r>
          <m:rPr>
            <m:sty m:val="p"/>
          </m:rPr>
          <w:rPr>
            <w:rFonts w:ascii="Cambria Math" w:hAnsi="Cambria Math" w:cs="Times New Roman"/>
            <w:lang w:val="ru-RU"/>
          </w:rPr>
          <m:t>.</m:t>
        </m:r>
      </m:oMath>
    </w:p>
    <w:p w:rsidR="0012640B" w:rsidRPr="00C433B0" w:rsidRDefault="00813817" w:rsidP="00813817">
      <w:pPr>
        <w:pStyle w:val="af5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5. </w:t>
      </w:r>
      <w:r w:rsidR="0012640B" w:rsidRPr="00C433B0">
        <w:rPr>
          <w:rFonts w:ascii="Times New Roman" w:hAnsi="Times New Roman" w:cs="Times New Roman"/>
          <w:lang w:val="ru-RU"/>
        </w:rPr>
        <w:t xml:space="preserve">Преобразуйте обыкновенную дробь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6</m:t>
            </m:r>
          </m:den>
        </m:f>
      </m:oMath>
      <w:r w:rsidR="0012640B" w:rsidRPr="00C433B0">
        <w:rPr>
          <w:rFonts w:ascii="Times New Roman" w:hAnsi="Times New Roman" w:cs="Times New Roman"/>
          <w:lang w:val="ru-RU"/>
        </w:rPr>
        <w:t xml:space="preserve"> в бесконечную периодическую десятичную дробь.</w:t>
      </w:r>
    </w:p>
    <w:p w:rsidR="0012640B" w:rsidRPr="00C433B0" w:rsidRDefault="00813817" w:rsidP="00813817">
      <w:pPr>
        <w:pStyle w:val="af5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 xml:space="preserve">6. </w:t>
      </w:r>
      <w:r w:rsidR="0012640B" w:rsidRPr="00C433B0">
        <w:rPr>
          <w:rFonts w:ascii="Times New Roman" w:hAnsi="Times New Roman" w:cs="Times New Roman"/>
          <w:lang w:val="ru-RU"/>
        </w:rPr>
        <w:t>Из пункта A в пункт B выехал первый велосипедист со скоростью 12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2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3</m:t>
            </m:r>
          </m:den>
        </m:f>
      </m:oMath>
      <w:r w:rsidR="0012640B" w:rsidRPr="00C433B0">
        <w:rPr>
          <w:rFonts w:ascii="Times New Roman" w:hAnsi="Times New Roman" w:cs="Times New Roman"/>
          <w:lang w:val="ru-RU"/>
        </w:rPr>
        <w:t xml:space="preserve"> км/ч. Одновременно из пункта B в том же направлении выехал второй велосипедист, скорость которого в 1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16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41</m:t>
            </m:r>
          </m:den>
        </m:f>
      </m:oMath>
      <w:r w:rsidR="0012640B" w:rsidRPr="00C433B0">
        <w:rPr>
          <w:rFonts w:ascii="Times New Roman" w:hAnsi="Times New Roman" w:cs="Times New Roman"/>
          <w:lang w:val="ru-RU"/>
        </w:rPr>
        <w:t xml:space="preserve"> раза меньше скорости первого. Через сколько часов первый велосипедист догонит второго, если расстояние между пунктами равно 8 км?</w:t>
      </w:r>
    </w:p>
    <w:p w:rsidR="0012640B" w:rsidRDefault="00075146" w:rsidP="0012640B">
      <w:pPr>
        <w:rPr>
          <w:lang w:val="ru-RU"/>
        </w:rPr>
      </w:pP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323392" behindDoc="0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1318260</wp:posOffset>
            </wp:positionV>
            <wp:extent cx="1562100" cy="161925"/>
            <wp:effectExtent l="0" t="0" r="0" b="0"/>
            <wp:wrapNone/>
            <wp:docPr id="11141468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146849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640B"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971925" cy="1128283"/>
            <wp:effectExtent l="0" t="0" r="0" b="0"/>
            <wp:docPr id="125" name="Рисунок 125" descr="Изображение выглядит как текст, внутренний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внутренний, снимок экрана&#10;&#10;Автоматически созданное описание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99386" cy="113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5146">
        <w:rPr>
          <w:noProof/>
        </w:rPr>
        <w:t xml:space="preserve"> </w:t>
      </w:r>
    </w:p>
    <w:p w:rsidR="00C433B0" w:rsidRDefault="0057559D" w:rsidP="0012640B">
      <w:pPr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413504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1189990</wp:posOffset>
            </wp:positionV>
            <wp:extent cx="3115945" cy="1162050"/>
            <wp:effectExtent l="0" t="0" r="0" b="0"/>
            <wp:wrapSquare wrapText="bothSides"/>
            <wp:docPr id="843514258" name="Рисунок 84351425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5414" b="1312"/>
                    <a:stretch/>
                  </pic:blipFill>
                  <pic:spPr bwMode="auto">
                    <a:xfrm>
                      <a:off x="0" y="0"/>
                      <a:ext cx="311594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40121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798830</wp:posOffset>
            </wp:positionV>
            <wp:extent cx="2963545" cy="352425"/>
            <wp:effectExtent l="0" t="0" r="0" b="0"/>
            <wp:wrapSquare wrapText="bothSides"/>
            <wp:docPr id="274383052" name="Рисунок 274383052" descr="Изображение выглядит как текст, Шрифт, снимок экрана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83052" name="Рисунок 274383052" descr="Изображение выглядит как текст, Шрифт, снимок экрана, докумен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1969"/>
                    <a:stretch/>
                  </pic:blipFill>
                  <pic:spPr bwMode="auto">
                    <a:xfrm>
                      <a:off x="0" y="0"/>
                      <a:ext cx="296354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75146"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21177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294640</wp:posOffset>
            </wp:positionV>
            <wp:extent cx="3115945" cy="438150"/>
            <wp:effectExtent l="0" t="0" r="0" b="0"/>
            <wp:wrapSquare wrapText="bothSides"/>
            <wp:docPr id="128" name="Рисунок 12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044" b="69869"/>
                    <a:stretch/>
                  </pic:blipFill>
                  <pic:spPr bwMode="auto">
                    <a:xfrm>
                      <a:off x="0" y="0"/>
                      <a:ext cx="3115945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65945" w:rsidRDefault="00C65945" w:rsidP="00371B63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C65945" w:rsidRDefault="00C65945" w:rsidP="00371B63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C65945" w:rsidRDefault="00C65945" w:rsidP="00371B63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C65945" w:rsidRDefault="00C65945" w:rsidP="00371B63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C65945" w:rsidRDefault="00C65945" w:rsidP="00371B63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C65945" w:rsidRDefault="00C65945" w:rsidP="00371B63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C65945" w:rsidRDefault="00C65945" w:rsidP="00371B63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C65945" w:rsidRDefault="00C65945" w:rsidP="00371B63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C65945" w:rsidRDefault="00C65945" w:rsidP="00371B63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C65945" w:rsidRDefault="00C65945" w:rsidP="00371B63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C65945" w:rsidRDefault="00BF6014" w:rsidP="00BF6014">
      <w:pPr>
        <w:pStyle w:val="af5"/>
        <w:ind w:left="600" w:hanging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105150" cy="352425"/>
            <wp:effectExtent l="0" t="0" r="0" b="0"/>
            <wp:docPr id="602077172" name="Рисунок 60207717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946" b="79541"/>
                    <a:stretch/>
                  </pic:blipFill>
                  <pic:spPr bwMode="auto">
                    <a:xfrm>
                      <a:off x="0" y="0"/>
                      <a:ext cx="3105150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5945" w:rsidRDefault="00C65945" w:rsidP="00371B63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C65945" w:rsidRDefault="00C65945" w:rsidP="00371B63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C65945" w:rsidRDefault="00C65945" w:rsidP="00C65945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>Контрольная работа №5</w:t>
      </w:r>
    </w:p>
    <w:p w:rsidR="00C65945" w:rsidRPr="00371B63" w:rsidRDefault="00C65945" w:rsidP="00C65945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 w:rsidRPr="00371B63"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>Тема: Фигуры на плоскости</w:t>
      </w:r>
    </w:p>
    <w:p w:rsidR="00C433B0" w:rsidRDefault="00C65945" w:rsidP="00C65945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 w:rsidRPr="00075146">
        <w:rPr>
          <w:noProof/>
          <w:lang w:val="ru-RU" w:eastAsia="ru-RU"/>
        </w:rPr>
        <w:drawing>
          <wp:anchor distT="0" distB="0" distL="114300" distR="114300" simplePos="0" relativeHeight="251344896" behindDoc="0" locked="0" layoutInCell="1" allowOverlap="1">
            <wp:simplePos x="0" y="0"/>
            <wp:positionH relativeFrom="column">
              <wp:posOffset>-2729865</wp:posOffset>
            </wp:positionH>
            <wp:positionV relativeFrom="paragraph">
              <wp:posOffset>2295525</wp:posOffset>
            </wp:positionV>
            <wp:extent cx="1533525" cy="142875"/>
            <wp:effectExtent l="0" t="0" r="0" b="0"/>
            <wp:wrapNone/>
            <wp:docPr id="933577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772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1B63" w:rsidRPr="00C65945"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>1. Найдите длину окружности, если ее радиус равен</w:t>
      </w:r>
      <w:r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 xml:space="preserve"> 4,5 см.</w:t>
      </w:r>
    </w:p>
    <w:p w:rsidR="00C65945" w:rsidRDefault="00C65945" w:rsidP="00C65945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>2. Найдите площадь круга, если его радиус равен 6 см.</w:t>
      </w:r>
    </w:p>
    <w:p w:rsidR="00C65945" w:rsidRDefault="00C65945" w:rsidP="00C65945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>3. С помощью циркуля и линейки постройте треугольник со сторонами 4см, 6 см и 7 см.</w:t>
      </w:r>
    </w:p>
    <w:p w:rsidR="00C65945" w:rsidRPr="00C65945" w:rsidRDefault="00C65945" w:rsidP="00C65945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 w:rsidRPr="00371B63">
        <w:rPr>
          <w:bCs/>
          <w:noProof/>
          <w:lang w:val="ru-RU" w:eastAsia="ru-RU"/>
        </w:rPr>
        <w:drawing>
          <wp:anchor distT="0" distB="0" distL="114300" distR="114300" simplePos="0" relativeHeight="251286528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81280</wp:posOffset>
            </wp:positionV>
            <wp:extent cx="3105150" cy="1323975"/>
            <wp:effectExtent l="0" t="0" r="0" b="0"/>
            <wp:wrapSquare wrapText="bothSides"/>
            <wp:docPr id="110" name="Рисунок 11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7278" b="33226"/>
                    <a:stretch/>
                  </pic:blipFill>
                  <pic:spPr bwMode="auto">
                    <a:xfrm>
                      <a:off x="0" y="0"/>
                      <a:ext cx="310515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71B63" w:rsidRPr="00371B63" w:rsidRDefault="00371B63" w:rsidP="00C65945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371B63" w:rsidRDefault="00371B63" w:rsidP="00C65945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371B63" w:rsidRPr="00371B63" w:rsidRDefault="00371B63" w:rsidP="00C65945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371B63" w:rsidRPr="00371B63" w:rsidRDefault="00371B63" w:rsidP="00C65945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371B63" w:rsidRDefault="00371B63" w:rsidP="00C65945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C65945" w:rsidRDefault="00C65945" w:rsidP="00C65945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C65945" w:rsidRPr="00371B63" w:rsidRDefault="00C65945" w:rsidP="00C65945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C433B0" w:rsidRPr="00371B63" w:rsidRDefault="00C433B0">
      <w:pPr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  <w:r w:rsidRPr="00371B63"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  <w:br w:type="page"/>
      </w:r>
    </w:p>
    <w:p w:rsidR="0012640B" w:rsidRPr="00DE218D" w:rsidRDefault="00075146" w:rsidP="0012640B">
      <w:pPr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376640" behindDoc="0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4232910</wp:posOffset>
            </wp:positionV>
            <wp:extent cx="1571625" cy="142875"/>
            <wp:effectExtent l="0" t="0" r="0" b="0"/>
            <wp:wrapNone/>
            <wp:docPr id="18129693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96939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249664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4433570</wp:posOffset>
            </wp:positionV>
            <wp:extent cx="3314065" cy="2086610"/>
            <wp:effectExtent l="0" t="0" r="0" b="0"/>
            <wp:wrapSquare wrapText="bothSides"/>
            <wp:docPr id="136" name="Рисунок 13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243"/>
                    <a:stretch/>
                  </pic:blipFill>
                  <pic:spPr bwMode="auto">
                    <a:xfrm>
                      <a:off x="0" y="0"/>
                      <a:ext cx="3314065" cy="208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372544" behindDoc="0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4195445</wp:posOffset>
            </wp:positionV>
            <wp:extent cx="1571844" cy="161948"/>
            <wp:effectExtent l="0" t="0" r="0" b="0"/>
            <wp:wrapSquare wrapText="bothSides"/>
            <wp:docPr id="21104902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490275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844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24044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4385945</wp:posOffset>
            </wp:positionV>
            <wp:extent cx="3095625" cy="2190115"/>
            <wp:effectExtent l="0" t="0" r="0" b="0"/>
            <wp:wrapSquare wrapText="bothSides"/>
            <wp:docPr id="135" name="Рисунок 13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002"/>
                    <a:stretch/>
                  </pic:blipFill>
                  <pic:spPr bwMode="auto">
                    <a:xfrm>
                      <a:off x="0" y="0"/>
                      <a:ext cx="3095625" cy="219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365376" behindDoc="0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-14605</wp:posOffset>
            </wp:positionV>
            <wp:extent cx="1562100" cy="171450"/>
            <wp:effectExtent l="0" t="0" r="0" b="0"/>
            <wp:wrapSquare wrapText="bothSides"/>
            <wp:docPr id="6046721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672124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356160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4445</wp:posOffset>
            </wp:positionV>
            <wp:extent cx="1543050" cy="152400"/>
            <wp:effectExtent l="0" t="0" r="0" b="0"/>
            <wp:wrapNone/>
            <wp:docPr id="8471915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191589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225088" behindDoc="0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175260</wp:posOffset>
            </wp:positionV>
            <wp:extent cx="3190240" cy="1139825"/>
            <wp:effectExtent l="0" t="0" r="0" b="0"/>
            <wp:wrapSquare wrapText="bothSides"/>
            <wp:docPr id="133" name="Рисунок 13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702"/>
                    <a:stretch/>
                  </pic:blipFill>
                  <pic:spPr bwMode="auto">
                    <a:xfrm>
                      <a:off x="0" y="0"/>
                      <a:ext cx="3190240" cy="113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433B0"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231232" behindDoc="0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1396365</wp:posOffset>
            </wp:positionV>
            <wp:extent cx="2978785" cy="1924050"/>
            <wp:effectExtent l="0" t="0" r="0" b="0"/>
            <wp:wrapSquare wrapText="bothSides"/>
            <wp:docPr id="134" name="Рисунок 13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640B"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257279" cy="744220"/>
            <wp:effectExtent l="0" t="0" r="0" b="0"/>
            <wp:docPr id="131" name="Рисунок 13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63"/>
                    <a:srcRect t="21184"/>
                    <a:stretch/>
                  </pic:blipFill>
                  <pic:spPr bwMode="auto">
                    <a:xfrm>
                      <a:off x="0" y="0"/>
                      <a:ext cx="3281713" cy="749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2640B"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095625" cy="3095625"/>
            <wp:effectExtent l="0" t="0" r="0" b="0"/>
            <wp:docPr id="132" name="Рисунок 13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96055" cy="30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3B0" w:rsidRDefault="00C433B0" w:rsidP="0012640B">
      <w:pPr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C433B0" w:rsidRDefault="00C433B0" w:rsidP="0012640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607791" w:rsidRDefault="00607791" w:rsidP="0012640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607791" w:rsidRDefault="00607791" w:rsidP="0012640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607791" w:rsidRDefault="00607791" w:rsidP="0012640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C433B0" w:rsidRDefault="00C433B0">
      <w:pPr>
        <w:rPr>
          <w:rFonts w:ascii="Times New Roman" w:hAnsi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br w:type="page"/>
      </w:r>
    </w:p>
    <w:p w:rsidR="0012640B" w:rsidRDefault="00075146" w:rsidP="0012640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385856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-62230</wp:posOffset>
            </wp:positionV>
            <wp:extent cx="1800476" cy="152421"/>
            <wp:effectExtent l="0" t="0" r="0" b="0"/>
            <wp:wrapNone/>
            <wp:docPr id="1848347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34709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476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321344" behindDoc="0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252095</wp:posOffset>
            </wp:positionV>
            <wp:extent cx="2819400" cy="2475230"/>
            <wp:effectExtent l="0" t="0" r="0" b="0"/>
            <wp:wrapSquare wrapText="bothSides"/>
            <wp:docPr id="140" name="Рисунок 14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478"/>
                    <a:stretch/>
                  </pic:blipFill>
                  <pic:spPr bwMode="auto">
                    <a:xfrm>
                      <a:off x="0" y="0"/>
                      <a:ext cx="2819400" cy="247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381760" behindDoc="0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-176530</wp:posOffset>
            </wp:positionV>
            <wp:extent cx="1657581" cy="161948"/>
            <wp:effectExtent l="0" t="0" r="0" b="0"/>
            <wp:wrapSquare wrapText="bothSides"/>
            <wp:docPr id="2767839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8395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58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256832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33020</wp:posOffset>
            </wp:positionV>
            <wp:extent cx="2876550" cy="1836420"/>
            <wp:effectExtent l="0" t="0" r="0" b="0"/>
            <wp:wrapSquare wrapText="bothSides"/>
            <wp:docPr id="137" name="Рисунок 137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Рисунок 137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218"/>
                    <a:stretch/>
                  </pic:blipFill>
                  <pic:spPr bwMode="auto">
                    <a:xfrm>
                      <a:off x="0" y="0"/>
                      <a:ext cx="2876550" cy="183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20BB7"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313152" behindDoc="0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3764280</wp:posOffset>
            </wp:positionV>
            <wp:extent cx="2898140" cy="2457450"/>
            <wp:effectExtent l="0" t="0" r="0" b="0"/>
            <wp:wrapSquare wrapText="bothSides"/>
            <wp:docPr id="1085371038" name="Рисунок 1085371038" descr="Изображение выглядит как текст, линия, диаграмма, Граф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371038" name="Рисунок 1085371038" descr="Изображение выглядит как текст, линия, диаграмма, График&#10;&#10;Автоматически созданное описание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0343"/>
                    <a:stretch/>
                  </pic:blipFill>
                  <pic:spPr bwMode="auto">
                    <a:xfrm>
                      <a:off x="0" y="0"/>
                      <a:ext cx="289814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20BB7"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307008" behindDoc="0" locked="0" layoutInCell="1" allowOverlap="1">
            <wp:simplePos x="0" y="0"/>
            <wp:positionH relativeFrom="column">
              <wp:posOffset>222918</wp:posOffset>
            </wp:positionH>
            <wp:positionV relativeFrom="paragraph">
              <wp:posOffset>1938655</wp:posOffset>
            </wp:positionV>
            <wp:extent cx="3190875" cy="1823467"/>
            <wp:effectExtent l="0" t="0" r="0" b="0"/>
            <wp:wrapSquare wrapText="bothSides"/>
            <wp:docPr id="138" name="Рисунок 138" descr="Изображение выглядит как текст, линия, диаграмма, Граф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Рисунок 138" descr="Изображение выглядит как текст, линия, диаграмма, График&#10;&#10;Автоматически созданное описание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9793"/>
                    <a:stretch/>
                  </pic:blipFill>
                  <pic:spPr bwMode="auto">
                    <a:xfrm>
                      <a:off x="0" y="0"/>
                      <a:ext cx="3190875" cy="1823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2640B" w:rsidRDefault="0012640B" w:rsidP="0012640B">
      <w:pPr>
        <w:contextualSpacing/>
        <w:rPr>
          <w:rFonts w:ascii="Times New Roman" w:hAnsi="Times New Roman"/>
          <w:b/>
          <w:iCs/>
          <w:noProof/>
          <w:color w:val="000000"/>
          <w:sz w:val="24"/>
          <w:szCs w:val="24"/>
        </w:rPr>
      </w:pPr>
    </w:p>
    <w:p w:rsidR="0012640B" w:rsidRPr="00DE218D" w:rsidRDefault="0012640B" w:rsidP="0012640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12640B" w:rsidRDefault="0012640B" w:rsidP="0012640B">
      <w:pPr>
        <w:rPr>
          <w:lang w:val="ru-RU"/>
        </w:rPr>
      </w:pPr>
    </w:p>
    <w:p w:rsidR="00720BB7" w:rsidRDefault="00720BB7" w:rsidP="0012640B">
      <w:pPr>
        <w:rPr>
          <w:lang w:val="ru-RU"/>
        </w:rPr>
      </w:pPr>
    </w:p>
    <w:p w:rsidR="00720BB7" w:rsidRDefault="00720BB7" w:rsidP="0012640B">
      <w:pPr>
        <w:rPr>
          <w:lang w:val="ru-RU"/>
        </w:rPr>
      </w:pPr>
    </w:p>
    <w:p w:rsidR="00720BB7" w:rsidRDefault="00720BB7" w:rsidP="0012640B">
      <w:pPr>
        <w:rPr>
          <w:lang w:val="ru-RU"/>
        </w:rPr>
      </w:pPr>
    </w:p>
    <w:p w:rsidR="00720BB7" w:rsidRDefault="00720BB7" w:rsidP="0012640B">
      <w:pPr>
        <w:rPr>
          <w:lang w:val="ru-RU"/>
        </w:rPr>
      </w:pPr>
    </w:p>
    <w:p w:rsidR="00720BB7" w:rsidRDefault="00720BB7" w:rsidP="0012640B">
      <w:pPr>
        <w:rPr>
          <w:lang w:val="ru-RU"/>
        </w:rPr>
      </w:pPr>
    </w:p>
    <w:p w:rsidR="00720BB7" w:rsidRDefault="00720BB7" w:rsidP="0012640B">
      <w:pPr>
        <w:rPr>
          <w:lang w:val="ru-RU"/>
        </w:rPr>
      </w:pP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314176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71120</wp:posOffset>
            </wp:positionV>
            <wp:extent cx="3000375" cy="864870"/>
            <wp:effectExtent l="0" t="0" r="0" b="0"/>
            <wp:wrapSquare wrapText="bothSides"/>
            <wp:docPr id="139" name="Рисунок 13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BB7" w:rsidRDefault="00720BB7" w:rsidP="0012640B">
      <w:pPr>
        <w:rPr>
          <w:lang w:val="ru-RU"/>
        </w:rPr>
      </w:pPr>
    </w:p>
    <w:p w:rsidR="00720BB7" w:rsidRDefault="00720BB7" w:rsidP="0012640B">
      <w:pPr>
        <w:rPr>
          <w:lang w:val="ru-RU"/>
        </w:rPr>
      </w:pPr>
    </w:p>
    <w:p w:rsidR="00720BB7" w:rsidRDefault="00720BB7" w:rsidP="0012640B">
      <w:pPr>
        <w:rPr>
          <w:lang w:val="ru-RU"/>
        </w:rPr>
      </w:pPr>
    </w:p>
    <w:p w:rsidR="00720BB7" w:rsidRDefault="00720BB7" w:rsidP="0012640B">
      <w:pPr>
        <w:rPr>
          <w:lang w:val="ru-RU"/>
        </w:rPr>
      </w:pPr>
    </w:p>
    <w:p w:rsidR="00720BB7" w:rsidRDefault="00720BB7" w:rsidP="0012640B">
      <w:pPr>
        <w:rPr>
          <w:lang w:val="ru-RU"/>
        </w:rPr>
      </w:pPr>
    </w:p>
    <w:p w:rsidR="00720BB7" w:rsidRPr="0012640B" w:rsidRDefault="00720BB7" w:rsidP="0012640B">
      <w:pPr>
        <w:rPr>
          <w:lang w:val="ru-RU"/>
        </w:rPr>
      </w:pPr>
    </w:p>
    <w:p w:rsidR="002E2D7F" w:rsidRPr="0012640B" w:rsidRDefault="002E2D7F">
      <w:pPr>
        <w:spacing w:after="0"/>
        <w:ind w:left="120"/>
        <w:rPr>
          <w:lang w:val="ru-RU"/>
        </w:rPr>
      </w:pPr>
    </w:p>
    <w:p w:rsidR="00786E29" w:rsidRPr="0012640B" w:rsidRDefault="00786E29">
      <w:pPr>
        <w:rPr>
          <w:lang w:val="ru-RU"/>
        </w:rPr>
        <w:sectPr w:rsidR="00786E29" w:rsidRPr="0012640B" w:rsidSect="00DC3F2C">
          <w:pgSz w:w="11906" w:h="16383"/>
          <w:pgMar w:top="1418" w:right="707" w:bottom="850" w:left="1134" w:header="720" w:footer="720" w:gutter="0"/>
          <w:cols w:space="720"/>
          <w:docGrid w:linePitch="299"/>
        </w:sectPr>
      </w:pPr>
    </w:p>
    <w:bookmarkEnd w:id="22"/>
    <w:p w:rsidR="00F410CB" w:rsidRPr="002E2D7F" w:rsidRDefault="00F410CB" w:rsidP="00F410CB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ПОУРОЧНОЕ ПЛАНИРОВАНИЕ</w:t>
      </w:r>
    </w:p>
    <w:p w:rsidR="00F410CB" w:rsidRPr="0078507B" w:rsidRDefault="00F410CB" w:rsidP="00F410C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E14A7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8507B">
        <w:rPr>
          <w:rFonts w:ascii="Times New Roman" w:hAnsi="Times New Roman"/>
          <w:b/>
          <w:color w:val="000000"/>
          <w:sz w:val="28"/>
          <w:lang w:val="ru-RU"/>
        </w:rPr>
        <w:t xml:space="preserve">6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«Б» </w:t>
      </w:r>
      <w:r w:rsidRPr="0078507B">
        <w:rPr>
          <w:rFonts w:ascii="Times New Roman" w:hAnsi="Times New Roman"/>
          <w:b/>
          <w:color w:val="000000"/>
          <w:sz w:val="28"/>
          <w:lang w:val="ru-RU"/>
        </w:rPr>
        <w:t xml:space="preserve">КЛАСС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     Учитель Клочкова Анна Юрьевна</w:t>
      </w:r>
    </w:p>
    <w:tbl>
      <w:tblPr>
        <w:tblStyle w:val="TableNormal1"/>
        <w:tblW w:w="9923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5103"/>
        <w:gridCol w:w="1559"/>
        <w:gridCol w:w="1559"/>
        <w:gridCol w:w="993"/>
      </w:tblGrid>
      <w:tr w:rsidR="00F410CB" w:rsidRPr="007B1C5C" w:rsidTr="008B1FCB">
        <w:trPr>
          <w:trHeight w:val="1147"/>
          <w:tblHeader/>
        </w:trPr>
        <w:tc>
          <w:tcPr>
            <w:tcW w:w="709" w:type="dxa"/>
            <w:vAlign w:val="center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№ урока</w:t>
            </w:r>
          </w:p>
        </w:tc>
        <w:tc>
          <w:tcPr>
            <w:tcW w:w="5103" w:type="dxa"/>
            <w:vAlign w:val="center"/>
          </w:tcPr>
          <w:p w:rsidR="00F410CB" w:rsidRPr="007B1C5C" w:rsidRDefault="00F410CB" w:rsidP="008B1FCB">
            <w:pPr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Наименование разделов и тем</w:t>
            </w:r>
          </w:p>
        </w:tc>
        <w:tc>
          <w:tcPr>
            <w:tcW w:w="1559" w:type="dxa"/>
            <w:vAlign w:val="center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Плановые сроки прохождения программы</w:t>
            </w:r>
          </w:p>
        </w:tc>
        <w:tc>
          <w:tcPr>
            <w:tcW w:w="1559" w:type="dxa"/>
            <w:vAlign w:val="center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Фактические сроки и/или коррекция</w:t>
            </w:r>
          </w:p>
        </w:tc>
        <w:tc>
          <w:tcPr>
            <w:tcW w:w="993" w:type="dxa"/>
            <w:vAlign w:val="center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Примечание</w:t>
            </w:r>
          </w:p>
        </w:tc>
      </w:tr>
      <w:tr w:rsidR="00F410CB" w:rsidRPr="007B1C5C" w:rsidTr="008B1FCB">
        <w:trPr>
          <w:trHeight w:val="299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8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Раздел 1. Натуральные числа (</w:t>
            </w:r>
            <w:r w:rsidRPr="007B1C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23</w:t>
            </w:r>
            <w:r w:rsidRPr="007B1C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ч.)</w:t>
            </w: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курса 5 класса. Натуральные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A0854" w:rsidTr="008B1FCB">
        <w:trPr>
          <w:trHeight w:val="284"/>
        </w:trPr>
        <w:tc>
          <w:tcPr>
            <w:tcW w:w="709" w:type="dxa"/>
          </w:tcPr>
          <w:p w:rsidR="00F410CB" w:rsidRPr="002E2D7F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Повторение курса 5 класса. Обыкновенные дроби 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A0854" w:rsidTr="008B1FCB">
        <w:trPr>
          <w:trHeight w:val="284"/>
        </w:trPr>
        <w:tc>
          <w:tcPr>
            <w:tcW w:w="709" w:type="dxa"/>
          </w:tcPr>
          <w:p w:rsidR="00F410CB" w:rsidRPr="002E2D7F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</w:t>
            </w:r>
          </w:p>
        </w:tc>
        <w:tc>
          <w:tcPr>
            <w:tcW w:w="5103" w:type="dxa"/>
            <w:shd w:val="clear" w:color="auto" w:fill="auto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Повторение курса 5 класса. Десятичные дроби 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95F86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</w:t>
            </w:r>
          </w:p>
        </w:tc>
        <w:tc>
          <w:tcPr>
            <w:tcW w:w="5103" w:type="dxa"/>
            <w:shd w:val="clear" w:color="auto" w:fill="auto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курса 5 класса. Геометрические фигуры.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Виды треугольников.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</w:t>
            </w:r>
          </w:p>
        </w:tc>
        <w:tc>
          <w:tcPr>
            <w:tcW w:w="5103" w:type="dxa"/>
            <w:shd w:val="clear" w:color="auto" w:fill="auto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Среднее арифметическое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</w:t>
            </w:r>
          </w:p>
        </w:tc>
        <w:tc>
          <w:tcPr>
            <w:tcW w:w="5103" w:type="dxa"/>
            <w:shd w:val="clear" w:color="auto" w:fill="auto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Среднее арифметическое 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</w:t>
            </w:r>
          </w:p>
        </w:tc>
        <w:tc>
          <w:tcPr>
            <w:tcW w:w="5103" w:type="dxa"/>
            <w:shd w:val="clear" w:color="auto" w:fill="auto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Среднее арифметическое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. Решение задач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</w:t>
            </w:r>
          </w:p>
        </w:tc>
        <w:tc>
          <w:tcPr>
            <w:tcW w:w="5103" w:type="dxa"/>
            <w:vAlign w:val="center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</w:t>
            </w:r>
          </w:p>
        </w:tc>
        <w:tc>
          <w:tcPr>
            <w:tcW w:w="5103" w:type="dxa"/>
            <w:vAlign w:val="center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A085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</w:t>
            </w:r>
          </w:p>
        </w:tc>
        <w:tc>
          <w:tcPr>
            <w:tcW w:w="5103" w:type="dxa"/>
            <w:vAlign w:val="center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A085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</w:t>
            </w:r>
          </w:p>
        </w:tc>
        <w:tc>
          <w:tcPr>
            <w:tcW w:w="5103" w:type="dxa"/>
            <w:vAlign w:val="center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A085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</w:t>
            </w:r>
          </w:p>
        </w:tc>
        <w:tc>
          <w:tcPr>
            <w:tcW w:w="5103" w:type="dxa"/>
            <w:vAlign w:val="center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A085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Делители и кратные,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Признаки деления на 10.5,2,9,3.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Делимость суммы и произвед</w:t>
            </w: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Простые и составные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A085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Наибольший общий делитель.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Взаимно простые числа.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Алгоритм нахождения НОД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A085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на нахождение НОД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A085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Наименьшее общее кратное натуральных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Алгоритм нахождения НОК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A085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на нахождение НОК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A0854" w:rsidTr="008B1FCB">
        <w:trPr>
          <w:trHeight w:val="55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1244D1" w:rsidTr="008B1FCB">
        <w:trPr>
          <w:trHeight w:val="284"/>
        </w:trPr>
        <w:tc>
          <w:tcPr>
            <w:tcW w:w="709" w:type="dxa"/>
            <w:shd w:val="clear" w:color="auto" w:fill="DEEAF6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23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Контрольная работа №1 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8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2. Дроби (</w:t>
            </w: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41</w:t>
            </w: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ч.)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Основное свойство дроби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Сокращение дробей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Сокращение дробей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567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 w:right="892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Приведение дробей к общему знаменателю.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Сравнение дробей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Сложение и вычитание дробей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A085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примеров на сложение и вычитания дробей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A085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30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Действие сложения и вычитания смешанных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Дробные выражен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и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A085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примеров на действия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сложения и вычитания смешанных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A085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shd w:val="clear" w:color="auto" w:fill="DEEAF6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34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№2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Умножение дробей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Действие умножения смешанных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A085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Решение примеров на действие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у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множения смешанных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B616F7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Нахождение дроби от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Нахождение дроби от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Деление дробей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A085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примеров на действие деления смешанных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текстовых задач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текстовых задач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A0854" w:rsidTr="008B1FCB">
        <w:trPr>
          <w:trHeight w:val="295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 w:right="4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Нахождение числа по значению его дроби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A0854" w:rsidTr="008B1FCB">
        <w:trPr>
          <w:trHeight w:val="272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 w:right="4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Нахождение числа по значению его дроби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A0854" w:rsidTr="008B1FCB">
        <w:trPr>
          <w:trHeight w:val="567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 w:right="50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Преобразование обыкновенных дробей десятичные. Бесконечные периодические десятичные дроби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A0854" w:rsidTr="008B1FCB">
        <w:trPr>
          <w:trHeight w:val="567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 w:right="3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 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  <w:shd w:val="clear" w:color="auto" w:fill="DEEAF6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50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 xml:space="preserve">Контрольная работа № 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3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Отношения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Отношения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Пропорции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tcBorders>
              <w:top w:val="nil"/>
            </w:tcBorders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54</w:t>
            </w:r>
          </w:p>
        </w:tc>
        <w:tc>
          <w:tcPr>
            <w:tcW w:w="5103" w:type="dxa"/>
            <w:tcBorders>
              <w:top w:val="nil"/>
            </w:tcBorders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Пропорции</w:t>
            </w:r>
          </w:p>
        </w:tc>
        <w:tc>
          <w:tcPr>
            <w:tcW w:w="1559" w:type="dxa"/>
            <w:tcBorders>
              <w:top w:val="nil"/>
            </w:tcBorders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Пропорции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Пропорции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Процентное отношение двух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Процентное отношение двух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Процентное отношение двух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A0854" w:rsidTr="008B1FCB">
        <w:trPr>
          <w:trHeight w:val="567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 w:right="109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Прямая и обратная пропорциональные зависимости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A0854" w:rsidTr="008B1FCB">
        <w:trPr>
          <w:trHeight w:val="567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 w:right="109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Прямая и обратная пропорциональные зависимости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A085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Деление числа в данном отношении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A085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Повторение и систематизация учебного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материала</w:t>
            </w:r>
          </w:p>
        </w:tc>
        <w:tc>
          <w:tcPr>
            <w:tcW w:w="1559" w:type="dxa"/>
          </w:tcPr>
          <w:p w:rsidR="00F410CB" w:rsidRPr="001244D1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1244D1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1244D1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1244D1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64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Контрольная работа №</w:t>
            </w: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4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8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Раздел 3 Наглядная геометрия</w:t>
            </w:r>
            <w:proofErr w:type="gramStart"/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 xml:space="preserve"> .</w:t>
            </w:r>
            <w:proofErr w:type="gramEnd"/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Фигуры на плоскости. (10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.</w:t>
            </w:r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Окружность и круг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Длина окружности. Площадь круга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Длина окружности. Площадь круга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99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Площадь фигур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99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 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1244D1" w:rsidTr="008B1FCB">
        <w:trPr>
          <w:trHeight w:val="299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Контрольная работа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№5 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301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11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4 Положительные и отрицательные числа (44 ч.)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Положи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т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ельные и отрицательные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Положительные и отрицательные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Координатная прямая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Координатная прямая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Координатная прямая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Целые числа. Рациональные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Целые числа. Рациональные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Модуль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Модуль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Модуль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Сравнение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Сравнение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301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Сравнение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 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shd w:val="clear" w:color="auto" w:fill="DEEAF6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89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6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Сложение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Сложение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Сложение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Сложение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7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Свойства сложения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60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Свойства сложения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Вычитание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Вычитание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Вычитание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Вычитание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100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 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shd w:val="clear" w:color="auto" w:fill="DEEAF6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101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7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Умножение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Умножение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Умножение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Умножение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567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Переместительное и сочетательное свойство умножения рациональных чисел.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Коэффициент.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567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Переместительное и сочетательное свойство умножения рациональных чисел.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Коэффициент.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567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Переместительное и сочетательное свойство умножения рациональных чисел.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Коэффициент.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17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21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11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01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05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Деление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Деление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Деление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 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shd w:val="clear" w:color="auto" w:fill="DEEAF6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118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8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A0854" w:rsidTr="008B1FCB">
        <w:trPr>
          <w:trHeight w:val="301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11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Раздел 5 Выражения с буквами (10 ч.)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A0854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с помощью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A085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с помощью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A085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с помощью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A085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с помощью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A085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с помощью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shd w:val="clear" w:color="auto" w:fill="DEEAF6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128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9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A0854" w:rsidTr="008B1FCB">
        <w:trPr>
          <w:trHeight w:val="301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11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6. Наглядная геометрия.  Прямые на плоскости (6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ч.)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Перпендикулярные прямые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Перпендикулярные прямые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Перпендикулярные прямые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Параллельные прямые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Параллельные прямые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A0854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A0854" w:rsidTr="008B1FCB">
        <w:trPr>
          <w:trHeight w:val="284"/>
        </w:trPr>
        <w:tc>
          <w:tcPr>
            <w:tcW w:w="9923" w:type="dxa"/>
            <w:gridSpan w:val="5"/>
          </w:tcPr>
          <w:p w:rsidR="00F410CB" w:rsidRPr="007B1C5C" w:rsidRDefault="00F410CB" w:rsidP="008B1FCB">
            <w:pPr>
              <w:spacing w:before="11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Раздел 7. Наглядная геометрия.  Симметрия (4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ч.)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Осевая и центральная симметрии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Осевая и центральная симметрии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Построение симмет</w:t>
            </w: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Pr="007B1C5C">
              <w:rPr>
                <w:rFonts w:ascii="Times New Roman" w:hAnsi="Times New Roman"/>
                <w:color w:val="000000"/>
                <w:sz w:val="24"/>
              </w:rPr>
              <w:t>ичных фигур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A0854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</w:t>
            </w: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Осевая симметрия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A0854" w:rsidTr="008B1FCB">
        <w:trPr>
          <w:trHeight w:val="301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11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8. Представление данных. Координатная плоскость (8 ч.)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Координатная плоскость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tcBorders>
              <w:top w:val="nil"/>
            </w:tcBorders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140</w:t>
            </w:r>
          </w:p>
        </w:tc>
        <w:tc>
          <w:tcPr>
            <w:tcW w:w="5103" w:type="dxa"/>
            <w:tcBorders>
              <w:top w:val="nil"/>
            </w:tcBorders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Координатная плоскость</w:t>
            </w:r>
          </w:p>
        </w:tc>
        <w:tc>
          <w:tcPr>
            <w:tcW w:w="1559" w:type="dxa"/>
            <w:tcBorders>
              <w:top w:val="nil"/>
            </w:tcBorders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Графики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Графики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60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Диаграммы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68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Диаграммы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A0854" w:rsidTr="008B1FCB">
        <w:trPr>
          <w:trHeight w:val="567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shd w:val="clear" w:color="auto" w:fill="DEEAF6"/>
          </w:tcPr>
          <w:p w:rsidR="00F410CB" w:rsidRPr="00E93BA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146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 1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0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460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8"/>
              <w:ind w:left="141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3"/>
                <w:szCs w:val="23"/>
                <w:lang w:val="ru-RU"/>
              </w:rPr>
              <w:t>Раздел 9. Наглядная геометрия. Фигуры в пространстве. (7</w:t>
            </w:r>
            <w:r>
              <w:rPr>
                <w:rFonts w:ascii="Times New Roman" w:eastAsia="Times New Roman" w:hAnsi="Times New Roman" w:cs="Times New Roman"/>
                <w:b/>
                <w:iCs/>
                <w:sz w:val="23"/>
                <w:szCs w:val="23"/>
                <w:lang w:val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3"/>
                <w:szCs w:val="23"/>
                <w:lang w:val="ru-RU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iCs/>
                <w:sz w:val="23"/>
                <w:szCs w:val="23"/>
                <w:lang w:val="ru-RU"/>
              </w:rPr>
              <w:t>.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3"/>
                <w:szCs w:val="23"/>
                <w:lang w:val="ru-RU"/>
              </w:rPr>
              <w:t>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Цилиндр.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К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онус.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Ш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ар.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A0854" w:rsidTr="008B1FCB">
        <w:trPr>
          <w:trHeight w:val="284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A0854" w:rsidTr="008B1FCB">
        <w:trPr>
          <w:trHeight w:val="284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A085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A085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A0854" w:rsidTr="008B1FCB">
        <w:trPr>
          <w:trHeight w:val="251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A0854" w:rsidTr="008B1FCB">
        <w:trPr>
          <w:trHeight w:val="273"/>
        </w:trPr>
        <w:tc>
          <w:tcPr>
            <w:tcW w:w="9923" w:type="dxa"/>
            <w:gridSpan w:val="5"/>
            <w:shd w:val="clear" w:color="auto" w:fill="D9D9D9" w:themeFill="background1" w:themeFillShade="D9"/>
          </w:tcPr>
          <w:p w:rsidR="00F410CB" w:rsidRPr="00F410CB" w:rsidRDefault="00F410CB" w:rsidP="008B1FCB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  <w:lang w:val="ru-RU" w:bidi="ru-RU"/>
              </w:rPr>
            </w:pPr>
            <w:r w:rsidRPr="00F410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  <w:lang w:val="ru-RU" w:bidi="ru-RU"/>
              </w:rPr>
              <w:t>Раздел 10.</w:t>
            </w:r>
            <w:r w:rsidRPr="00F410CB">
              <w:rPr>
                <w:rFonts w:ascii="Times New Roman" w:hAnsi="Times New Roman"/>
                <w:b/>
                <w:bCs/>
                <w:color w:val="000000"/>
                <w:sz w:val="24"/>
                <w:highlight w:val="lightGray"/>
                <w:lang w:val="ru-RU"/>
              </w:rPr>
              <w:t xml:space="preserve"> Повторение, обобщение, систематизация</w:t>
            </w:r>
            <w:r w:rsidRPr="00F410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  <w:lang w:val="ru-RU" w:bidi="ru-RU"/>
              </w:rPr>
              <w:t xml:space="preserve"> (17 ч.)</w:t>
            </w: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Итоговая контрольная №11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167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Итоговый урок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170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Итоговый урок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</w:tbl>
    <w:p w:rsidR="00F410CB" w:rsidRDefault="00F410CB" w:rsidP="00F410CB">
      <w:pPr>
        <w:pStyle w:val="af0"/>
        <w:rPr>
          <w:rFonts w:ascii="Times New Roman" w:hAnsi="Times New Roman"/>
          <w:b w:val="0"/>
          <w:color w:val="000000"/>
          <w:sz w:val="28"/>
        </w:rPr>
      </w:pPr>
    </w:p>
    <w:p w:rsidR="00F410CB" w:rsidRDefault="00F410CB" w:rsidP="00F410CB">
      <w:pPr>
        <w:rPr>
          <w:rFonts w:ascii="Times New Roman" w:hAnsi="Times New Roman"/>
          <w:bCs/>
          <w:color w:val="000000"/>
          <w:sz w:val="28"/>
          <w:szCs w:val="18"/>
        </w:rPr>
      </w:pPr>
      <w:r>
        <w:rPr>
          <w:rFonts w:ascii="Times New Roman" w:hAnsi="Times New Roman"/>
          <w:b/>
          <w:color w:val="000000"/>
          <w:sz w:val="28"/>
        </w:rPr>
        <w:br w:type="page"/>
      </w:r>
    </w:p>
    <w:p w:rsidR="00F410CB" w:rsidRPr="00E02E20" w:rsidRDefault="00F410CB" w:rsidP="00F410CB">
      <w:pPr>
        <w:spacing w:after="0"/>
        <w:ind w:left="120"/>
        <w:rPr>
          <w:lang w:val="ru-RU"/>
        </w:rPr>
      </w:pPr>
      <w:r w:rsidRPr="00E02E20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F410CB" w:rsidRPr="00E02E20" w:rsidRDefault="00F410CB" w:rsidP="00F410CB">
      <w:pPr>
        <w:spacing w:after="0" w:line="480" w:lineRule="auto"/>
        <w:ind w:left="120"/>
        <w:rPr>
          <w:lang w:val="ru-RU"/>
        </w:rPr>
      </w:pPr>
      <w:r w:rsidRPr="00E02E20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F410CB" w:rsidRPr="000066E9" w:rsidRDefault="00F410CB" w:rsidP="00F410CB">
      <w:pPr>
        <w:pStyle w:val="af5"/>
        <w:numPr>
          <w:ilvl w:val="0"/>
          <w:numId w:val="16"/>
        </w:numPr>
        <w:spacing w:after="0" w:line="0" w:lineRule="atLeast"/>
        <w:jc w:val="both"/>
        <w:rPr>
          <w:rFonts w:ascii="Times New Roman" w:eastAsia="Times New Roman" w:hAnsi="Times New Roman" w:cs="Arial"/>
          <w:sz w:val="20"/>
          <w:szCs w:val="20"/>
          <w:lang w:val="ru-RU" w:eastAsia="ru-RU"/>
        </w:rPr>
      </w:pPr>
      <w:r w:rsidRPr="000066E9">
        <w:rPr>
          <w:rFonts w:ascii="Times New Roman" w:hAnsi="Times New Roman"/>
          <w:color w:val="000000"/>
          <w:sz w:val="28"/>
          <w:lang w:val="ru-RU"/>
        </w:rPr>
        <w:t>​‌‌​</w:t>
      </w: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</w:t>
      </w:r>
      <w:proofErr w:type="gramStart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Мерзляк</w:t>
      </w:r>
      <w:proofErr w:type="gramEnd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А.Г., Полонский В.Б., Якир М.С.; под редакцией Подольского В.Е., Математика, Общество с ограниченной ответственностью "Издательский центр ВЕНТАНА-ГРАФ"</w:t>
      </w:r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>, 2018-2020</w:t>
      </w: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; Акционерное общество "Издательство Просвещение"</w:t>
      </w:r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>, 2021</w:t>
      </w: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.</w:t>
      </w:r>
    </w:p>
    <w:p w:rsidR="00F410CB" w:rsidRPr="00E02E20" w:rsidRDefault="00F410CB" w:rsidP="00F410CB">
      <w:pPr>
        <w:spacing w:after="0" w:line="480" w:lineRule="auto"/>
        <w:ind w:left="120"/>
        <w:rPr>
          <w:lang w:val="ru-RU"/>
        </w:rPr>
      </w:pPr>
      <w:r w:rsidRPr="00E02E20">
        <w:rPr>
          <w:rFonts w:ascii="Times New Roman" w:hAnsi="Times New Roman"/>
          <w:color w:val="000000"/>
          <w:sz w:val="28"/>
          <w:lang w:val="ru-RU"/>
        </w:rPr>
        <w:t>‌‌​</w:t>
      </w:r>
    </w:p>
    <w:p w:rsidR="00F410CB" w:rsidRPr="00E02E20" w:rsidRDefault="00F410CB" w:rsidP="00F410CB">
      <w:pPr>
        <w:spacing w:after="0" w:line="480" w:lineRule="auto"/>
        <w:ind w:left="120"/>
        <w:rPr>
          <w:lang w:val="ru-RU"/>
        </w:rPr>
      </w:pPr>
      <w:r w:rsidRPr="00E02E2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410CB" w:rsidRPr="000066E9" w:rsidRDefault="00F410CB" w:rsidP="00F410CB">
      <w:pPr>
        <w:pStyle w:val="af5"/>
        <w:numPr>
          <w:ilvl w:val="0"/>
          <w:numId w:val="17"/>
        </w:numPr>
        <w:spacing w:after="0" w:line="0" w:lineRule="atLeast"/>
        <w:jc w:val="both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  <w:r w:rsidRPr="000066E9">
        <w:rPr>
          <w:rFonts w:ascii="Times New Roman" w:hAnsi="Times New Roman"/>
          <w:color w:val="000000"/>
          <w:sz w:val="28"/>
          <w:lang w:val="ru-RU"/>
        </w:rPr>
        <w:t>​‌‌​</w:t>
      </w: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Математика: 6 класс: дидактические материалы: пособие для учащихся общеобразовательных организаций / А.Г. </w:t>
      </w:r>
      <w:proofErr w:type="gramStart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Мерзляк</w:t>
      </w:r>
      <w:proofErr w:type="gramEnd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, В.Б. Полонский, Е.М. Рабинович, М.С. Якир. — М.: Вентана-Граф, 2018. </w:t>
      </w:r>
    </w:p>
    <w:p w:rsidR="00F410CB" w:rsidRDefault="00F410CB" w:rsidP="00F410CB">
      <w:pPr>
        <w:pStyle w:val="af5"/>
        <w:numPr>
          <w:ilvl w:val="0"/>
          <w:numId w:val="17"/>
        </w:numPr>
        <w:spacing w:after="0" w:line="0" w:lineRule="atLeast"/>
        <w:jc w:val="both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Математика: 6 класс: методическое пособие / А.Г. </w:t>
      </w:r>
      <w:proofErr w:type="gramStart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Мерзляк</w:t>
      </w:r>
      <w:proofErr w:type="gramEnd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, В.Б. Полонский, М.С. Якир. — М.: Вентана-Граф, 2018.</w:t>
      </w:r>
    </w:p>
    <w:p w:rsidR="00F410CB" w:rsidRPr="000066E9" w:rsidRDefault="00F410CB" w:rsidP="00F410CB">
      <w:pPr>
        <w:pStyle w:val="af5"/>
        <w:numPr>
          <w:ilvl w:val="0"/>
          <w:numId w:val="17"/>
        </w:numPr>
        <w:spacing w:after="0" w:line="0" w:lineRule="atLeast"/>
        <w:jc w:val="both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>Рабочая тетрадь по математике. В двух частях.6 класс</w:t>
      </w:r>
      <w:proofErr w:type="gramStart"/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:</w:t>
      </w:r>
      <w:proofErr w:type="gramEnd"/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к учебнику Виленкина и др. «Математика. 6 класс» / Т.М. Ерина – 26-е изд., перераб. и доп. – М: Издательство «Экзамен», 2024</w:t>
      </w:r>
    </w:p>
    <w:p w:rsidR="00F410CB" w:rsidRPr="00E02E20" w:rsidRDefault="00F410CB" w:rsidP="00F410CB">
      <w:pPr>
        <w:spacing w:after="0" w:line="480" w:lineRule="auto"/>
        <w:ind w:left="120"/>
        <w:rPr>
          <w:lang w:val="ru-RU"/>
        </w:rPr>
      </w:pPr>
    </w:p>
    <w:p w:rsidR="00F410CB" w:rsidRPr="00E02E20" w:rsidRDefault="00F410CB" w:rsidP="00F410CB">
      <w:pPr>
        <w:spacing w:after="0"/>
        <w:ind w:left="120"/>
        <w:rPr>
          <w:lang w:val="ru-RU"/>
        </w:rPr>
      </w:pPr>
    </w:p>
    <w:p w:rsidR="00F410CB" w:rsidRPr="000066E9" w:rsidRDefault="00F410CB" w:rsidP="00F410CB">
      <w:pPr>
        <w:spacing w:after="0" w:line="480" w:lineRule="auto"/>
        <w:ind w:left="120"/>
        <w:rPr>
          <w:lang w:val="ru-RU"/>
        </w:rPr>
      </w:pPr>
      <w:r w:rsidRPr="00EF024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</w:t>
      </w:r>
    </w:p>
    <w:p w:rsidR="00F410CB" w:rsidRDefault="00D31AF3" w:rsidP="00F410CB">
      <w:pPr>
        <w:spacing w:after="0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  <w:hyperlink r:id="rId71" w:history="1">
        <w:r w:rsidR="00F410CB" w:rsidRPr="00A51FA2">
          <w:rPr>
            <w:rStyle w:val="ae"/>
            <w:rFonts w:ascii="Times New Roman" w:eastAsia="Times New Roman" w:hAnsi="Times New Roman" w:cs="Arial"/>
            <w:sz w:val="24"/>
            <w:szCs w:val="20"/>
            <w:lang w:val="ru-RU" w:eastAsia="ru-RU"/>
          </w:rPr>
          <w:t>https://resh.edu.ru/subject/12/6/</w:t>
        </w:r>
      </w:hyperlink>
    </w:p>
    <w:p w:rsidR="00F410CB" w:rsidRDefault="00F410CB" w:rsidP="00F410CB">
      <w:pPr>
        <w:spacing w:after="0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</w:p>
    <w:p w:rsidR="00F410CB" w:rsidRDefault="00D31AF3" w:rsidP="00F410CB">
      <w:pPr>
        <w:spacing w:after="0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  <w:hyperlink r:id="rId72" w:history="1">
        <w:r w:rsidR="00F410CB" w:rsidRPr="00A51FA2">
          <w:rPr>
            <w:rStyle w:val="ae"/>
            <w:rFonts w:ascii="Times New Roman" w:eastAsia="Times New Roman" w:hAnsi="Times New Roman" w:cs="Arial"/>
            <w:sz w:val="24"/>
            <w:szCs w:val="20"/>
            <w:lang w:val="ru-RU" w:eastAsia="ru-RU"/>
          </w:rPr>
          <w:t>https://lesson.academy-content.myschool.edu.ru/02.1/06</w:t>
        </w:r>
      </w:hyperlink>
    </w:p>
    <w:p w:rsidR="00F410CB" w:rsidRPr="0012640B" w:rsidRDefault="00F410CB" w:rsidP="00F410CB">
      <w:pPr>
        <w:pStyle w:val="af0"/>
        <w:rPr>
          <w:rFonts w:ascii="Times New Roman" w:hAnsi="Times New Roman"/>
          <w:b w:val="0"/>
          <w:color w:val="000000"/>
          <w:sz w:val="28"/>
          <w:lang w:val="ru-RU"/>
        </w:rPr>
      </w:pPr>
    </w:p>
    <w:p w:rsidR="00F410CB" w:rsidRDefault="00F410CB" w:rsidP="00F410CB">
      <w:pPr>
        <w:rPr>
          <w:lang w:val="ru-RU"/>
        </w:rPr>
      </w:pPr>
      <w:r>
        <w:rPr>
          <w:lang w:val="ru-RU"/>
        </w:rPr>
        <w:br w:type="page"/>
      </w:r>
    </w:p>
    <w:p w:rsidR="00F410CB" w:rsidRPr="000066E9" w:rsidRDefault="00F410CB" w:rsidP="00F410CB">
      <w:pPr>
        <w:spacing w:line="240" w:lineRule="auto"/>
        <w:ind w:right="-1"/>
        <w:contextualSpacing/>
        <w:jc w:val="right"/>
        <w:rPr>
          <w:rFonts w:ascii="Times New Roman" w:eastAsiaTheme="minorEastAsia" w:hAnsi="Times New Roman"/>
          <w:bCs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bCs/>
          <w:sz w:val="24"/>
          <w:szCs w:val="24"/>
          <w:lang w:val="ru-RU"/>
        </w:rPr>
        <w:lastRenderedPageBreak/>
        <w:t>ПРИЛОЖЕНИЕ №</w:t>
      </w:r>
      <w:r w:rsidRPr="000066E9">
        <w:rPr>
          <w:rFonts w:ascii="Times New Roman" w:eastAsiaTheme="minorEastAsia" w:hAnsi="Times New Roman"/>
          <w:bCs/>
          <w:sz w:val="24"/>
          <w:szCs w:val="24"/>
          <w:u w:val="single"/>
          <w:lang w:val="ru-RU"/>
        </w:rPr>
        <w:tab/>
      </w:r>
      <w:r>
        <w:rPr>
          <w:rFonts w:ascii="Times New Roman" w:eastAsiaTheme="minorEastAsia" w:hAnsi="Times New Roman"/>
          <w:bCs/>
          <w:sz w:val="24"/>
          <w:szCs w:val="24"/>
          <w:u w:val="single"/>
          <w:lang w:val="ru-RU"/>
        </w:rPr>
        <w:t xml:space="preserve"> ____</w:t>
      </w:r>
    </w:p>
    <w:p w:rsidR="00F410CB" w:rsidRPr="000066E9" w:rsidRDefault="00F410CB" w:rsidP="00F410CB">
      <w:pPr>
        <w:spacing w:line="240" w:lineRule="auto"/>
        <w:contextualSpacing/>
        <w:rPr>
          <w:rFonts w:ascii="Times New Roman" w:eastAsiaTheme="minorEastAsia" w:hAnsi="Times New Roman"/>
          <w:bCs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Cs/>
          <w:sz w:val="24"/>
          <w:szCs w:val="24"/>
          <w:lang w:val="ru-RU"/>
        </w:rPr>
        <w:t xml:space="preserve">Учитель математики: </w:t>
      </w:r>
      <w:r>
        <w:rPr>
          <w:rFonts w:ascii="Times New Roman" w:eastAsiaTheme="minorEastAsia" w:hAnsi="Times New Roman"/>
          <w:bCs/>
          <w:sz w:val="24"/>
          <w:szCs w:val="24"/>
          <w:lang w:val="ru-RU"/>
        </w:rPr>
        <w:t>Клочкова</w:t>
      </w:r>
      <w:r w:rsidRPr="000066E9">
        <w:rPr>
          <w:rFonts w:ascii="Times New Roman" w:eastAsiaTheme="minorEastAsia" w:hAnsi="Times New Roman"/>
          <w:bCs/>
          <w:sz w:val="24"/>
          <w:szCs w:val="24"/>
          <w:lang w:val="ru-RU"/>
        </w:rPr>
        <w:t xml:space="preserve"> </w:t>
      </w:r>
      <w:r>
        <w:rPr>
          <w:rFonts w:ascii="Times New Roman" w:eastAsiaTheme="minorEastAsia" w:hAnsi="Times New Roman"/>
          <w:bCs/>
          <w:sz w:val="24"/>
          <w:szCs w:val="24"/>
          <w:lang w:val="ru-RU"/>
        </w:rPr>
        <w:t>А</w:t>
      </w:r>
      <w:r w:rsidRPr="000066E9">
        <w:rPr>
          <w:rFonts w:ascii="Times New Roman" w:eastAsiaTheme="minorEastAsia" w:hAnsi="Times New Roman"/>
          <w:bCs/>
          <w:sz w:val="24"/>
          <w:szCs w:val="24"/>
          <w:lang w:val="ru-RU"/>
        </w:rPr>
        <w:t>.</w:t>
      </w:r>
      <w:r>
        <w:rPr>
          <w:rFonts w:ascii="Times New Roman" w:eastAsiaTheme="minorEastAsia" w:hAnsi="Times New Roman"/>
          <w:bCs/>
          <w:sz w:val="24"/>
          <w:szCs w:val="24"/>
          <w:lang w:val="ru-RU"/>
        </w:rPr>
        <w:t>Ю.</w:t>
      </w:r>
    </w:p>
    <w:p w:rsidR="00F410CB" w:rsidRPr="000066E9" w:rsidRDefault="00F410CB" w:rsidP="00F410CB">
      <w:pPr>
        <w:spacing w:line="240" w:lineRule="auto"/>
        <w:contextualSpacing/>
        <w:rPr>
          <w:rFonts w:ascii="Times New Roman" w:eastAsiaTheme="minorEastAsia" w:hAnsi="Times New Roman"/>
          <w:bCs/>
          <w:sz w:val="24"/>
          <w:szCs w:val="24"/>
          <w:u w:val="single"/>
          <w:lang w:val="ru-RU"/>
        </w:rPr>
      </w:pPr>
    </w:p>
    <w:p w:rsidR="00F410CB" w:rsidRPr="000066E9" w:rsidRDefault="00F410CB" w:rsidP="00F410CB">
      <w:pPr>
        <w:spacing w:line="240" w:lineRule="auto"/>
        <w:contextualSpacing/>
        <w:jc w:val="center"/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lang w:val="ru-RU"/>
        </w:rPr>
        <w:t>ОЦЕНОЧНЫЕ ПРОЦЕДУРЫ</w:t>
      </w:r>
    </w:p>
    <w:p w:rsidR="00F410CB" w:rsidRPr="000066E9" w:rsidRDefault="00F410CB" w:rsidP="00F410CB">
      <w:pPr>
        <w:spacing w:line="240" w:lineRule="auto"/>
        <w:contextualSpacing/>
        <w:jc w:val="center"/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u w:val="single"/>
          <w:lang w:val="ru-RU"/>
        </w:rPr>
      </w:pPr>
      <w:r w:rsidRPr="000066E9"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lang w:val="ru-RU"/>
        </w:rPr>
        <w:t xml:space="preserve">по предмету </w:t>
      </w:r>
      <w:r w:rsidRPr="000066E9"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u w:val="single"/>
          <w:lang w:val="ru-RU"/>
        </w:rPr>
        <w:t>МАТЕМАТИКА, 6 «</w:t>
      </w:r>
      <w:r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u w:val="single"/>
          <w:lang w:val="ru-RU"/>
        </w:rPr>
        <w:t>Б</w:t>
      </w:r>
      <w:r w:rsidRPr="000066E9"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u w:val="single"/>
          <w:lang w:val="ru-RU"/>
        </w:rPr>
        <w:t>» класс</w:t>
      </w:r>
    </w:p>
    <w:p w:rsidR="00F410CB" w:rsidRPr="000066E9" w:rsidRDefault="00F410CB" w:rsidP="00F410CB">
      <w:pPr>
        <w:spacing w:line="240" w:lineRule="auto"/>
        <w:contextualSpacing/>
        <w:jc w:val="center"/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lang w:val="ru-RU"/>
        </w:rPr>
      </w:pPr>
    </w:p>
    <w:tbl>
      <w:tblPr>
        <w:tblStyle w:val="16"/>
        <w:tblW w:w="10031" w:type="dxa"/>
        <w:tblLook w:val="04A0"/>
      </w:tblPr>
      <w:tblGrid>
        <w:gridCol w:w="1413"/>
        <w:gridCol w:w="2835"/>
        <w:gridCol w:w="5783"/>
      </w:tblGrid>
      <w:tr w:rsidR="00F410CB" w:rsidRPr="00743864" w:rsidTr="008B1FCB">
        <w:tc>
          <w:tcPr>
            <w:tcW w:w="10031" w:type="dxa"/>
            <w:gridSpan w:val="3"/>
          </w:tcPr>
          <w:p w:rsidR="00F410CB" w:rsidRPr="000066E9" w:rsidRDefault="00F410CB" w:rsidP="008B1FCB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График проведения для 6 «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Б</w:t>
            </w:r>
            <w:r w:rsidRPr="000066E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» класса</w:t>
            </w:r>
          </w:p>
        </w:tc>
      </w:tr>
      <w:tr w:rsidR="00F410CB" w:rsidRPr="000066E9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Вид оценочной работы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работы</w:t>
            </w:r>
          </w:p>
        </w:tc>
      </w:tr>
      <w:tr w:rsidR="00F410CB" w:rsidRPr="000066E9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01/10/2023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№1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C6CC5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Натуральные числа</w:t>
            </w:r>
          </w:p>
        </w:tc>
      </w:tr>
      <w:tr w:rsidR="00F410CB" w:rsidRPr="00743864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25/10/2023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№2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Сравнение, сложение и вычитание дробей</w:t>
            </w:r>
          </w:p>
        </w:tc>
      </w:tr>
      <w:tr w:rsidR="00F410CB" w:rsidRPr="000066E9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16/11/2023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№3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</w:rPr>
              <w:t>Умножение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и</w:t>
            </w:r>
            <w:r w:rsidRPr="000066E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</w:t>
            </w:r>
            <w:r w:rsidRPr="000066E9">
              <w:rPr>
                <w:rFonts w:ascii="Times New Roman" w:hAnsi="Times New Roman"/>
                <w:bCs/>
                <w:sz w:val="24"/>
                <w:szCs w:val="24"/>
              </w:rPr>
              <w:t xml:space="preserve">еление дробей </w:t>
            </w:r>
          </w:p>
        </w:tc>
      </w:tr>
      <w:tr w:rsidR="00F410CB" w:rsidRPr="00743864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13/12/2023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Отношения и пропорции. Процентное отношение двух чисел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Прямая и обратная пропорциональные зависимости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</w:tc>
      </w:tr>
      <w:tr w:rsidR="00F410CB" w:rsidRPr="000066E9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27/12/2023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0B91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Фигуры на плоскости</w:t>
            </w:r>
          </w:p>
        </w:tc>
      </w:tr>
      <w:tr w:rsidR="00F410CB" w:rsidRPr="00743864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25/01/2024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Рациональные числа. Сравнение рациональных чисел</w:t>
            </w:r>
          </w:p>
        </w:tc>
      </w:tr>
      <w:tr w:rsidR="00F410CB" w:rsidRPr="00743864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12/02/2024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Сложение и вычитание рациональных чисел</w:t>
            </w:r>
          </w:p>
        </w:tc>
      </w:tr>
      <w:tr w:rsidR="00F410CB" w:rsidRPr="00743864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13/03/2024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Умножение и деление рациональных чисел</w:t>
            </w:r>
          </w:p>
        </w:tc>
      </w:tr>
      <w:tr w:rsidR="00F410CB" w:rsidRPr="00743864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27/03/2024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Решение уравнений и решение задач с помощью уравнений</w:t>
            </w:r>
          </w:p>
        </w:tc>
      </w:tr>
      <w:tr w:rsidR="00F410CB" w:rsidRPr="000066E9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29/04/2024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Перпендикулярные и параллельные прямые. Осевая и центральная симметрии. </w:t>
            </w:r>
            <w:r w:rsidRPr="000066E9">
              <w:rPr>
                <w:rFonts w:ascii="Times New Roman" w:hAnsi="Times New Roman"/>
                <w:bCs/>
                <w:sz w:val="24"/>
                <w:szCs w:val="24"/>
              </w:rPr>
              <w:t>Координатная плоскость. Графики</w:t>
            </w:r>
          </w:p>
        </w:tc>
      </w:tr>
      <w:tr w:rsidR="00F410CB" w:rsidRPr="00743864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16/05/2024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Повторение и систематизация знаний учащихся</w:t>
            </w:r>
          </w:p>
        </w:tc>
      </w:tr>
    </w:tbl>
    <w:p w:rsidR="00F410CB" w:rsidRPr="000066E9" w:rsidRDefault="00F410CB" w:rsidP="00F410CB">
      <w:pPr>
        <w:spacing w:line="240" w:lineRule="auto"/>
        <w:ind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-306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заданий.</w:t>
      </w:r>
    </w:p>
    <w:p w:rsidR="00F410CB" w:rsidRPr="000066E9" w:rsidRDefault="00F410CB" w:rsidP="00F410CB">
      <w:pPr>
        <w:spacing w:line="240" w:lineRule="auto"/>
        <w:ind w:right="-306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 xml:space="preserve">Основой науки математика являются вычисления и построение логических рассуждений на базе знания закономерностей и взаимосвязей между объектами и величинами. </w:t>
      </w:r>
    </w:p>
    <w:p w:rsidR="00F410CB" w:rsidRPr="000066E9" w:rsidRDefault="00F410CB" w:rsidP="00F410CB">
      <w:pPr>
        <w:spacing w:line="240" w:lineRule="auto"/>
        <w:ind w:right="-306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Для проверки теоретических знаний проводятся теоретические опросы/тесты, которые оцениваются с выставлением отметки «5», «4», «3», «2» или по принципу «зачет/незачет».</w:t>
      </w:r>
    </w:p>
    <w:p w:rsidR="00F410CB" w:rsidRPr="000066E9" w:rsidRDefault="00F410CB" w:rsidP="00F410CB">
      <w:pPr>
        <w:spacing w:line="240" w:lineRule="auto"/>
        <w:ind w:right="-306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 xml:space="preserve">Для проверки практических и вычислительных навыков проводятся кратковременные практические (самостоятельные) работы продолжительностью не более 15-20 минут, которые также оцениваются с выставлением отметки «5», «4», «3», «2» или по принципу «зачет/незачет». </w:t>
      </w:r>
    </w:p>
    <w:p w:rsidR="00F410CB" w:rsidRPr="000066E9" w:rsidRDefault="00F410CB" w:rsidP="00F410CB">
      <w:pPr>
        <w:spacing w:line="240" w:lineRule="auto"/>
        <w:ind w:right="-306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Проведение контрольных работ позволяет связать теоретический материал, изучаемый на уроках математики, с практическим использованием этих знаний. 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заданий.</w:t>
      </w:r>
    </w:p>
    <w:p w:rsidR="00F410CB" w:rsidRPr="000066E9" w:rsidRDefault="00F410CB" w:rsidP="00F410CB">
      <w:pPr>
        <w:spacing w:line="240" w:lineRule="auto"/>
        <w:ind w:right="-306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-306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В результате аттестации по учебному предмету «Математика» осуществляется комплексная проверка следующих умений и знаний, а также динамика формирования общих компетенций.</w:t>
      </w:r>
    </w:p>
    <w:p w:rsidR="00F410CB" w:rsidRDefault="00F410CB" w:rsidP="00F410CB">
      <w:pPr>
        <w:spacing w:line="240" w:lineRule="auto"/>
        <w:ind w:right="-306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№1.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«</w:t>
      </w:r>
      <w:r w:rsidRPr="00F01872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Натуральные числа</w:t>
      </w:r>
      <w:r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</w:t>
      </w:r>
      <w:r w:rsidRPr="001244D1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Среднее арифметическое</w:t>
      </w:r>
    </w:p>
    <w:p w:rsidR="00F410CB" w:rsidRPr="00FA6AB8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</w:t>
      </w:r>
      <w:r w:rsidRPr="001244D1">
        <w:rPr>
          <w:rFonts w:ascii="Times New Roman" w:hAnsi="Times New Roman"/>
          <w:sz w:val="24"/>
          <w:lang w:val="ru-RU"/>
        </w:rPr>
        <w:t xml:space="preserve"> Понятие процента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>3</w:t>
      </w:r>
      <w:r>
        <w:rPr>
          <w:lang w:val="ru-RU"/>
        </w:rPr>
        <w:t xml:space="preserve">. </w:t>
      </w:r>
      <w:r w:rsidRPr="00F01872">
        <w:rPr>
          <w:rFonts w:ascii="Times New Roman" w:eastAsiaTheme="minorEastAsia" w:hAnsi="Times New Roman"/>
          <w:sz w:val="24"/>
          <w:szCs w:val="24"/>
          <w:lang w:val="ru-RU"/>
        </w:rPr>
        <w:t>Делители и кратные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4. Простые и составные числа.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5. Наибольший общий делитель.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6. Наименьшее общее кратное.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iCs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№2.</w:t>
      </w:r>
      <w:r w:rsidRPr="000066E9">
        <w:rPr>
          <w:rFonts w:ascii="Times New Roman" w:eastAsiaTheme="minorEastAsia" w:hAnsi="Times New Roman"/>
          <w:b/>
          <w:iCs/>
          <w:sz w:val="24"/>
          <w:szCs w:val="24"/>
          <w:lang w:val="ru-RU"/>
        </w:rPr>
        <w:t xml:space="preserve"> «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Сравнение, сложение и вычитание дробей</w:t>
      </w:r>
      <w:r w:rsidRPr="000066E9">
        <w:rPr>
          <w:rFonts w:ascii="Times New Roman" w:eastAsiaTheme="minorEastAsia" w:hAnsi="Times New Roman"/>
          <w:b/>
          <w:iCs/>
          <w:sz w:val="24"/>
          <w:szCs w:val="24"/>
          <w:lang w:val="ru-RU"/>
        </w:rPr>
        <w:t>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Основное свойство дроби.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Сокращение дробей.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Приведение дробей к общему знаменателю. Сравнение дробей.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4. Сложение и вычитание дробей с разными знаменателями.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iCs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 xml:space="preserve">Контрольная работа №3. «Умножение 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и д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еление дробей»</w:t>
      </w:r>
    </w:p>
    <w:p w:rsidR="00F410CB" w:rsidRPr="000066E9" w:rsidRDefault="00F410CB" w:rsidP="00F410CB">
      <w:pPr>
        <w:spacing w:line="240" w:lineRule="auto"/>
        <w:ind w:right="284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1.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Умножение дробей.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2.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Нахождение дроби от числа.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3.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Взаимно обратные числа.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4.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Деление дробей.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5.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Нахождение числа по заданному значению его дроби.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6.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Абсолютная и относительная погрешности.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7.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Преобразование обыкновенной дроби в десятичную.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8.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Бесконечные периодические десятичные дроби.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9.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Десятичное приближение обыкновенной дроби.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6C7B2A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4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 «Отношения и пропорции. Процентное отношение двух чисел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.</w:t>
      </w:r>
      <w:r w:rsidRPr="00F01872">
        <w:rPr>
          <w:rFonts w:ascii="Times New Roman" w:eastAsiaTheme="minorEastAsia" w:hAnsi="Times New Roman"/>
          <w:b/>
          <w:sz w:val="24"/>
          <w:szCs w:val="24"/>
          <w:lang w:val="ru-RU"/>
        </w:rPr>
        <w:t xml:space="preserve"> 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Прямая и обратная пропорциональные зависимости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Отношения.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Пропорции.</w:t>
      </w:r>
    </w:p>
    <w:p w:rsidR="00F410CB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Процентное отношение двух чисел.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>4.</w:t>
      </w:r>
      <w:r w:rsidRPr="00F01872">
        <w:rPr>
          <w:rFonts w:ascii="Times New Roman" w:eastAsiaTheme="minorEastAsia" w:hAnsi="Times New Roman"/>
          <w:sz w:val="24"/>
          <w:szCs w:val="24"/>
          <w:lang w:val="ru-RU"/>
        </w:rPr>
        <w:t xml:space="preserve"> 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Прямая и обратная пропорциональные зависимости.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>5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. Деление числа в данном отношении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5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 xml:space="preserve">. 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«Фигуры на плоскости»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</w:t>
      </w:r>
      <w:r>
        <w:rPr>
          <w:rFonts w:ascii="Times New Roman" w:eastAsiaTheme="minorEastAsia" w:hAnsi="Times New Roman"/>
          <w:sz w:val="24"/>
          <w:szCs w:val="24"/>
          <w:lang w:val="ru-RU"/>
        </w:rPr>
        <w:t>.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 xml:space="preserve"> Окружность и круг.</w:t>
      </w:r>
    </w:p>
    <w:p w:rsidR="00F410CB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>2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 xml:space="preserve">. Длина окружности. </w:t>
      </w:r>
    </w:p>
    <w:p w:rsidR="00F410CB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3. 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Площадь круга</w:t>
      </w:r>
    </w:p>
    <w:p w:rsidR="00F410CB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>4. Построение треугольников по сторонам и углам</w:t>
      </w:r>
    </w:p>
    <w:p w:rsidR="00F410CB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-1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6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 xml:space="preserve"> «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Рациональные числа. Сравнение рациональных чисел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Положительные и отрицательные числа.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Координатная прямая.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Координатная прямая.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4. Модуль числа.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5. Сравнение чисел.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7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 xml:space="preserve"> «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Сложение и вычитание рациональных чисел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Сложение рациональных чисел.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Свойства сложения рациональных чисел.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Вычитание рациональных чисел.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8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 xml:space="preserve"> «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Умножение и деление рациональных чисел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lastRenderedPageBreak/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Умножение рациональных чисел.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Переместительное и сочетательное свойства умножения рациональных чисел. Коэффициент.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Распределительное свойство умножения.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4. Деление рациональных чисел.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9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 xml:space="preserve"> «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Решение уравнений и решение задач с помощью уравнений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Решение уравнений.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Решение задач с помощью уравнений.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№1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0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 «Перпендикулярные и параллельные прямые. Осевая и центральная симметрии. Координатная плоскость. Графики»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Перпендикулярные прямые.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Осевая и центральная симметрии.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Параллельные прямые.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4. Координатная плоскость.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5. Графики.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№1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1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 «Обобщение и систематизация знаний учащихся»»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Сложение, вычитание, умножение, деление дробей.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Нахождение дроби от числа. Нахождение числа по заданному значению его дроби.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Координатная плоскость. Перпендикулярные и параллельные прямые.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4. Решение задач с помощью уравнений.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5. Решение уравнений.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142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Система оценки достижений - один из инструментов реализации требований стандарта. Контроль знаний, проводимый в процессе обучения, призван соотнести достижения обучающегося с планируемыми результатами, заложенными в образовательную программу.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ab/>
      </w:r>
    </w:p>
    <w:tbl>
      <w:tblPr>
        <w:tblStyle w:val="16"/>
        <w:tblW w:w="0" w:type="auto"/>
        <w:tblInd w:w="306" w:type="dxa"/>
        <w:tblLook w:val="04A0"/>
      </w:tblPr>
      <w:tblGrid>
        <w:gridCol w:w="1129"/>
        <w:gridCol w:w="8596"/>
      </w:tblGrid>
      <w:tr w:rsidR="00F410CB" w:rsidRPr="000066E9" w:rsidTr="008B1FCB">
        <w:tc>
          <w:tcPr>
            <w:tcW w:w="1129" w:type="dxa"/>
          </w:tcPr>
          <w:p w:rsidR="00F410CB" w:rsidRPr="000066E9" w:rsidRDefault="00F410CB" w:rsidP="008B1FCB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596" w:type="dxa"/>
          </w:tcPr>
          <w:p w:rsidR="00F410CB" w:rsidRPr="000066E9" w:rsidRDefault="00F410CB" w:rsidP="008B1FCB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оценки результатов</w:t>
            </w:r>
          </w:p>
        </w:tc>
      </w:tr>
      <w:tr w:rsidR="00F410CB" w:rsidRPr="00743864" w:rsidTr="008B1FCB">
        <w:tc>
          <w:tcPr>
            <w:tcW w:w="1129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8596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работа выполнена полностью; в логических рассуждениях и обосновании решения нет пробелов и ошибок; 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      </w:r>
          </w:p>
        </w:tc>
      </w:tr>
      <w:tr w:rsidR="00F410CB" w:rsidRPr="00743864" w:rsidTr="008B1FCB">
        <w:tc>
          <w:tcPr>
            <w:tcW w:w="1129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8596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 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</w:t>
            </w:r>
          </w:p>
        </w:tc>
      </w:tr>
      <w:tr w:rsidR="00F410CB" w:rsidRPr="00743864" w:rsidTr="008B1FCB">
        <w:tc>
          <w:tcPr>
            <w:tcW w:w="1129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8596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допущено более одной ошибки или более двух – трех недочетов в выкладках, чертежах или графиках, но учащийся обладает обязательными умениями по проверяемой теме.</w:t>
            </w:r>
          </w:p>
        </w:tc>
      </w:tr>
      <w:tr w:rsidR="00F410CB" w:rsidRPr="00743864" w:rsidTr="008B1FCB">
        <w:tc>
          <w:tcPr>
            <w:tcW w:w="1129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8596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допущены существенные ошибки, показавшие, что учащийся не обладает обязательными умениями по данной теме в полной мере; полное незнание изученного материала, отсутствия элементарных умений и навыков.</w:t>
            </w:r>
          </w:p>
        </w:tc>
      </w:tr>
    </w:tbl>
    <w:p w:rsidR="00F410CB" w:rsidRPr="000066E9" w:rsidRDefault="00F410CB" w:rsidP="00F410C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F410CB" w:rsidRPr="000066E9" w:rsidRDefault="00F410CB" w:rsidP="00F410C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066E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Оценка за контроль ключевых компетенций обучающихся производится по пятибалльной системе. </w:t>
      </w:r>
      <w:r w:rsidRPr="000066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выполнении заданий ставится отметка, учитывая процент выполненных заданий:</w:t>
      </w:r>
    </w:p>
    <w:p w:rsidR="00F410CB" w:rsidRPr="000066E9" w:rsidRDefault="00F410CB" w:rsidP="00F410CB">
      <w:pPr>
        <w:spacing w:line="240" w:lineRule="auto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</w:p>
    <w:tbl>
      <w:tblPr>
        <w:tblStyle w:val="16"/>
        <w:tblW w:w="0" w:type="auto"/>
        <w:tblLook w:val="04A0"/>
      </w:tblPr>
      <w:tblGrid>
        <w:gridCol w:w="1205"/>
        <w:gridCol w:w="3043"/>
        <w:gridCol w:w="5783"/>
      </w:tblGrid>
      <w:tr w:rsidR="00F410CB" w:rsidRPr="00743864" w:rsidTr="008B1FCB">
        <w:tc>
          <w:tcPr>
            <w:tcW w:w="120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826" w:type="dxa"/>
            <w:gridSpan w:val="2"/>
          </w:tcPr>
          <w:p w:rsidR="00F410CB" w:rsidRPr="000066E9" w:rsidRDefault="00F410CB" w:rsidP="008B1FCB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Критерии оценки результатов работ, состоящих из заданий обязательного уровня и дополнительных заданий</w:t>
            </w:r>
          </w:p>
        </w:tc>
      </w:tr>
      <w:tr w:rsidR="00F410CB" w:rsidRPr="00743864" w:rsidTr="008B1FCB">
        <w:tc>
          <w:tcPr>
            <w:tcW w:w="120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304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не менее 85% от всей работы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выставляется за ответ, в котором обучающийся демонстрирует глубокое понимание сущности материала, логично его излагает, используя в деятельности</w:t>
            </w:r>
          </w:p>
        </w:tc>
      </w:tr>
      <w:tr w:rsidR="00F410CB" w:rsidRPr="00743864" w:rsidTr="008B1FCB">
        <w:tc>
          <w:tcPr>
            <w:tcW w:w="120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04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от 70% до 84% от всей работы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ставится за ответ, в котором содержатся небольшие неточности и незначительные ошибки</w:t>
            </w:r>
          </w:p>
        </w:tc>
      </w:tr>
      <w:tr w:rsidR="00F410CB" w:rsidRPr="00743864" w:rsidTr="008B1FCB">
        <w:tc>
          <w:tcPr>
            <w:tcW w:w="120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04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от 50% до 69% от всей работы, или все задания обязательного уровня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получают за ответ, в котором отсутствует логическая последовательность, имеются пробелы в знании материала, нет должной аргументации и умения использовать знания на практике</w:t>
            </w:r>
          </w:p>
        </w:tc>
      </w:tr>
      <w:tr w:rsidR="00F410CB" w:rsidRPr="00743864" w:rsidTr="008B1FCB">
        <w:tc>
          <w:tcPr>
            <w:tcW w:w="120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304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выполнение заданий менее 50% от общей работы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keepNext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выставляется за непонимание и незнание материала программы</w:t>
            </w:r>
          </w:p>
        </w:tc>
      </w:tr>
    </w:tbl>
    <w:p w:rsidR="00F410CB" w:rsidRPr="000066E9" w:rsidRDefault="00F410CB" w:rsidP="00F410CB">
      <w:pPr>
        <w:spacing w:line="240" w:lineRule="auto"/>
        <w:contextualSpacing/>
        <w:jc w:val="both"/>
        <w:rPr>
          <w:rFonts w:ascii="Times New Roman" w:eastAsiaTheme="minorEastAsia" w:hAnsi="Times New Roman"/>
          <w:b/>
          <w:color w:val="000000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contextualSpacing/>
        <w:jc w:val="center"/>
        <w:rPr>
          <w:rFonts w:ascii="Times New Roman" w:eastAsiaTheme="minorEastAsia" w:hAnsi="Times New Roman"/>
          <w:b/>
          <w:color w:val="000000"/>
          <w:sz w:val="24"/>
          <w:szCs w:val="24"/>
        </w:rPr>
      </w:pPr>
      <w:r w:rsidRPr="000066E9">
        <w:rPr>
          <w:rFonts w:ascii="Times New Roman" w:eastAsiaTheme="minorEastAsia" w:hAnsi="Times New Roman"/>
          <w:b/>
          <w:color w:val="000000"/>
          <w:sz w:val="24"/>
          <w:szCs w:val="24"/>
        </w:rPr>
        <w:t>Об</w:t>
      </w:r>
      <w:r w:rsidRPr="000066E9">
        <w:rPr>
          <w:rFonts w:ascii="Times New Roman" w:eastAsiaTheme="minorEastAsia" w:hAnsi="Times New Roman"/>
          <w:b/>
          <w:color w:val="000000"/>
          <w:sz w:val="24"/>
          <w:szCs w:val="24"/>
          <w:lang w:val="ru-RU"/>
        </w:rPr>
        <w:t>щ</w:t>
      </w:r>
      <w:r w:rsidRPr="000066E9">
        <w:rPr>
          <w:rFonts w:ascii="Times New Roman" w:eastAsiaTheme="minorEastAsia" w:hAnsi="Times New Roman"/>
          <w:b/>
          <w:color w:val="000000"/>
          <w:sz w:val="24"/>
          <w:szCs w:val="24"/>
        </w:rPr>
        <w:t>ая классификация ошибок.</w:t>
      </w:r>
    </w:p>
    <w:p w:rsidR="00F410CB" w:rsidRPr="000066E9" w:rsidRDefault="00F410CB" w:rsidP="00F410CB">
      <w:pPr>
        <w:spacing w:line="240" w:lineRule="auto"/>
        <w:contextualSpacing/>
        <w:jc w:val="center"/>
        <w:rPr>
          <w:rFonts w:ascii="Times New Roman" w:eastAsiaTheme="minorEastAsia" w:hAnsi="Times New Roman"/>
          <w:b/>
          <w:color w:val="000000"/>
          <w:sz w:val="24"/>
          <w:szCs w:val="24"/>
        </w:rPr>
      </w:pPr>
    </w:p>
    <w:tbl>
      <w:tblPr>
        <w:tblStyle w:val="16"/>
        <w:tblW w:w="0" w:type="auto"/>
        <w:tblLook w:val="04A0"/>
      </w:tblPr>
      <w:tblGrid>
        <w:gridCol w:w="1174"/>
        <w:gridCol w:w="8857"/>
      </w:tblGrid>
      <w:tr w:rsidR="00F410CB" w:rsidRPr="000066E9" w:rsidTr="008B1FCB">
        <w:tc>
          <w:tcPr>
            <w:tcW w:w="1174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iCs/>
                <w:sz w:val="24"/>
                <w:szCs w:val="24"/>
              </w:rPr>
              <w:t>Виды ошибок</w:t>
            </w:r>
          </w:p>
        </w:tc>
        <w:tc>
          <w:tcPr>
            <w:tcW w:w="8857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iCs/>
                <w:sz w:val="24"/>
                <w:szCs w:val="24"/>
              </w:rPr>
              <w:t>Критерии ошибок</w:t>
            </w:r>
          </w:p>
        </w:tc>
      </w:tr>
      <w:tr w:rsidR="00F410CB" w:rsidRPr="00743864" w:rsidTr="008B1FCB">
        <w:tc>
          <w:tcPr>
            <w:tcW w:w="1174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hAnsi="Times New Roman"/>
                <w:sz w:val="24"/>
                <w:szCs w:val="24"/>
              </w:rPr>
              <w:t>Грубые ошибки</w:t>
            </w:r>
          </w:p>
        </w:tc>
        <w:tc>
          <w:tcPr>
            <w:tcW w:w="8857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незнание наименований единиц измерения;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выделить в ответе главное;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применять знания, алгоритмы для решения задач;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делать выводы и обобщения;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читать и строить графики;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пользоваться первоисточниками, учебником и справочниками;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вычислительные ошибки, если они не являются опиской;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логические ошибки;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вычислительные ошибки в примерах и задачах;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ошибки на незнание порядка выполнения арифметических действий;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решение задачи (пропуск действий, неправильный выбор действий, лишнее действие);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недоведение до конца решения задачи или примера;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невыполненное задание;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неправильный выбор порядка выполнения действий в выражении;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пропуск нуля в частном при делении натуральных чисел или десятичных дробей;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неправильный выбор знака в результате выполнения действий над положительными и отрицательными числами, а так же при раскрытии скобок и при переносе слагаемых из одной части уравнения в другую;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неправильный выбор действий при решении текстовых задач;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измерение или построение угла с помощью транспортира, связанное с отсутствием умения выбирать нужную шкалу;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проведение перпендикуляра к прямой;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замена частного десятичных дробей частным целых чисел в том случае, когда в делителе после запятой меньше цифр, чем в делимом;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неверное нахождение значения функции по значению аргумента и ее графику.</w:t>
            </w:r>
          </w:p>
        </w:tc>
      </w:tr>
      <w:tr w:rsidR="00F410CB" w:rsidRPr="00743864" w:rsidTr="008B1FCB">
        <w:tc>
          <w:tcPr>
            <w:tcW w:w="1174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hAnsi="Times New Roman"/>
                <w:sz w:val="24"/>
                <w:szCs w:val="24"/>
              </w:rPr>
              <w:t>Негрубая ошибка</w:t>
            </w:r>
          </w:p>
        </w:tc>
        <w:tc>
          <w:tcPr>
            <w:tcW w:w="8857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второстепенными;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неточность графика;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нерациональный метод решения задачи или недостаточно продуманный план ответа (нарушение логики, </w:t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lastRenderedPageBreak/>
              <w:t xml:space="preserve">подмена отдельных основных вопросов второстепенными);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нерациональные методы работы со справочной и другой литературой;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решать задачи, выполнять задания в общем виде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неправильная постановка вопроса к действию при решении задачи;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неверно сформулированный ответ задачи;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списывание данных чисел, знаков;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недоведение до конца преобразований.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неправильная ссылка на сочетательный и распределительный законы при вычислениях;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использование в отдельных случаях наименований, например, обозначение единиц длины для единиц площади и объема;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сохранение в окончательном результате при вычислениях или преобразованиях выражений неправильной дроби или сократимой дроби;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приведение алгебраических дробей не к наиболее простому общему знаменателю;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случайные погрешности в вычислениях при решении геометрических задач и выполнении тождественных преобразований.</w:t>
            </w:r>
          </w:p>
        </w:tc>
      </w:tr>
      <w:tr w:rsidR="00F410CB" w:rsidRPr="00743864" w:rsidTr="008B1FCB">
        <w:tc>
          <w:tcPr>
            <w:tcW w:w="1174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Недочет </w:t>
            </w:r>
          </w:p>
        </w:tc>
        <w:tc>
          <w:tcPr>
            <w:tcW w:w="8857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нерациональные приемы вычислений и преобразований; небрежное выполнение записей, чертежей, схем, графиков.</w:t>
            </w:r>
          </w:p>
        </w:tc>
      </w:tr>
    </w:tbl>
    <w:p w:rsidR="00F410CB" w:rsidRPr="000066E9" w:rsidRDefault="00F410CB" w:rsidP="00F410CB">
      <w:pPr>
        <w:spacing w:line="240" w:lineRule="auto"/>
        <w:ind w:right="686"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 xml:space="preserve">Ниже в приложении предлагаются примерные варианты контрольных работ, используемые при обучении данного класса. 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br w:type="page"/>
      </w:r>
    </w:p>
    <w:p w:rsidR="00F410CB" w:rsidRPr="001244D1" w:rsidRDefault="00F410CB" w:rsidP="00F410CB">
      <w:pPr>
        <w:spacing w:after="0"/>
        <w:rPr>
          <w:rFonts w:ascii="Times New Roman" w:hAnsi="Times New Roman"/>
          <w:b/>
          <w:iCs/>
          <w:noProof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iCs/>
          <w:noProof/>
          <w:color w:val="000000"/>
          <w:sz w:val="24"/>
          <w:szCs w:val="24"/>
          <w:lang w:val="ru-RU"/>
        </w:rPr>
        <w:lastRenderedPageBreak/>
        <w:t>Демонстрационные варианты контрольных работ</w:t>
      </w:r>
    </w:p>
    <w:p w:rsidR="00F410CB" w:rsidRPr="00C433B0" w:rsidRDefault="00F410CB" w:rsidP="00F410CB">
      <w:pPr>
        <w:jc w:val="center"/>
        <w:rPr>
          <w:rFonts w:ascii="Times New Roman" w:eastAsiaTheme="minorEastAsia" w:hAnsi="Times New Roman" w:cs="Times New Roman"/>
          <w:b/>
          <w:bCs/>
          <w:lang w:val="ru-RU"/>
        </w:rPr>
      </w:pPr>
      <w:r w:rsidRPr="00C433B0">
        <w:rPr>
          <w:rFonts w:ascii="Times New Roman" w:eastAsiaTheme="minorEastAsia" w:hAnsi="Times New Roman" w:cs="Times New Roman"/>
          <w:b/>
          <w:bCs/>
          <w:lang w:val="ru-RU"/>
        </w:rPr>
        <w:t>Контрольная работа № 1.</w:t>
      </w:r>
    </w:p>
    <w:p w:rsidR="00F410CB" w:rsidRPr="00C433B0" w:rsidRDefault="00F410CB" w:rsidP="00F410CB">
      <w:pPr>
        <w:jc w:val="center"/>
        <w:rPr>
          <w:rFonts w:ascii="Times New Roman" w:eastAsiaTheme="minorEastAsia" w:hAnsi="Times New Roman" w:cs="Times New Roman"/>
          <w:b/>
          <w:bCs/>
          <w:lang w:val="ru-RU"/>
        </w:rPr>
      </w:pPr>
      <w:r w:rsidRPr="00C433B0">
        <w:rPr>
          <w:rFonts w:ascii="Times New Roman" w:eastAsiaTheme="minorEastAsia" w:hAnsi="Times New Roman" w:cs="Times New Roman"/>
          <w:b/>
          <w:bCs/>
          <w:lang w:val="ru-RU"/>
        </w:rPr>
        <w:t>Тема. Натуральные чи</w:t>
      </w:r>
      <w:r>
        <w:rPr>
          <w:rFonts w:ascii="Times New Roman" w:eastAsiaTheme="minorEastAsia" w:hAnsi="Times New Roman" w:cs="Times New Roman"/>
          <w:b/>
          <w:bCs/>
          <w:lang w:val="ru-RU"/>
        </w:rPr>
        <w:t>с</w:t>
      </w:r>
      <w:r w:rsidRPr="00C433B0">
        <w:rPr>
          <w:rFonts w:ascii="Times New Roman" w:eastAsiaTheme="minorEastAsia" w:hAnsi="Times New Roman" w:cs="Times New Roman"/>
          <w:b/>
          <w:bCs/>
          <w:lang w:val="ru-RU"/>
        </w:rPr>
        <w:t>ла.</w:t>
      </w:r>
    </w:p>
    <w:p w:rsidR="00F410CB" w:rsidRPr="00C433B0" w:rsidRDefault="00F410CB" w:rsidP="00F410C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Найдите среднее арифметическое чисел: 32,6; 38,5; 34; 35.</w:t>
      </w:r>
    </w:p>
    <w:p w:rsidR="00F410CB" w:rsidRPr="00C433B0" w:rsidRDefault="00F410CB" w:rsidP="00F410C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Разложите число 1 056 на простые множители.</w:t>
      </w:r>
    </w:p>
    <w:p w:rsidR="00F410CB" w:rsidRPr="00C433B0" w:rsidRDefault="00F410CB" w:rsidP="00F410C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Найдите наибольший общий делитель чисел: 1) 24 и 42; 2) 280 и 588.</w:t>
      </w:r>
    </w:p>
    <w:p w:rsidR="00F410CB" w:rsidRPr="00C433B0" w:rsidRDefault="00F410CB" w:rsidP="00F410C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Найдите наименьшее общее кратное чисел: 1) З и 6; 2) 28 и 9; 3) 15 и 20.</w:t>
      </w:r>
    </w:p>
    <w:p w:rsidR="00F410CB" w:rsidRPr="00C433B0" w:rsidRDefault="00F410CB" w:rsidP="00F410C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Площадь поля равна 300 га. Рожью засеяли 18 % поля. Сколько гектаров поля засеяли рожью.</w:t>
      </w:r>
    </w:p>
    <w:p w:rsidR="00F410CB" w:rsidRPr="00C433B0" w:rsidRDefault="00F410CB" w:rsidP="00F410C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Дима собирает модели самолётов. Их можно расставить поровну на 14 полках, а можно, тоже поровну, — на восьми полках. Сколько моделей у Димы, если известно, что их больше 100, но меньше 120?</w:t>
      </w:r>
    </w:p>
    <w:p w:rsidR="00F410CB" w:rsidRPr="00C433B0" w:rsidRDefault="00F410CB" w:rsidP="00F410C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Петя купил книгу за 90 р., что составляет 30 % всех денег, которые у него были. Сколько денег</w:t>
      </w:r>
      <w:r>
        <w:rPr>
          <w:rFonts w:ascii="Times New Roman" w:eastAsiaTheme="minorEastAsia" w:hAnsi="Times New Roman" w:cs="Times New Roman"/>
          <w:lang w:val="ru-RU"/>
        </w:rPr>
        <w:t xml:space="preserve"> </w:t>
      </w:r>
      <w:r w:rsidRPr="00C433B0">
        <w:rPr>
          <w:rFonts w:ascii="Times New Roman" w:eastAsiaTheme="minorEastAsia" w:hAnsi="Times New Roman" w:cs="Times New Roman"/>
          <w:lang w:val="ru-RU"/>
        </w:rPr>
        <w:t>было.</w:t>
      </w:r>
    </w:p>
    <w:p w:rsidR="00F410CB" w:rsidRPr="00C433B0" w:rsidRDefault="00F410CB" w:rsidP="00F410CB">
      <w:pPr>
        <w:jc w:val="center"/>
        <w:rPr>
          <w:rFonts w:ascii="Times New Roman" w:hAnsi="Times New Roman" w:cs="Times New Roman"/>
          <w:b/>
          <w:bCs/>
          <w:lang w:val="ru-RU"/>
        </w:rPr>
      </w:pPr>
      <w:r w:rsidRPr="00C433B0">
        <w:rPr>
          <w:rFonts w:ascii="Times New Roman" w:hAnsi="Times New Roman" w:cs="Times New Roman"/>
          <w:b/>
          <w:bCs/>
          <w:lang w:val="ru-RU"/>
        </w:rPr>
        <w:t>Контрольная работа №2</w:t>
      </w:r>
    </w:p>
    <w:p w:rsidR="00F410CB" w:rsidRPr="00C433B0" w:rsidRDefault="00F410CB" w:rsidP="00F410CB">
      <w:pPr>
        <w:jc w:val="center"/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b/>
          <w:bCs/>
          <w:lang w:val="ru-RU"/>
        </w:rPr>
        <w:t>Тема. Сравнение, сложение и вычитание дробей</w:t>
      </w:r>
    </w:p>
    <w:p w:rsidR="00F410CB" w:rsidRPr="00C433B0" w:rsidRDefault="00F410CB" w:rsidP="00F410C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 xml:space="preserve">Сократите дробь: 1)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12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16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2)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18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27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>.</w:t>
      </w:r>
    </w:p>
    <w:p w:rsidR="00F410CB" w:rsidRPr="00C433B0" w:rsidRDefault="00F410CB" w:rsidP="00F410C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 xml:space="preserve">Сравните дроби: 1)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8</m:t>
            </m:r>
          </m:den>
        </m:f>
        <m:r>
          <w:rPr>
            <w:rFonts w:ascii="Cambria Math" w:hAnsi="Cambria Math" w:cs="Times New Roman"/>
            <w:lang w:val="ru-RU"/>
          </w:rPr>
          <m:t xml:space="preserve"> и 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3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2)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4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9</m:t>
            </m:r>
          </m:den>
        </m:f>
        <m:r>
          <w:rPr>
            <w:rFonts w:ascii="Cambria Math" w:hAnsi="Cambria Math" w:cs="Times New Roman"/>
            <w:lang w:val="ru-RU"/>
          </w:rPr>
          <m:t xml:space="preserve"> и 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3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8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.</w:t>
      </w:r>
    </w:p>
    <w:p w:rsidR="00F410CB" w:rsidRPr="00C433B0" w:rsidRDefault="00F410CB" w:rsidP="00F410C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 xml:space="preserve">Вычислите: 1)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4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15</m:t>
            </m:r>
          </m:den>
        </m:f>
        <m:r>
          <w:rPr>
            <w:rFonts w:ascii="Cambria Math" w:hAnsi="Cambria Math" w:cs="Times New Roman"/>
            <w:lang w:val="ru-RU"/>
          </w:rPr>
          <m:t xml:space="preserve">+ 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3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     2)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6</m:t>
            </m:r>
          </m:den>
        </m:f>
        <m:r>
          <w:rPr>
            <w:rFonts w:ascii="Cambria Math" w:hAnsi="Cambria Math" w:cs="Times New Roman"/>
            <w:lang w:val="ru-RU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9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     3) </w:t>
      </w:r>
      <m:oMath>
        <m:r>
          <w:rPr>
            <w:rFonts w:ascii="Cambria Math" w:hAnsi="Cambria Math" w:cs="Times New Roman"/>
            <w:lang w:val="ru-RU"/>
          </w:rPr>
          <m:t>4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4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7</m:t>
            </m:r>
          </m:den>
        </m:f>
        <m:r>
          <w:rPr>
            <w:rFonts w:ascii="Cambria Math" w:hAnsi="Cambria Math" w:cs="Times New Roman"/>
            <w:lang w:val="ru-RU"/>
          </w:rPr>
          <m:t>+6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     4) </w:t>
      </w:r>
      <m:oMath>
        <m:r>
          <w:rPr>
            <w:rFonts w:ascii="Cambria Math" w:hAnsi="Cambria Math" w:cs="Times New Roman"/>
            <w:lang w:val="ru-RU"/>
          </w:rPr>
          <m:t>5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7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8</m:t>
            </m:r>
          </m:den>
        </m:f>
        <m:r>
          <w:rPr>
            <w:rFonts w:ascii="Cambria Math" w:hAnsi="Cambria Math" w:cs="Times New Roman"/>
            <w:lang w:val="ru-RU"/>
          </w:rPr>
          <m:t>-3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6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.</w:t>
      </w:r>
    </w:p>
    <w:p w:rsidR="00F410CB" w:rsidRPr="00C433B0" w:rsidRDefault="00F410CB" w:rsidP="00F410C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>В первый день продали 4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7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24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ц картофеля, а во второй – на 1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7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12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ц меньше. Сколько центнеров картофеля продали за два дня?</w:t>
      </w:r>
    </w:p>
    <w:p w:rsidR="00F410CB" w:rsidRPr="00C433B0" w:rsidRDefault="00F410CB" w:rsidP="00F410C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>Решите уравнение: 1) 10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11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24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– x = 6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7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16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     2) </w:t>
      </w:r>
      <m:oMath>
        <m:d>
          <m:dPr>
            <m:ctrlPr>
              <w:rPr>
                <w:rFonts w:ascii="Cambria Math" w:hAnsi="Cambria Math" w:cs="Times New Roman"/>
                <w:i/>
                <w:lang w:val="ru-RU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lang w:val="ru-RU"/>
                  </w:rPr>
                </m:ctrlPr>
              </m:fPr>
              <m:num>
                <m:r>
                  <w:rPr>
                    <w:rFonts w:ascii="Cambria Math" w:hAnsi="Cambria Math" w:cs="Times New Roman"/>
                    <w:lang w:val="ru-RU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lang w:val="ru-RU"/>
                  </w:rPr>
                  <m:t>6</m:t>
                </m:r>
              </m:den>
            </m:f>
            <m:r>
              <w:rPr>
                <w:rFonts w:ascii="Cambria Math" w:hAnsi="Cambria Math" w:cs="Times New Roman"/>
                <w:lang w:val="ru-RU"/>
              </w:rPr>
              <m:t>+x</m:t>
            </m:r>
          </m:e>
        </m:d>
        <m:r>
          <w:rPr>
            <w:rFonts w:ascii="Cambria Math" w:hAnsi="Cambria Math" w:cs="Times New Roman"/>
            <w:lang w:val="ru-RU"/>
          </w:rPr>
          <m:t>-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2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3</m:t>
            </m:r>
          </m:den>
        </m:f>
        <m:r>
          <w:rPr>
            <w:rFonts w:ascii="Cambria Math" w:hAnsi="Cambria Math" w:cs="Times New Roman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13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18</m:t>
            </m:r>
          </m:den>
        </m:f>
      </m:oMath>
    </w:p>
    <w:p w:rsidR="00F410CB" w:rsidRPr="00C433B0" w:rsidRDefault="00F410CB" w:rsidP="00F410C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 xml:space="preserve">За первый день турист прошёл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18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туристического маршрута, за второй -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7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27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, за третий -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2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9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. Оставшуюся часть маршрута он прошёл за четвёртый день. Какую часть маршрута прошёл турист за четвёртый день?</w:t>
      </w:r>
    </w:p>
    <w:p w:rsidR="00F410CB" w:rsidRPr="00C433B0" w:rsidRDefault="00F410CB" w:rsidP="00F410C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 xml:space="preserve">Найдите все натуральные значения x, при которых верно неравенство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x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9</m:t>
            </m:r>
          </m:den>
        </m:f>
        <m:r>
          <w:rPr>
            <w:rFonts w:ascii="Cambria Math" w:hAnsi="Cambria Math" w:cs="Times New Roman"/>
            <w:lang w:val="ru-RU"/>
          </w:rPr>
          <m:t>&lt;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22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45</m:t>
            </m:r>
          </m:den>
        </m:f>
      </m:oMath>
    </w:p>
    <w:p w:rsidR="00F410CB" w:rsidRPr="00C433B0" w:rsidRDefault="00F410CB" w:rsidP="00F410CB">
      <w:pPr>
        <w:spacing w:after="0"/>
        <w:rPr>
          <w:rFonts w:ascii="Times New Roman" w:hAnsi="Times New Roman" w:cs="Times New Roman"/>
          <w:lang w:val="ru-RU"/>
        </w:rPr>
      </w:pPr>
    </w:p>
    <w:p w:rsidR="00F410CB" w:rsidRPr="00C433B0" w:rsidRDefault="00F410CB" w:rsidP="00F410CB">
      <w:pPr>
        <w:jc w:val="center"/>
        <w:rPr>
          <w:rFonts w:ascii="Times New Roman" w:hAnsi="Times New Roman" w:cs="Times New Roman"/>
          <w:b/>
          <w:bCs/>
          <w:lang w:val="ru-RU"/>
        </w:rPr>
      </w:pPr>
      <w:r w:rsidRPr="00C433B0">
        <w:rPr>
          <w:rFonts w:ascii="Times New Roman" w:hAnsi="Times New Roman" w:cs="Times New Roman"/>
          <w:b/>
          <w:bCs/>
          <w:lang w:val="ru-RU"/>
        </w:rPr>
        <w:t>Контрольная работа №</w:t>
      </w:r>
      <w:r>
        <w:rPr>
          <w:rFonts w:ascii="Times New Roman" w:hAnsi="Times New Roman" w:cs="Times New Roman"/>
          <w:b/>
          <w:bCs/>
          <w:lang w:val="ru-RU"/>
        </w:rPr>
        <w:t>3</w:t>
      </w:r>
    </w:p>
    <w:p w:rsidR="00F410CB" w:rsidRDefault="00F410CB" w:rsidP="00F410CB">
      <w:pPr>
        <w:jc w:val="center"/>
        <w:rPr>
          <w:rFonts w:ascii="Times New Roman" w:hAnsi="Times New Roman" w:cs="Times New Roman"/>
          <w:b/>
          <w:bCs/>
          <w:lang w:val="ru-RU"/>
        </w:rPr>
      </w:pPr>
      <w:r w:rsidRPr="00C433B0">
        <w:rPr>
          <w:rFonts w:ascii="Times New Roman" w:hAnsi="Times New Roman" w:cs="Times New Roman"/>
          <w:b/>
          <w:bCs/>
          <w:lang w:val="ru-RU"/>
        </w:rPr>
        <w:t xml:space="preserve">Тема. </w:t>
      </w:r>
      <w:r>
        <w:rPr>
          <w:rFonts w:ascii="Times New Roman" w:hAnsi="Times New Roman" w:cs="Times New Roman"/>
          <w:b/>
          <w:bCs/>
          <w:lang w:val="ru-RU"/>
        </w:rPr>
        <w:t>Умножение и д</w:t>
      </w:r>
      <w:r w:rsidRPr="00C433B0">
        <w:rPr>
          <w:rFonts w:ascii="Times New Roman" w:hAnsi="Times New Roman" w:cs="Times New Roman"/>
          <w:b/>
          <w:bCs/>
          <w:lang w:val="ru-RU"/>
        </w:rPr>
        <w:t xml:space="preserve">еление дробей </w:t>
      </w:r>
    </w:p>
    <w:p w:rsidR="00F410CB" w:rsidRPr="00813817" w:rsidRDefault="00F410CB" w:rsidP="00F410CB">
      <w:pPr>
        <w:pStyle w:val="af5"/>
        <w:ind w:left="644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1. </w:t>
      </w:r>
      <w:r w:rsidRPr="00813817">
        <w:rPr>
          <w:rFonts w:ascii="Times New Roman" w:hAnsi="Times New Roman" w:cs="Times New Roman"/>
          <w:lang w:val="ru-RU"/>
        </w:rPr>
        <w:t>Выполните действие:</w:t>
      </w:r>
    </w:p>
    <w:p w:rsidR="00F410CB" w:rsidRPr="00813817" w:rsidRDefault="00F410CB" w:rsidP="00F410CB">
      <w:pPr>
        <w:pStyle w:val="af5"/>
        <w:ind w:left="644"/>
        <w:rPr>
          <w:rFonts w:ascii="Times New Roman" w:hAnsi="Times New Roman" w:cs="Times New Roman"/>
          <w:lang w:val="ru-RU"/>
        </w:rPr>
      </w:pPr>
      <w:r w:rsidRPr="00813817">
        <w:rPr>
          <w:rFonts w:ascii="Times New Roman" w:hAnsi="Times New Roman" w:cs="Times New Roman"/>
          <w:lang w:val="ru-RU"/>
        </w:rPr>
        <w:t xml:space="preserve">а) </w:t>
      </w:r>
      <m:oMath>
        <m:r>
          <m:rPr>
            <m:sty m:val="p"/>
          </m:rPr>
          <w:rPr>
            <w:rFonts w:ascii="Cambria Math" w:hAnsi="Cambria Math" w:cs="Times New Roman"/>
            <w:lang w:val="ru-RU"/>
          </w:rPr>
          <m:t>10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 xml:space="preserve"> :2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 xml:space="preserve">; </m:t>
        </m:r>
      </m:oMath>
      <w:r w:rsidRPr="00813817">
        <w:rPr>
          <w:rFonts w:ascii="Times New Roman" w:hAnsi="Times New Roman" w:cs="Times New Roman"/>
          <w:lang w:val="ru-RU"/>
        </w:rPr>
        <w:t xml:space="preserve"> б) </w:t>
      </w:r>
      <m:oMath>
        <m:r>
          <m:rPr>
            <m:sty m:val="p"/>
          </m:rPr>
          <w:rPr>
            <w:rFonts w:ascii="Cambria Math" w:hAnsi="Cambria Math" w:cs="Times New Roman"/>
            <w:lang w:val="ru-RU"/>
          </w:rPr>
          <m:t>3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5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:2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15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;</m:t>
        </m:r>
      </m:oMath>
      <w:r w:rsidRPr="00813817">
        <w:rPr>
          <w:rFonts w:ascii="Times New Roman" w:hAnsi="Times New Roman" w:cs="Times New Roman"/>
          <w:lang w:val="ru-RU"/>
        </w:rPr>
        <w:t xml:space="preserve"> в) </w:t>
      </w:r>
      <m:oMath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20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27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∙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5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+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10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: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100</m:t>
            </m:r>
          </m:den>
        </m:f>
      </m:oMath>
      <w:r w:rsidRPr="00813817">
        <w:rPr>
          <w:rFonts w:ascii="Times New Roman" w:hAnsi="Times New Roman" w:cs="Times New Roman"/>
          <w:lang w:val="ru-RU"/>
        </w:rPr>
        <w:t>.</w:t>
      </w:r>
    </w:p>
    <w:p w:rsidR="00F410CB" w:rsidRPr="00813817" w:rsidRDefault="00F410CB" w:rsidP="00F410CB">
      <w:pPr>
        <w:pStyle w:val="af5"/>
        <w:ind w:left="644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2. </w:t>
      </w:r>
      <w:r w:rsidRPr="00813817">
        <w:rPr>
          <w:rFonts w:ascii="Times New Roman" w:hAnsi="Times New Roman" w:cs="Times New Roman"/>
          <w:lang w:val="ru-RU"/>
        </w:rPr>
        <w:t>Решите уравнение:</w:t>
      </w:r>
    </w:p>
    <w:p w:rsidR="00F410CB" w:rsidRPr="00813817" w:rsidRDefault="00F410CB" w:rsidP="00F410CB">
      <w:pPr>
        <w:pStyle w:val="af5"/>
        <w:ind w:left="644"/>
        <w:rPr>
          <w:rFonts w:ascii="Times New Roman" w:hAnsi="Times New Roman" w:cs="Times New Roman"/>
          <w:lang w:val="ru-RU"/>
        </w:rPr>
      </w:pPr>
      <w:r w:rsidRPr="00813817">
        <w:rPr>
          <w:rFonts w:ascii="Times New Roman" w:hAnsi="Times New Roman" w:cs="Times New Roman"/>
          <w:lang w:val="ru-RU"/>
        </w:rPr>
        <w:t xml:space="preserve">а) </w:t>
      </w:r>
      <m:oMath>
        <m:f>
          <m:fPr>
            <m:ctrlPr>
              <w:rPr>
                <w:rFonts w:ascii="Cambria Math" w:hAnsi="Times New Roman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7</m:t>
            </m:r>
          </m:den>
        </m:f>
        <m:r>
          <w:rPr>
            <w:rFonts w:ascii="Cambria Math" w:hAnsi="Cambria Math" w:cs="Times New Roman"/>
            <w:lang w:val="ru-RU"/>
          </w:rPr>
          <m:t>m</m:t>
        </m:r>
        <m:r>
          <m:rPr>
            <m:sty m:val="p"/>
          </m:rPr>
          <w:rPr>
            <w:rFonts w:ascii="Cambria Math" w:hAnsi="Times New Roman" w:cs="Times New Roman"/>
            <w:lang w:val="ru-RU"/>
          </w:rPr>
          <m:t>+</m:t>
        </m:r>
        <m:f>
          <m:fPr>
            <m:ctrlPr>
              <w:rPr>
                <w:rFonts w:ascii="Cambria Math" w:hAnsi="Times New Roman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14</m:t>
            </m:r>
          </m:den>
        </m:f>
        <m:r>
          <w:rPr>
            <w:rFonts w:ascii="Cambria Math" w:hAnsi="Cambria Math" w:cs="Times New Roman"/>
            <w:lang w:val="ru-RU"/>
          </w:rPr>
          <m:t>m</m:t>
        </m:r>
        <m:r>
          <m:rPr>
            <m:sty m:val="p"/>
          </m:rPr>
          <w:rPr>
            <w:rFonts w:ascii="Cambria Math" w:hAnsi="Cambria Math" w:cs="Times New Roman"/>
            <w:lang w:val="ru-RU"/>
          </w:rPr>
          <m:t>-</m:t>
        </m:r>
        <m:f>
          <m:fPr>
            <m:ctrlPr>
              <w:rPr>
                <w:rFonts w:ascii="Cambria Math" w:hAnsi="Times New Roman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21</m:t>
            </m:r>
          </m:den>
        </m:f>
        <m:r>
          <w:rPr>
            <w:rFonts w:ascii="Cambria Math" w:hAnsi="Cambria Math" w:cs="Times New Roman"/>
            <w:lang w:val="ru-RU"/>
          </w:rPr>
          <m:t>m</m:t>
        </m:r>
        <m:r>
          <m:rPr>
            <m:sty m:val="p"/>
          </m:rPr>
          <w:rPr>
            <w:rFonts w:ascii="Cambria Math" w:hAnsi="Times New Roman" w:cs="Times New Roman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7</m:t>
            </m:r>
          </m:den>
        </m:f>
        <m:r>
          <m:rPr>
            <m:sty m:val="p"/>
          </m:rPr>
          <w:rPr>
            <w:rFonts w:ascii="Cambria Math" w:hAnsi="Times New Roman" w:cs="Times New Roman"/>
            <w:lang w:val="ru-RU"/>
          </w:rPr>
          <m:t>;</m:t>
        </m:r>
      </m:oMath>
      <w:r w:rsidRPr="00813817">
        <w:rPr>
          <w:rFonts w:ascii="Times New Roman" w:hAnsi="Times New Roman" w:cs="Times New Roman"/>
          <w:lang w:val="ru-RU"/>
        </w:rPr>
        <w:t xml:space="preserve"> б) </w:t>
      </w:r>
      <m:oMath>
        <m:r>
          <m:rPr>
            <m:sty m:val="p"/>
          </m:rPr>
          <w:rPr>
            <w:rFonts w:ascii="Cambria Math" w:hAnsi="Cambria Math" w:cs="Times New Roman"/>
            <w:lang w:val="ru-RU"/>
          </w:rPr>
          <m:t>1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7</m:t>
            </m:r>
          </m:den>
        </m:f>
        <m:r>
          <w:rPr>
            <w:rFonts w:ascii="Cambria Math" w:hAnsi="Cambria Math" w:cs="Times New Roman"/>
            <w:lang w:val="ru-RU"/>
          </w:rPr>
          <m:t>y</m:t>
        </m:r>
        <m:r>
          <m:rPr>
            <m:sty m:val="p"/>
          </m:rPr>
          <w:rPr>
            <w:rFonts w:ascii="Cambria Math" w:hAnsi="Cambria Math" w:cs="Times New Roman"/>
            <w:lang w:val="ru-RU"/>
          </w:rPr>
          <m:t>-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9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=2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9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.</m:t>
        </m:r>
      </m:oMath>
    </w:p>
    <w:p w:rsidR="00F410CB" w:rsidRPr="00813817" w:rsidRDefault="00F410CB" w:rsidP="00F410CB">
      <w:pPr>
        <w:pStyle w:val="af5"/>
        <w:ind w:left="64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3. </w:t>
      </w:r>
      <w:r w:rsidRPr="00813817">
        <w:rPr>
          <w:rFonts w:ascii="Times New Roman" w:hAnsi="Times New Roman" w:cs="Times New Roman"/>
          <w:lang w:val="ru-RU"/>
        </w:rPr>
        <w:t xml:space="preserve">За два часа самолёт пролетел 1020 км. За первый час он пролетел </w:t>
      </w:r>
      <m:oMath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9</m:t>
            </m:r>
          </m:den>
        </m:f>
      </m:oMath>
      <w:r w:rsidRPr="00813817">
        <w:rPr>
          <w:rFonts w:ascii="Times New Roman" w:hAnsi="Times New Roman" w:cs="Times New Roman"/>
          <w:lang w:val="ru-RU"/>
        </w:rPr>
        <w:t xml:space="preserve"> того пути, который он пролетел </w:t>
      </w:r>
      <w:proofErr w:type="gramStart"/>
      <w:r w:rsidRPr="00813817">
        <w:rPr>
          <w:rFonts w:ascii="Times New Roman" w:hAnsi="Times New Roman" w:cs="Times New Roman"/>
          <w:lang w:val="ru-RU"/>
        </w:rPr>
        <w:t>в</w:t>
      </w:r>
      <w:proofErr w:type="gramEnd"/>
      <w:r w:rsidRPr="00813817">
        <w:rPr>
          <w:rFonts w:ascii="Times New Roman" w:hAnsi="Times New Roman" w:cs="Times New Roman"/>
          <w:lang w:val="ru-RU"/>
        </w:rPr>
        <w:t xml:space="preserve"> второй час. Сколько километров пролетел самолёт в каждый из этих двух часов?</w:t>
      </w:r>
    </w:p>
    <w:p w:rsidR="00F410CB" w:rsidRPr="00813817" w:rsidRDefault="00F410CB" w:rsidP="00F410CB">
      <w:pPr>
        <w:pStyle w:val="af5"/>
        <w:ind w:left="644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4. </w:t>
      </w:r>
      <w:r w:rsidRPr="00813817">
        <w:rPr>
          <w:rFonts w:ascii="Times New Roman" w:hAnsi="Times New Roman" w:cs="Times New Roman"/>
          <w:lang w:val="ru-RU"/>
        </w:rPr>
        <w:t>Вычислите:</w:t>
      </w:r>
    </w:p>
    <w:p w:rsidR="00F410CB" w:rsidRPr="00813817" w:rsidRDefault="00F410CB" w:rsidP="00F410CB">
      <w:pPr>
        <w:pStyle w:val="af5"/>
        <w:ind w:left="709"/>
        <w:rPr>
          <w:rFonts w:ascii="Times New Roman" w:hAnsi="Times New Roman" w:cs="Times New Roman"/>
          <w:lang w:val="ru-RU"/>
        </w:rPr>
      </w:pPr>
      <w:r w:rsidRPr="00813817">
        <w:rPr>
          <w:rFonts w:ascii="Times New Roman" w:hAnsi="Times New Roman" w:cs="Times New Roman"/>
          <w:lang w:val="ru-RU"/>
        </w:rPr>
        <w:t xml:space="preserve">а) </w:t>
      </w:r>
      <m:oMath>
        <m:r>
          <m:rPr>
            <m:sty m:val="p"/>
          </m:rPr>
          <w:rPr>
            <w:rFonts w:ascii="Cambria Math" w:hAnsi="Cambria Math" w:cs="Times New Roman"/>
            <w:lang w:val="ru-RU"/>
          </w:rPr>
          <m:t>4∙</m:t>
        </m:r>
        <m:d>
          <m:dPr>
            <m:ctrlPr>
              <w:rPr>
                <w:rFonts w:ascii="Cambria Math" w:hAnsi="Cambria Math" w:cs="Times New Roman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2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+1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4</m:t>
                </m:r>
              </m:den>
            </m:f>
          </m:e>
        </m:d>
        <m:r>
          <m:rPr>
            <m:sty m:val="p"/>
          </m:rPr>
          <w:rPr>
            <w:rFonts w:ascii="Cambria Math" w:hAnsi="Cambria Math" w:cs="Times New Roman"/>
            <w:lang w:val="ru-RU"/>
          </w:rPr>
          <m:t>-</m:t>
        </m:r>
        <m:d>
          <m:dPr>
            <m:ctrlPr>
              <w:rPr>
                <w:rFonts w:ascii="Cambria Math" w:hAnsi="Cambria Math" w:cs="Times New Roman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6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+4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5</m:t>
                </m:r>
              </m:den>
            </m:f>
          </m:e>
        </m:d>
        <m:r>
          <m:rPr>
            <m:sty m:val="p"/>
          </m:rPr>
          <w:rPr>
            <w:rFonts w:ascii="Cambria Math" w:hAnsi="Cambria Math" w:cs="Times New Roman"/>
            <w:lang w:val="ru-RU"/>
          </w:rPr>
          <m:t xml:space="preserve"> :2;</m:t>
        </m:r>
      </m:oMath>
      <w:r w:rsidRPr="00813817">
        <w:rPr>
          <w:rFonts w:ascii="Times New Roman" w:hAnsi="Times New Roman" w:cs="Times New Roman"/>
          <w:lang w:val="ru-RU"/>
        </w:rPr>
        <w:t xml:space="preserve"> б)</w:t>
      </w:r>
      <m:oMath>
        <m:d>
          <m:dPr>
            <m:ctrlPr>
              <w:rPr>
                <w:rFonts w:ascii="Cambria Math" w:hAnsi="Cambria Math" w:cs="Times New Roman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7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-5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5</m:t>
                </m:r>
              </m:den>
            </m:f>
          </m:e>
        </m:d>
        <m:r>
          <m:rPr>
            <m:sty m:val="p"/>
          </m:rPr>
          <w:rPr>
            <w:rFonts w:ascii="Cambria Math" w:hAnsi="Cambria Math" w:cs="Times New Roman"/>
            <w:lang w:val="ru-RU"/>
          </w:rPr>
          <m:t>:</m:t>
        </m:r>
        <m:d>
          <m:dPr>
            <m:ctrlPr>
              <w:rPr>
                <w:rFonts w:ascii="Cambria Math" w:hAnsi="Cambria Math" w:cs="Times New Roman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6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5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-4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3</m:t>
                </m:r>
              </m:den>
            </m:f>
          </m:e>
        </m:d>
        <m:r>
          <m:rPr>
            <m:sty m:val="p"/>
          </m:rPr>
          <w:rPr>
            <w:rFonts w:ascii="Cambria Math" w:hAnsi="Cambria Math" w:cs="Times New Roman"/>
            <w:lang w:val="ru-RU"/>
          </w:rPr>
          <m:t>.</m:t>
        </m:r>
      </m:oMath>
    </w:p>
    <w:p w:rsidR="00F410CB" w:rsidRPr="00C433B0" w:rsidRDefault="00F410CB" w:rsidP="00F410CB">
      <w:pPr>
        <w:pStyle w:val="af5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5. </w:t>
      </w:r>
      <w:r w:rsidRPr="00C433B0">
        <w:rPr>
          <w:rFonts w:ascii="Times New Roman" w:hAnsi="Times New Roman" w:cs="Times New Roman"/>
          <w:lang w:val="ru-RU"/>
        </w:rPr>
        <w:t xml:space="preserve">Преобразуйте обыкновенную дробь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6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в бесконечную периодическую десятичную дробь.</w:t>
      </w:r>
    </w:p>
    <w:p w:rsidR="00F410CB" w:rsidRPr="00C433B0" w:rsidRDefault="00F410CB" w:rsidP="00F410CB">
      <w:pPr>
        <w:pStyle w:val="af5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 xml:space="preserve">6. </w:t>
      </w:r>
      <w:r w:rsidRPr="00C433B0">
        <w:rPr>
          <w:rFonts w:ascii="Times New Roman" w:hAnsi="Times New Roman" w:cs="Times New Roman"/>
          <w:lang w:val="ru-RU"/>
        </w:rPr>
        <w:t>Из пункта A в пункт B выехал первый велосипедист со скоростью 12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2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3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км/ч. Одновременно из пункта B в том же направлении выехал второй велосипедист, скорость которого в 1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16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41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раза меньше скорости первого. Через сколько часов первый велосипедист догонит второго, если расстояние между пунктами равно 8 км?</w:t>
      </w:r>
    </w:p>
    <w:p w:rsidR="00F410CB" w:rsidRDefault="00F410CB" w:rsidP="00F410CB">
      <w:pPr>
        <w:rPr>
          <w:lang w:val="ru-RU"/>
        </w:rPr>
      </w:pP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501568" behindDoc="0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1318260</wp:posOffset>
            </wp:positionV>
            <wp:extent cx="1562100" cy="161925"/>
            <wp:effectExtent l="0" t="0" r="0" b="0"/>
            <wp:wrapNone/>
            <wp:docPr id="1791329646" name="Рисунок 1791329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146849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971925" cy="1128283"/>
            <wp:effectExtent l="0" t="0" r="0" b="0"/>
            <wp:docPr id="1093686620" name="Рисунок 1093686620" descr="Изображение выглядит как текст, внутренний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внутренний, снимок экрана&#10;&#10;Автоматически созданное описание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99386" cy="113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5146">
        <w:rPr>
          <w:noProof/>
        </w:rPr>
        <w:t xml:space="preserve"> </w:t>
      </w:r>
    </w:p>
    <w:p w:rsidR="00F410CB" w:rsidRDefault="00F410CB" w:rsidP="00F410CB">
      <w:pPr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575296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1189990</wp:posOffset>
            </wp:positionV>
            <wp:extent cx="3115945" cy="1162050"/>
            <wp:effectExtent l="0" t="0" r="0" b="0"/>
            <wp:wrapSquare wrapText="bothSides"/>
            <wp:docPr id="1880682294" name="Рисунок 188068229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5414" b="1312"/>
                    <a:stretch/>
                  </pic:blipFill>
                  <pic:spPr bwMode="auto">
                    <a:xfrm>
                      <a:off x="0" y="0"/>
                      <a:ext cx="311594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57017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798830</wp:posOffset>
            </wp:positionV>
            <wp:extent cx="2963545" cy="352425"/>
            <wp:effectExtent l="0" t="0" r="0" b="0"/>
            <wp:wrapSquare wrapText="bothSides"/>
            <wp:docPr id="2065573377" name="Рисунок 2065573377" descr="Изображение выглядит как текст, Шрифт, снимок экрана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83052" name="Рисунок 274383052" descr="Изображение выглядит как текст, Шрифт, снимок экрана, докумен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1969"/>
                    <a:stretch/>
                  </pic:blipFill>
                  <pic:spPr bwMode="auto">
                    <a:xfrm>
                      <a:off x="0" y="0"/>
                      <a:ext cx="296354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41862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294640</wp:posOffset>
            </wp:positionV>
            <wp:extent cx="3115945" cy="438150"/>
            <wp:effectExtent l="0" t="0" r="0" b="0"/>
            <wp:wrapSquare wrapText="bothSides"/>
            <wp:docPr id="2036879217" name="Рисунок 20368792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044" b="69869"/>
                    <a:stretch/>
                  </pic:blipFill>
                  <pic:spPr bwMode="auto">
                    <a:xfrm>
                      <a:off x="0" y="0"/>
                      <a:ext cx="3115945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 w:hanging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105150" cy="352425"/>
            <wp:effectExtent l="0" t="0" r="0" b="0"/>
            <wp:docPr id="1185007410" name="Рисунок 118500741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946" b="79541"/>
                    <a:stretch/>
                  </pic:blipFill>
                  <pic:spPr bwMode="auto">
                    <a:xfrm>
                      <a:off x="0" y="0"/>
                      <a:ext cx="3105150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>Контрольная работа №5</w:t>
      </w:r>
    </w:p>
    <w:p w:rsidR="00F410CB" w:rsidRPr="00371B63" w:rsidRDefault="00F410CB" w:rsidP="00F410CB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 w:rsidRPr="00371B63"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>Тема: Фигуры на плоскости</w:t>
      </w:r>
    </w:p>
    <w:p w:rsidR="00F410CB" w:rsidRDefault="00F410CB" w:rsidP="00F410CB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 w:rsidRPr="00075146">
        <w:rPr>
          <w:noProof/>
          <w:lang w:val="ru-RU" w:eastAsia="ru-RU"/>
        </w:rPr>
        <w:drawing>
          <wp:anchor distT="0" distB="0" distL="114300" distR="114300" simplePos="0" relativeHeight="251506688" behindDoc="0" locked="0" layoutInCell="1" allowOverlap="1">
            <wp:simplePos x="0" y="0"/>
            <wp:positionH relativeFrom="column">
              <wp:posOffset>-2729865</wp:posOffset>
            </wp:positionH>
            <wp:positionV relativeFrom="paragraph">
              <wp:posOffset>2295525</wp:posOffset>
            </wp:positionV>
            <wp:extent cx="1533525" cy="142875"/>
            <wp:effectExtent l="0" t="0" r="0" b="0"/>
            <wp:wrapNone/>
            <wp:docPr id="100320700" name="Рисунок 10032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772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5945"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>1. Найдите длину окружности, если ее радиус равен</w:t>
      </w:r>
      <w:r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 xml:space="preserve"> 4,5 см.</w:t>
      </w:r>
    </w:p>
    <w:p w:rsidR="00F410CB" w:rsidRDefault="00F410CB" w:rsidP="00F410CB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>2. Найдите площадь круга, если его радиус равен 6 см.</w:t>
      </w:r>
    </w:p>
    <w:p w:rsidR="00F410CB" w:rsidRDefault="00F410CB" w:rsidP="00F410CB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>3. С помощью циркуля и линейки постройте треугольник со сторонами 4см, 6 см и 7 см.</w:t>
      </w:r>
    </w:p>
    <w:p w:rsidR="00F410CB" w:rsidRPr="00C65945" w:rsidRDefault="00F410CB" w:rsidP="00F410CB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 w:rsidRPr="00371B63">
        <w:rPr>
          <w:bCs/>
          <w:noProof/>
          <w:lang w:val="ru-RU" w:eastAsia="ru-RU"/>
        </w:rPr>
        <w:drawing>
          <wp:anchor distT="0" distB="0" distL="114300" distR="114300" simplePos="0" relativeHeight="251475968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81280</wp:posOffset>
            </wp:positionV>
            <wp:extent cx="3105150" cy="1323975"/>
            <wp:effectExtent l="0" t="0" r="0" b="0"/>
            <wp:wrapSquare wrapText="bothSides"/>
            <wp:docPr id="1311861082" name="Рисунок 131186108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7278" b="33226"/>
                    <a:stretch/>
                  </pic:blipFill>
                  <pic:spPr bwMode="auto">
                    <a:xfrm>
                      <a:off x="0" y="0"/>
                      <a:ext cx="310515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410CB" w:rsidRPr="00371B63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Pr="00371B63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F410CB" w:rsidRPr="00371B63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F410CB" w:rsidRPr="00371B63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F410CB" w:rsidRPr="00371B63" w:rsidRDefault="00F410CB" w:rsidP="00F410CB">
      <w:pPr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  <w:r w:rsidRPr="00371B63"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  <w:br w:type="page"/>
      </w:r>
    </w:p>
    <w:p w:rsidR="00F410CB" w:rsidRPr="00DE218D" w:rsidRDefault="00F410CB" w:rsidP="00F410CB">
      <w:pPr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441152" behindDoc="0" locked="0" layoutInCell="1" allowOverlap="1">
            <wp:simplePos x="0" y="0"/>
            <wp:positionH relativeFrom="column">
              <wp:posOffset>3338151</wp:posOffset>
            </wp:positionH>
            <wp:positionV relativeFrom="paragraph">
              <wp:posOffset>1313180</wp:posOffset>
            </wp:positionV>
            <wp:extent cx="2978785" cy="1924050"/>
            <wp:effectExtent l="0" t="0" r="0" b="0"/>
            <wp:wrapSquare wrapText="bothSides"/>
            <wp:docPr id="1061841170" name="Рисунок 106184117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2106752" behindDoc="0" locked="0" layoutInCell="1" allowOverlap="1">
            <wp:simplePos x="0" y="0"/>
            <wp:positionH relativeFrom="column">
              <wp:posOffset>-95693</wp:posOffset>
            </wp:positionH>
            <wp:positionV relativeFrom="paragraph">
              <wp:posOffset>903605</wp:posOffset>
            </wp:positionV>
            <wp:extent cx="3095625" cy="3095625"/>
            <wp:effectExtent l="0" t="0" r="0" b="0"/>
            <wp:wrapThrough wrapText="bothSides">
              <wp:wrapPolygon edited="0">
                <wp:start x="0" y="0"/>
                <wp:lineTo x="0" y="21534"/>
                <wp:lineTo x="21534" y="21534"/>
                <wp:lineTo x="21534" y="0"/>
                <wp:lineTo x="0" y="0"/>
              </wp:wrapPolygon>
            </wp:wrapThrough>
            <wp:docPr id="441974821" name="Рисунок 44197482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429888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175260</wp:posOffset>
            </wp:positionV>
            <wp:extent cx="3190240" cy="1139825"/>
            <wp:effectExtent l="0" t="0" r="0" b="0"/>
            <wp:wrapSquare wrapText="bothSides"/>
            <wp:docPr id="1036296394" name="Рисунок 103629639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702"/>
                    <a:stretch/>
                  </pic:blipFill>
                  <pic:spPr bwMode="auto">
                    <a:xfrm>
                      <a:off x="0" y="0"/>
                      <a:ext cx="3190240" cy="113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465728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4433570</wp:posOffset>
            </wp:positionV>
            <wp:extent cx="3314065" cy="2086610"/>
            <wp:effectExtent l="0" t="0" r="0" b="0"/>
            <wp:wrapSquare wrapText="bothSides"/>
            <wp:docPr id="1123583854" name="Рисунок 112358385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243"/>
                    <a:stretch/>
                  </pic:blipFill>
                  <pic:spPr bwMode="auto">
                    <a:xfrm>
                      <a:off x="0" y="0"/>
                      <a:ext cx="3314065" cy="208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554816" behindDoc="0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4232910</wp:posOffset>
            </wp:positionV>
            <wp:extent cx="1571625" cy="142875"/>
            <wp:effectExtent l="0" t="0" r="0" b="0"/>
            <wp:wrapNone/>
            <wp:docPr id="423477075" name="Рисунок 423477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96939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540480" behindDoc="0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4195445</wp:posOffset>
            </wp:positionV>
            <wp:extent cx="1571844" cy="161948"/>
            <wp:effectExtent l="0" t="0" r="0" b="0"/>
            <wp:wrapSquare wrapText="bothSides"/>
            <wp:docPr id="932421997" name="Рисунок 93242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490275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844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45241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4385945</wp:posOffset>
            </wp:positionV>
            <wp:extent cx="3095625" cy="2190115"/>
            <wp:effectExtent l="0" t="0" r="0" b="0"/>
            <wp:wrapSquare wrapText="bothSides"/>
            <wp:docPr id="262914169" name="Рисунок 26291416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002"/>
                    <a:stretch/>
                  </pic:blipFill>
                  <pic:spPr bwMode="auto">
                    <a:xfrm>
                      <a:off x="0" y="0"/>
                      <a:ext cx="3095625" cy="219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529216" behindDoc="0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-14605</wp:posOffset>
            </wp:positionV>
            <wp:extent cx="1562100" cy="171450"/>
            <wp:effectExtent l="0" t="0" r="0" b="0"/>
            <wp:wrapSquare wrapText="bothSides"/>
            <wp:docPr id="1957731744" name="Рисунок 195773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672124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517952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4445</wp:posOffset>
            </wp:positionV>
            <wp:extent cx="1543050" cy="152400"/>
            <wp:effectExtent l="0" t="0" r="0" b="0"/>
            <wp:wrapNone/>
            <wp:docPr id="165443825" name="Рисунок 165443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191589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257279" cy="744220"/>
            <wp:effectExtent l="0" t="0" r="0" b="0"/>
            <wp:docPr id="805519918" name="Рисунок 80551991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63"/>
                    <a:srcRect t="21184"/>
                    <a:stretch/>
                  </pic:blipFill>
                  <pic:spPr bwMode="auto">
                    <a:xfrm>
                      <a:off x="0" y="0"/>
                      <a:ext cx="3281713" cy="749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10CB" w:rsidRDefault="00F410CB" w:rsidP="00F410CB">
      <w:pPr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F410CB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F410CB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F410CB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F410CB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F410CB" w:rsidRDefault="00F410CB" w:rsidP="00F410CB">
      <w:pPr>
        <w:rPr>
          <w:rFonts w:ascii="Times New Roman" w:hAnsi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br w:type="page"/>
      </w:r>
    </w:p>
    <w:p w:rsidR="00F410CB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565056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-62230</wp:posOffset>
            </wp:positionV>
            <wp:extent cx="1800476" cy="152421"/>
            <wp:effectExtent l="0" t="0" r="0" b="0"/>
            <wp:wrapNone/>
            <wp:docPr id="805567954" name="Рисунок 805567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34709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476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496448" behindDoc="0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252095</wp:posOffset>
            </wp:positionV>
            <wp:extent cx="2819400" cy="2475230"/>
            <wp:effectExtent l="0" t="0" r="0" b="0"/>
            <wp:wrapSquare wrapText="bothSides"/>
            <wp:docPr id="1780584131" name="Рисунок 178058413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478"/>
                    <a:stretch/>
                  </pic:blipFill>
                  <pic:spPr bwMode="auto">
                    <a:xfrm>
                      <a:off x="0" y="0"/>
                      <a:ext cx="2819400" cy="247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559936" behindDoc="0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-176530</wp:posOffset>
            </wp:positionV>
            <wp:extent cx="1657581" cy="161948"/>
            <wp:effectExtent l="0" t="0" r="0" b="0"/>
            <wp:wrapSquare wrapText="bothSides"/>
            <wp:docPr id="170922216" name="Рисунок 17092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8395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58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470848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33020</wp:posOffset>
            </wp:positionV>
            <wp:extent cx="2876550" cy="1836420"/>
            <wp:effectExtent l="0" t="0" r="0" b="0"/>
            <wp:wrapSquare wrapText="bothSides"/>
            <wp:docPr id="929419709" name="Рисунок 929419709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Рисунок 137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218"/>
                    <a:stretch/>
                  </pic:blipFill>
                  <pic:spPr bwMode="auto">
                    <a:xfrm>
                      <a:off x="0" y="0"/>
                      <a:ext cx="2876550" cy="183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486208" behindDoc="0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3764280</wp:posOffset>
            </wp:positionV>
            <wp:extent cx="2898140" cy="2457450"/>
            <wp:effectExtent l="0" t="0" r="0" b="0"/>
            <wp:wrapSquare wrapText="bothSides"/>
            <wp:docPr id="980249669" name="Рисунок 980249669" descr="Изображение выглядит как текст, линия, диаграмма, Граф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371038" name="Рисунок 1085371038" descr="Изображение выглядит как текст, линия, диаграмма, График&#10;&#10;Автоматически созданное описание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0343"/>
                    <a:stretch/>
                  </pic:blipFill>
                  <pic:spPr bwMode="auto">
                    <a:xfrm>
                      <a:off x="0" y="0"/>
                      <a:ext cx="289814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481088" behindDoc="0" locked="0" layoutInCell="1" allowOverlap="1">
            <wp:simplePos x="0" y="0"/>
            <wp:positionH relativeFrom="column">
              <wp:posOffset>222918</wp:posOffset>
            </wp:positionH>
            <wp:positionV relativeFrom="paragraph">
              <wp:posOffset>1938655</wp:posOffset>
            </wp:positionV>
            <wp:extent cx="3190875" cy="1823467"/>
            <wp:effectExtent l="0" t="0" r="0" b="0"/>
            <wp:wrapSquare wrapText="bothSides"/>
            <wp:docPr id="353068119" name="Рисунок 353068119" descr="Изображение выглядит как текст, линия, диаграмма, Граф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Рисунок 138" descr="Изображение выглядит как текст, линия, диаграмма, График&#10;&#10;Автоматически созданное описание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9793"/>
                    <a:stretch/>
                  </pic:blipFill>
                  <pic:spPr bwMode="auto">
                    <a:xfrm>
                      <a:off x="0" y="0"/>
                      <a:ext cx="3190875" cy="1823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410CB" w:rsidRDefault="00F410CB" w:rsidP="00F410CB">
      <w:pPr>
        <w:contextualSpacing/>
        <w:rPr>
          <w:rFonts w:ascii="Times New Roman" w:hAnsi="Times New Roman"/>
          <w:b/>
          <w:iCs/>
          <w:noProof/>
          <w:color w:val="000000"/>
          <w:sz w:val="24"/>
          <w:szCs w:val="24"/>
        </w:rPr>
      </w:pPr>
    </w:p>
    <w:p w:rsidR="00F410CB" w:rsidRPr="00DE218D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491328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71120</wp:posOffset>
            </wp:positionV>
            <wp:extent cx="3000375" cy="864870"/>
            <wp:effectExtent l="0" t="0" r="0" b="0"/>
            <wp:wrapSquare wrapText="bothSides"/>
            <wp:docPr id="758376721" name="Рисунок 75837672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Pr="0012640B" w:rsidRDefault="00F410CB" w:rsidP="00F410CB">
      <w:pPr>
        <w:rPr>
          <w:lang w:val="ru-RU"/>
        </w:rPr>
      </w:pPr>
    </w:p>
    <w:p w:rsidR="00F410CB" w:rsidRPr="0012640B" w:rsidRDefault="00F410CB" w:rsidP="00F410CB">
      <w:pPr>
        <w:spacing w:after="0"/>
        <w:ind w:left="120"/>
        <w:rPr>
          <w:lang w:val="ru-RU"/>
        </w:rPr>
      </w:pPr>
    </w:p>
    <w:p w:rsidR="00F410CB" w:rsidRDefault="00F410CB">
      <w:r>
        <w:br w:type="page"/>
      </w:r>
    </w:p>
    <w:p w:rsidR="00F410CB" w:rsidRPr="002E2D7F" w:rsidRDefault="00EA25A3" w:rsidP="00F410CB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="00F410CB">
        <w:rPr>
          <w:rFonts w:ascii="Times New Roman" w:hAnsi="Times New Roman"/>
          <w:b/>
          <w:color w:val="000000"/>
          <w:sz w:val="28"/>
          <w:lang w:val="ru-RU"/>
        </w:rPr>
        <w:t>ПОУРОЧНОЕ ПЛАНИРОВАНИЕ</w:t>
      </w:r>
    </w:p>
    <w:p w:rsidR="00F410CB" w:rsidRPr="0078507B" w:rsidRDefault="00F410CB" w:rsidP="00F410C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E14A7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8507B">
        <w:rPr>
          <w:rFonts w:ascii="Times New Roman" w:hAnsi="Times New Roman"/>
          <w:b/>
          <w:color w:val="000000"/>
          <w:sz w:val="28"/>
          <w:lang w:val="ru-RU"/>
        </w:rPr>
        <w:t xml:space="preserve">6 </w:t>
      </w:r>
      <w:r w:rsidR="00EA25A3">
        <w:rPr>
          <w:rFonts w:ascii="Times New Roman" w:hAnsi="Times New Roman"/>
          <w:b/>
          <w:color w:val="000000"/>
          <w:sz w:val="28"/>
          <w:lang w:val="ru-RU"/>
        </w:rPr>
        <w:t xml:space="preserve">«В» </w:t>
      </w:r>
      <w:r w:rsidRPr="0078507B">
        <w:rPr>
          <w:rFonts w:ascii="Times New Roman" w:hAnsi="Times New Roman"/>
          <w:b/>
          <w:color w:val="000000"/>
          <w:sz w:val="28"/>
          <w:lang w:val="ru-RU"/>
        </w:rPr>
        <w:t xml:space="preserve">КЛАСС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Учитель Клочкова Анна Юрьевна</w:t>
      </w:r>
    </w:p>
    <w:tbl>
      <w:tblPr>
        <w:tblStyle w:val="TableNormal1"/>
        <w:tblW w:w="9923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5103"/>
        <w:gridCol w:w="1559"/>
        <w:gridCol w:w="1559"/>
        <w:gridCol w:w="993"/>
      </w:tblGrid>
      <w:tr w:rsidR="00F410CB" w:rsidRPr="007B1C5C" w:rsidTr="008B1FCB">
        <w:trPr>
          <w:trHeight w:val="1147"/>
          <w:tblHeader/>
        </w:trPr>
        <w:tc>
          <w:tcPr>
            <w:tcW w:w="709" w:type="dxa"/>
            <w:vAlign w:val="center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№ урока</w:t>
            </w:r>
          </w:p>
        </w:tc>
        <w:tc>
          <w:tcPr>
            <w:tcW w:w="5103" w:type="dxa"/>
            <w:vAlign w:val="center"/>
          </w:tcPr>
          <w:p w:rsidR="00F410CB" w:rsidRPr="007B1C5C" w:rsidRDefault="00F410CB" w:rsidP="008B1FCB">
            <w:pPr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Наименование разделов и тем</w:t>
            </w:r>
          </w:p>
        </w:tc>
        <w:tc>
          <w:tcPr>
            <w:tcW w:w="1559" w:type="dxa"/>
            <w:vAlign w:val="center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Плановые сроки прохождения программы</w:t>
            </w:r>
          </w:p>
        </w:tc>
        <w:tc>
          <w:tcPr>
            <w:tcW w:w="1559" w:type="dxa"/>
            <w:vAlign w:val="center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Фактические сроки и/или коррекция</w:t>
            </w:r>
          </w:p>
        </w:tc>
        <w:tc>
          <w:tcPr>
            <w:tcW w:w="993" w:type="dxa"/>
            <w:vAlign w:val="center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Примечание</w:t>
            </w:r>
          </w:p>
        </w:tc>
      </w:tr>
      <w:tr w:rsidR="00F410CB" w:rsidRPr="007B1C5C" w:rsidTr="008B1FCB">
        <w:trPr>
          <w:trHeight w:val="299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8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Раздел 1. Натуральные числа (</w:t>
            </w:r>
            <w:r w:rsidRPr="007B1C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23</w:t>
            </w:r>
            <w:r w:rsidRPr="007B1C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ч.)</w:t>
            </w:r>
          </w:p>
        </w:tc>
      </w:tr>
      <w:tr w:rsidR="00F410CB" w:rsidRPr="00A54441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курса 5 класса. Натуральные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A54441" w:rsidTr="008B1FCB">
        <w:trPr>
          <w:trHeight w:val="284"/>
        </w:trPr>
        <w:tc>
          <w:tcPr>
            <w:tcW w:w="709" w:type="dxa"/>
          </w:tcPr>
          <w:p w:rsidR="00F410CB" w:rsidRPr="002E2D7F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Повторение курса 5 класса. Обыкновенные дроби 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A54441" w:rsidTr="008B1FCB">
        <w:trPr>
          <w:trHeight w:val="284"/>
        </w:trPr>
        <w:tc>
          <w:tcPr>
            <w:tcW w:w="709" w:type="dxa"/>
          </w:tcPr>
          <w:p w:rsidR="00F410CB" w:rsidRPr="002E2D7F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</w:t>
            </w:r>
          </w:p>
        </w:tc>
        <w:tc>
          <w:tcPr>
            <w:tcW w:w="5103" w:type="dxa"/>
            <w:shd w:val="clear" w:color="auto" w:fill="auto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Повторение курса 5 класса. Десятичные дроби 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95F86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</w:t>
            </w:r>
          </w:p>
        </w:tc>
        <w:tc>
          <w:tcPr>
            <w:tcW w:w="5103" w:type="dxa"/>
            <w:shd w:val="clear" w:color="auto" w:fill="auto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курса 5 класса. Геометрические фигуры.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Виды треугольников.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</w:t>
            </w:r>
          </w:p>
        </w:tc>
        <w:tc>
          <w:tcPr>
            <w:tcW w:w="5103" w:type="dxa"/>
            <w:shd w:val="clear" w:color="auto" w:fill="auto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Среднее арифметическое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</w:t>
            </w:r>
          </w:p>
        </w:tc>
        <w:tc>
          <w:tcPr>
            <w:tcW w:w="5103" w:type="dxa"/>
            <w:shd w:val="clear" w:color="auto" w:fill="auto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Среднее арифметическое 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</w:t>
            </w:r>
          </w:p>
        </w:tc>
        <w:tc>
          <w:tcPr>
            <w:tcW w:w="5103" w:type="dxa"/>
            <w:shd w:val="clear" w:color="auto" w:fill="auto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Среднее арифметическое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. Решение задач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</w:t>
            </w:r>
          </w:p>
        </w:tc>
        <w:tc>
          <w:tcPr>
            <w:tcW w:w="5103" w:type="dxa"/>
            <w:vAlign w:val="center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</w:t>
            </w:r>
          </w:p>
        </w:tc>
        <w:tc>
          <w:tcPr>
            <w:tcW w:w="5103" w:type="dxa"/>
            <w:vAlign w:val="center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A54441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</w:t>
            </w:r>
          </w:p>
        </w:tc>
        <w:tc>
          <w:tcPr>
            <w:tcW w:w="5103" w:type="dxa"/>
            <w:vAlign w:val="center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A54441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</w:t>
            </w:r>
          </w:p>
        </w:tc>
        <w:tc>
          <w:tcPr>
            <w:tcW w:w="5103" w:type="dxa"/>
            <w:vAlign w:val="center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A54441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</w:t>
            </w:r>
          </w:p>
        </w:tc>
        <w:tc>
          <w:tcPr>
            <w:tcW w:w="5103" w:type="dxa"/>
            <w:vAlign w:val="center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A54441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Делители и кратные,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Признаки деления на 10.5,2,9,3.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Делимость суммы и произвед</w:t>
            </w: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Простые и составные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A54441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Наибольший общий делитель.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Взаимно простые числа.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Алгоритм нахождения НОД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A54441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на нахождение НОД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A54441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Наименьшее общее кратное натуральных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Алгоритм нахождения НОК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A54441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на нахождение НОК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A54441" w:rsidTr="008B1FCB">
        <w:trPr>
          <w:trHeight w:val="55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1244D1" w:rsidTr="008B1FCB">
        <w:trPr>
          <w:trHeight w:val="284"/>
        </w:trPr>
        <w:tc>
          <w:tcPr>
            <w:tcW w:w="709" w:type="dxa"/>
            <w:shd w:val="clear" w:color="auto" w:fill="DEEAF6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23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Контрольная работа №1 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8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2. Дроби (</w:t>
            </w: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41</w:t>
            </w: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ч.)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Основное свойство дроби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Сокращение дробей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Сокращение дробей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567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 w:right="892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Приведение дробей к общему знаменателю.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Сравнение дробей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Сложение и вычитание дробей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A54441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примеров на сложение и вычитания дробей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A54441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30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Действие сложения и вычитания смешанных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Дробные выражен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и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A54441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примеров на действия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сложения и вычитания смешанных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A54441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shd w:val="clear" w:color="auto" w:fill="DEEAF6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34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№2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Умножение дробей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Действие умножения смешанных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A54441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Решение примеров на действие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у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множения смешанных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B616F7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Нахождение дроби от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Нахождение дроби от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Деление дробей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A54441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примеров на действие деления смешанных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текстовых задач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текстовых задач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A54441" w:rsidTr="008B1FCB">
        <w:trPr>
          <w:trHeight w:val="295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 w:right="4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Нахождение числа по значению его дроби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A54441" w:rsidTr="008B1FCB">
        <w:trPr>
          <w:trHeight w:val="272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 w:right="4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Нахождение числа по значению его дроби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A54441" w:rsidTr="008B1FCB">
        <w:trPr>
          <w:trHeight w:val="567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 w:right="50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Преобразование обыкновенных дробей десятичные. Бесконечные периодические десятичные дроби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A54441" w:rsidTr="008B1FCB">
        <w:trPr>
          <w:trHeight w:val="567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 w:right="3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 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  <w:shd w:val="clear" w:color="auto" w:fill="DEEAF6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50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 xml:space="preserve">Контрольная работа № 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3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Отношения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Отношения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Пропорции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tcBorders>
              <w:top w:val="nil"/>
            </w:tcBorders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54</w:t>
            </w:r>
          </w:p>
        </w:tc>
        <w:tc>
          <w:tcPr>
            <w:tcW w:w="5103" w:type="dxa"/>
            <w:tcBorders>
              <w:top w:val="nil"/>
            </w:tcBorders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Пропорции</w:t>
            </w:r>
          </w:p>
        </w:tc>
        <w:tc>
          <w:tcPr>
            <w:tcW w:w="1559" w:type="dxa"/>
            <w:tcBorders>
              <w:top w:val="nil"/>
            </w:tcBorders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Пропорции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Пропорции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Процентное отношение двух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Процентное отношение двух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Процентное отношение двух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A54441" w:rsidTr="008B1FCB">
        <w:trPr>
          <w:trHeight w:val="567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 w:right="109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Прямая и обратная пропорциональные зависимости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A54441" w:rsidTr="008B1FCB">
        <w:trPr>
          <w:trHeight w:val="567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 w:right="109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Прямая и обратная пропорциональные зависимости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A54441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Деление числа в данном отношении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A54441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Повторение и систематизация учебного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материала</w:t>
            </w:r>
          </w:p>
        </w:tc>
        <w:tc>
          <w:tcPr>
            <w:tcW w:w="1559" w:type="dxa"/>
          </w:tcPr>
          <w:p w:rsidR="00F410CB" w:rsidRPr="001244D1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1244D1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1244D1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1244D1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64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Контрольная работа №</w:t>
            </w: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4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8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Раздел 3 Наглядная геометрия</w:t>
            </w:r>
            <w:proofErr w:type="gramStart"/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 xml:space="preserve"> .</w:t>
            </w:r>
            <w:proofErr w:type="gramEnd"/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Фигуры на плоскости. (10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.</w:t>
            </w:r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Окружность и круг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Длина окружности. Площадь круга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Длина окружности. Площадь круга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A54441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A54441" w:rsidTr="008B1FCB">
        <w:trPr>
          <w:trHeight w:val="299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Площадь фигур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A54441" w:rsidTr="008B1FCB">
        <w:trPr>
          <w:trHeight w:val="299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 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1244D1" w:rsidTr="008B1FCB">
        <w:trPr>
          <w:trHeight w:val="299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Контрольная работа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№5 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A54441" w:rsidTr="008B1FCB">
        <w:trPr>
          <w:trHeight w:val="301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11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4 Положительные и отрицательные числа (44 ч.)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Положи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т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ельные и отрицательные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Положительные и отрицательные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Координатная прямая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Координатная прямая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Координатная прямая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Целые числа. Рациональные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Целые числа. Рациональные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Модуль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Модуль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Модуль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Сравнение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Сравнение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301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Сравнение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A54441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 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shd w:val="clear" w:color="auto" w:fill="DEEAF6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89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6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Сложение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Сложение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Сложение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Сложение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7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Свойства сложения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60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Свойства сложения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Вычитание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Вычитание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Вычитание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Вычитание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A54441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100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 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shd w:val="clear" w:color="auto" w:fill="DEEAF6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101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7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Умножение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Умножение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Умножение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Умножение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567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Переместительное и сочетательное свойство умножения рациональных чисел.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Коэффициент.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567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Переместительное и сочетательное свойство умножения рациональных чисел.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Коэффициент.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567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Переместительное и сочетательное свойство умножения рациональных чисел.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Коэффициент.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17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21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11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01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05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Деление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Деление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Деление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A54441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 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shd w:val="clear" w:color="auto" w:fill="DEEAF6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118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8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A54441" w:rsidTr="008B1FCB">
        <w:trPr>
          <w:trHeight w:val="301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11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Раздел 5 Выражения с буквами (10 ч.)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A54441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с помощью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A54441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с помощью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A54441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с помощью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A54441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с помощью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A54441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с помощью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shd w:val="clear" w:color="auto" w:fill="DEEAF6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128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9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A54441" w:rsidTr="008B1FCB">
        <w:trPr>
          <w:trHeight w:val="301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11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6. Наглядная геометрия.  Прямые на плоскости (6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ч.)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Перпендикулярные прямые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Перпендикулярные прямые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Перпендикулярные прямые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Параллельные прямые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Параллельные прямые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A54441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A54441" w:rsidTr="008B1FCB">
        <w:trPr>
          <w:trHeight w:val="284"/>
        </w:trPr>
        <w:tc>
          <w:tcPr>
            <w:tcW w:w="9923" w:type="dxa"/>
            <w:gridSpan w:val="5"/>
          </w:tcPr>
          <w:p w:rsidR="00F410CB" w:rsidRPr="007B1C5C" w:rsidRDefault="00F410CB" w:rsidP="008B1FCB">
            <w:pPr>
              <w:spacing w:before="11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Раздел 7. Наглядная геометрия.  Симметрия (4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ч.)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Осевая и центральная симметрии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Осевая и центральная симметрии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Построение симмет</w:t>
            </w: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Pr="007B1C5C">
              <w:rPr>
                <w:rFonts w:ascii="Times New Roman" w:hAnsi="Times New Roman"/>
                <w:color w:val="000000"/>
                <w:sz w:val="24"/>
              </w:rPr>
              <w:t>ичных фигур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A54441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</w:t>
            </w: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Осевая симметрия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A54441" w:rsidTr="008B1FCB">
        <w:trPr>
          <w:trHeight w:val="301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11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8. Представление данных. Координатная плоскость (8 ч.)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Координатная плоскость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tcBorders>
              <w:top w:val="nil"/>
            </w:tcBorders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140</w:t>
            </w:r>
          </w:p>
        </w:tc>
        <w:tc>
          <w:tcPr>
            <w:tcW w:w="5103" w:type="dxa"/>
            <w:tcBorders>
              <w:top w:val="nil"/>
            </w:tcBorders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Координатная плоскость</w:t>
            </w:r>
          </w:p>
        </w:tc>
        <w:tc>
          <w:tcPr>
            <w:tcW w:w="1559" w:type="dxa"/>
            <w:tcBorders>
              <w:top w:val="nil"/>
            </w:tcBorders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Графики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Графики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60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Диаграммы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68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Диаграммы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A54441" w:rsidTr="008B1FCB">
        <w:trPr>
          <w:trHeight w:val="567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shd w:val="clear" w:color="auto" w:fill="DEEAF6"/>
          </w:tcPr>
          <w:p w:rsidR="00F410CB" w:rsidRPr="00E93BA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146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 1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0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460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8"/>
              <w:ind w:left="141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3"/>
                <w:szCs w:val="23"/>
                <w:lang w:val="ru-RU"/>
              </w:rPr>
              <w:t>Раздел 9. Наглядная геометрия. Фигуры в пространстве. (7</w:t>
            </w:r>
            <w:r>
              <w:rPr>
                <w:rFonts w:ascii="Times New Roman" w:eastAsia="Times New Roman" w:hAnsi="Times New Roman" w:cs="Times New Roman"/>
                <w:b/>
                <w:iCs/>
                <w:sz w:val="23"/>
                <w:szCs w:val="23"/>
                <w:lang w:val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3"/>
                <w:szCs w:val="23"/>
                <w:lang w:val="ru-RU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iCs/>
                <w:sz w:val="23"/>
                <w:szCs w:val="23"/>
                <w:lang w:val="ru-RU"/>
              </w:rPr>
              <w:t>.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3"/>
                <w:szCs w:val="23"/>
                <w:lang w:val="ru-RU"/>
              </w:rPr>
              <w:t>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Цилиндр.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К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онус.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Ш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ар.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A54441" w:rsidTr="008B1FCB">
        <w:trPr>
          <w:trHeight w:val="284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A54441" w:rsidTr="008B1FCB">
        <w:trPr>
          <w:trHeight w:val="284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A54441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A54441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A54441" w:rsidTr="008B1FCB">
        <w:trPr>
          <w:trHeight w:val="251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A54441" w:rsidTr="008B1FCB">
        <w:trPr>
          <w:trHeight w:val="273"/>
        </w:trPr>
        <w:tc>
          <w:tcPr>
            <w:tcW w:w="9923" w:type="dxa"/>
            <w:gridSpan w:val="5"/>
            <w:shd w:val="clear" w:color="auto" w:fill="D9D9D9" w:themeFill="background1" w:themeFillShade="D9"/>
          </w:tcPr>
          <w:p w:rsidR="00F410CB" w:rsidRPr="00F410CB" w:rsidRDefault="00F410CB" w:rsidP="008B1FCB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  <w:lang w:val="ru-RU" w:bidi="ru-RU"/>
              </w:rPr>
            </w:pPr>
            <w:r w:rsidRPr="00F410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  <w:lang w:val="ru-RU" w:bidi="ru-RU"/>
              </w:rPr>
              <w:t>Раздел 10.</w:t>
            </w:r>
            <w:r w:rsidRPr="00F410CB">
              <w:rPr>
                <w:rFonts w:ascii="Times New Roman" w:hAnsi="Times New Roman"/>
                <w:b/>
                <w:bCs/>
                <w:color w:val="000000"/>
                <w:sz w:val="24"/>
                <w:highlight w:val="lightGray"/>
                <w:lang w:val="ru-RU"/>
              </w:rPr>
              <w:t xml:space="preserve"> Повторение, обобщение, систематизация</w:t>
            </w:r>
            <w:r w:rsidRPr="00F410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  <w:lang w:val="ru-RU" w:bidi="ru-RU"/>
              </w:rPr>
              <w:t xml:space="preserve"> (17 ч.)</w:t>
            </w: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Итоговая контрольная №11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167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Итоговый урок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170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Итоговый урок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</w:tbl>
    <w:p w:rsidR="00F410CB" w:rsidRDefault="00F410CB" w:rsidP="00F410CB">
      <w:pPr>
        <w:pStyle w:val="af0"/>
        <w:rPr>
          <w:rFonts w:ascii="Times New Roman" w:hAnsi="Times New Roman"/>
          <w:b w:val="0"/>
          <w:color w:val="000000"/>
          <w:sz w:val="28"/>
        </w:rPr>
      </w:pPr>
    </w:p>
    <w:p w:rsidR="00F410CB" w:rsidRDefault="00F410CB" w:rsidP="00F410CB">
      <w:pPr>
        <w:rPr>
          <w:rFonts w:ascii="Times New Roman" w:hAnsi="Times New Roman"/>
          <w:bCs/>
          <w:color w:val="000000"/>
          <w:sz w:val="28"/>
          <w:szCs w:val="18"/>
        </w:rPr>
      </w:pPr>
      <w:r>
        <w:rPr>
          <w:rFonts w:ascii="Times New Roman" w:hAnsi="Times New Roman"/>
          <w:b/>
          <w:color w:val="000000"/>
          <w:sz w:val="28"/>
        </w:rPr>
        <w:br w:type="page"/>
      </w:r>
    </w:p>
    <w:p w:rsidR="00F410CB" w:rsidRPr="00E02E20" w:rsidRDefault="00F410CB" w:rsidP="00F410CB">
      <w:pPr>
        <w:spacing w:after="0"/>
        <w:ind w:left="120"/>
        <w:rPr>
          <w:lang w:val="ru-RU"/>
        </w:rPr>
      </w:pPr>
      <w:r w:rsidRPr="00E02E20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F410CB" w:rsidRPr="00E02E20" w:rsidRDefault="00F410CB" w:rsidP="00F410CB">
      <w:pPr>
        <w:spacing w:after="0" w:line="480" w:lineRule="auto"/>
        <w:ind w:left="120"/>
        <w:rPr>
          <w:lang w:val="ru-RU"/>
        </w:rPr>
      </w:pPr>
      <w:r w:rsidRPr="00E02E20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F410CB" w:rsidRPr="000066E9" w:rsidRDefault="00F410CB" w:rsidP="00F410CB">
      <w:pPr>
        <w:pStyle w:val="af5"/>
        <w:numPr>
          <w:ilvl w:val="0"/>
          <w:numId w:val="16"/>
        </w:numPr>
        <w:spacing w:after="0" w:line="0" w:lineRule="atLeast"/>
        <w:jc w:val="both"/>
        <w:rPr>
          <w:rFonts w:ascii="Times New Roman" w:eastAsia="Times New Roman" w:hAnsi="Times New Roman" w:cs="Arial"/>
          <w:sz w:val="20"/>
          <w:szCs w:val="20"/>
          <w:lang w:val="ru-RU" w:eastAsia="ru-RU"/>
        </w:rPr>
      </w:pPr>
      <w:r w:rsidRPr="000066E9">
        <w:rPr>
          <w:rFonts w:ascii="Times New Roman" w:hAnsi="Times New Roman"/>
          <w:color w:val="000000"/>
          <w:sz w:val="28"/>
          <w:lang w:val="ru-RU"/>
        </w:rPr>
        <w:t>​‌‌​</w:t>
      </w: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</w:t>
      </w:r>
      <w:proofErr w:type="gramStart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Мерзляк</w:t>
      </w:r>
      <w:proofErr w:type="gramEnd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А.Г., Полонский В.Б., Якир М.С.; под редакцией Подольского В.Е., Математика, Общество с ограниченной ответственностью "Издательский центр ВЕНТАНА-ГРАФ"</w:t>
      </w:r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>, 2018-2020</w:t>
      </w: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; Акционерное общество "Издательство Просвещение"</w:t>
      </w:r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>, 2021</w:t>
      </w: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.</w:t>
      </w:r>
    </w:p>
    <w:p w:rsidR="00F410CB" w:rsidRPr="00E02E20" w:rsidRDefault="00F410CB" w:rsidP="00F410CB">
      <w:pPr>
        <w:spacing w:after="0" w:line="480" w:lineRule="auto"/>
        <w:ind w:left="120"/>
        <w:rPr>
          <w:lang w:val="ru-RU"/>
        </w:rPr>
      </w:pPr>
      <w:r w:rsidRPr="00E02E20">
        <w:rPr>
          <w:rFonts w:ascii="Times New Roman" w:hAnsi="Times New Roman"/>
          <w:color w:val="000000"/>
          <w:sz w:val="28"/>
          <w:lang w:val="ru-RU"/>
        </w:rPr>
        <w:t>‌‌​</w:t>
      </w:r>
    </w:p>
    <w:p w:rsidR="00F410CB" w:rsidRPr="00E02E20" w:rsidRDefault="00F410CB" w:rsidP="00F410CB">
      <w:pPr>
        <w:spacing w:after="0" w:line="480" w:lineRule="auto"/>
        <w:ind w:left="120"/>
        <w:rPr>
          <w:lang w:val="ru-RU"/>
        </w:rPr>
      </w:pPr>
      <w:r w:rsidRPr="00E02E2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410CB" w:rsidRPr="000066E9" w:rsidRDefault="00F410CB" w:rsidP="00F410CB">
      <w:pPr>
        <w:pStyle w:val="af5"/>
        <w:numPr>
          <w:ilvl w:val="0"/>
          <w:numId w:val="17"/>
        </w:numPr>
        <w:spacing w:after="0" w:line="0" w:lineRule="atLeast"/>
        <w:jc w:val="both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  <w:r w:rsidRPr="000066E9">
        <w:rPr>
          <w:rFonts w:ascii="Times New Roman" w:hAnsi="Times New Roman"/>
          <w:color w:val="000000"/>
          <w:sz w:val="28"/>
          <w:lang w:val="ru-RU"/>
        </w:rPr>
        <w:t>​‌‌​</w:t>
      </w: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Математика: 6 класс: дидактические материалы: пособие для учащихся общеобразовательных организаций / А.Г. </w:t>
      </w:r>
      <w:proofErr w:type="gramStart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Мерзляк</w:t>
      </w:r>
      <w:proofErr w:type="gramEnd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, В.Б. Полонский, Е.М. Рабинович, М.С. Якир. — М.: Вентана-Граф, 2018. </w:t>
      </w:r>
    </w:p>
    <w:p w:rsidR="00F410CB" w:rsidRDefault="00F410CB" w:rsidP="00F410CB">
      <w:pPr>
        <w:pStyle w:val="af5"/>
        <w:numPr>
          <w:ilvl w:val="0"/>
          <w:numId w:val="17"/>
        </w:numPr>
        <w:spacing w:after="0" w:line="0" w:lineRule="atLeast"/>
        <w:jc w:val="both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Математика: 6 класс: методическое пособие / А.Г. </w:t>
      </w:r>
      <w:proofErr w:type="gramStart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Мерзляк</w:t>
      </w:r>
      <w:proofErr w:type="gramEnd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, В.Б. Полонский, М.С. Якир. — М.: Вентана-Граф, 2018.</w:t>
      </w:r>
    </w:p>
    <w:p w:rsidR="00F410CB" w:rsidRPr="000066E9" w:rsidRDefault="00F410CB" w:rsidP="00F410CB">
      <w:pPr>
        <w:pStyle w:val="af5"/>
        <w:numPr>
          <w:ilvl w:val="0"/>
          <w:numId w:val="17"/>
        </w:numPr>
        <w:spacing w:after="0" w:line="0" w:lineRule="atLeast"/>
        <w:jc w:val="both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>Рабочая тетрадь по математике. В двух частях.6 класс</w:t>
      </w:r>
      <w:proofErr w:type="gramStart"/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:</w:t>
      </w:r>
      <w:proofErr w:type="gramEnd"/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к учебнику Виленкина и др. «Математика. 6 класс» / Т.М. Ерина – 26-е изд., перераб. и доп. – М: Издательство «Экзамен», 2024</w:t>
      </w:r>
    </w:p>
    <w:p w:rsidR="00F410CB" w:rsidRPr="00E02E20" w:rsidRDefault="00F410CB" w:rsidP="00F410CB">
      <w:pPr>
        <w:spacing w:after="0" w:line="480" w:lineRule="auto"/>
        <w:ind w:left="120"/>
        <w:rPr>
          <w:lang w:val="ru-RU"/>
        </w:rPr>
      </w:pPr>
    </w:p>
    <w:p w:rsidR="00F410CB" w:rsidRPr="00E02E20" w:rsidRDefault="00F410CB" w:rsidP="00F410CB">
      <w:pPr>
        <w:spacing w:after="0"/>
        <w:ind w:left="120"/>
        <w:rPr>
          <w:lang w:val="ru-RU"/>
        </w:rPr>
      </w:pPr>
    </w:p>
    <w:p w:rsidR="00F410CB" w:rsidRPr="000066E9" w:rsidRDefault="00F410CB" w:rsidP="00F410CB">
      <w:pPr>
        <w:spacing w:after="0" w:line="480" w:lineRule="auto"/>
        <w:ind w:left="120"/>
        <w:rPr>
          <w:lang w:val="ru-RU"/>
        </w:rPr>
      </w:pPr>
      <w:r w:rsidRPr="00EF024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</w:t>
      </w:r>
    </w:p>
    <w:p w:rsidR="00F410CB" w:rsidRDefault="00D31AF3" w:rsidP="00F410CB">
      <w:pPr>
        <w:spacing w:after="0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  <w:r>
        <w:fldChar w:fldCharType="begin"/>
      </w:r>
      <w:r>
        <w:instrText>HYPERLINK</w:instrText>
      </w:r>
      <w:r w:rsidRPr="00A54441">
        <w:rPr>
          <w:lang w:val="ru-RU"/>
        </w:rPr>
        <w:instrText xml:space="preserve"> "</w:instrText>
      </w:r>
      <w:r>
        <w:instrText>https</w:instrText>
      </w:r>
      <w:r w:rsidRPr="00A54441">
        <w:rPr>
          <w:lang w:val="ru-RU"/>
        </w:rPr>
        <w:instrText>://</w:instrText>
      </w:r>
      <w:r>
        <w:instrText>resh</w:instrText>
      </w:r>
      <w:r w:rsidRPr="00A54441">
        <w:rPr>
          <w:lang w:val="ru-RU"/>
        </w:rPr>
        <w:instrText>.</w:instrText>
      </w:r>
      <w:r>
        <w:instrText>edu</w:instrText>
      </w:r>
      <w:r w:rsidRPr="00A54441">
        <w:rPr>
          <w:lang w:val="ru-RU"/>
        </w:rPr>
        <w:instrText>.</w:instrText>
      </w:r>
      <w:r>
        <w:instrText>ru</w:instrText>
      </w:r>
      <w:r w:rsidRPr="00A54441">
        <w:rPr>
          <w:lang w:val="ru-RU"/>
        </w:rPr>
        <w:instrText>/</w:instrText>
      </w:r>
      <w:r>
        <w:instrText>subject</w:instrText>
      </w:r>
      <w:r w:rsidRPr="00A54441">
        <w:rPr>
          <w:lang w:val="ru-RU"/>
        </w:rPr>
        <w:instrText>/12/6/"</w:instrText>
      </w:r>
      <w:r>
        <w:fldChar w:fldCharType="separate"/>
      </w:r>
      <w:r w:rsidR="00F410CB" w:rsidRPr="00A51FA2">
        <w:rPr>
          <w:rStyle w:val="ae"/>
          <w:rFonts w:ascii="Times New Roman" w:eastAsia="Times New Roman" w:hAnsi="Times New Roman" w:cs="Arial"/>
          <w:sz w:val="24"/>
          <w:szCs w:val="20"/>
          <w:lang w:val="ru-RU" w:eastAsia="ru-RU"/>
        </w:rPr>
        <w:t>https://resh.edu.ru/subject/12/6/</w:t>
      </w:r>
      <w:r>
        <w:fldChar w:fldCharType="end"/>
      </w:r>
    </w:p>
    <w:p w:rsidR="00F410CB" w:rsidRDefault="00F410CB" w:rsidP="00F410CB">
      <w:pPr>
        <w:spacing w:after="0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</w:p>
    <w:p w:rsidR="00F410CB" w:rsidRDefault="00D31AF3" w:rsidP="00F410CB">
      <w:pPr>
        <w:spacing w:after="0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  <w:r>
        <w:fldChar w:fldCharType="begin"/>
      </w:r>
      <w:r>
        <w:instrText>HYPERLINK</w:instrText>
      </w:r>
      <w:r w:rsidRPr="00A54441">
        <w:rPr>
          <w:lang w:val="ru-RU"/>
        </w:rPr>
        <w:instrText xml:space="preserve"> "</w:instrText>
      </w:r>
      <w:r>
        <w:instrText>https</w:instrText>
      </w:r>
      <w:r w:rsidRPr="00A54441">
        <w:rPr>
          <w:lang w:val="ru-RU"/>
        </w:rPr>
        <w:instrText>://</w:instrText>
      </w:r>
      <w:r>
        <w:instrText>lesson</w:instrText>
      </w:r>
      <w:r w:rsidRPr="00A54441">
        <w:rPr>
          <w:lang w:val="ru-RU"/>
        </w:rPr>
        <w:instrText>.</w:instrText>
      </w:r>
      <w:r>
        <w:instrText>academy</w:instrText>
      </w:r>
      <w:r w:rsidRPr="00A54441">
        <w:rPr>
          <w:lang w:val="ru-RU"/>
        </w:rPr>
        <w:instrText>-</w:instrText>
      </w:r>
      <w:r>
        <w:instrText>content</w:instrText>
      </w:r>
      <w:r w:rsidRPr="00A54441">
        <w:rPr>
          <w:lang w:val="ru-RU"/>
        </w:rPr>
        <w:instrText>.</w:instrText>
      </w:r>
      <w:r>
        <w:instrText>myschool</w:instrText>
      </w:r>
      <w:r w:rsidRPr="00A54441">
        <w:rPr>
          <w:lang w:val="ru-RU"/>
        </w:rPr>
        <w:instrText>.</w:instrText>
      </w:r>
      <w:r>
        <w:instrText>edu</w:instrText>
      </w:r>
      <w:r w:rsidRPr="00A54441">
        <w:rPr>
          <w:lang w:val="ru-RU"/>
        </w:rPr>
        <w:instrText>.</w:instrText>
      </w:r>
      <w:r>
        <w:instrText>ru</w:instrText>
      </w:r>
      <w:r w:rsidRPr="00A54441">
        <w:rPr>
          <w:lang w:val="ru-RU"/>
        </w:rPr>
        <w:instrText>/02.1/06"</w:instrText>
      </w:r>
      <w:r>
        <w:fldChar w:fldCharType="separate"/>
      </w:r>
      <w:r w:rsidR="00F410CB" w:rsidRPr="00A51FA2">
        <w:rPr>
          <w:rStyle w:val="ae"/>
          <w:rFonts w:ascii="Times New Roman" w:eastAsia="Times New Roman" w:hAnsi="Times New Roman" w:cs="Arial"/>
          <w:sz w:val="24"/>
          <w:szCs w:val="20"/>
          <w:lang w:val="ru-RU" w:eastAsia="ru-RU"/>
        </w:rPr>
        <w:t>https://lesson.academy-content.myschool.edu.ru/02.1/06</w:t>
      </w:r>
      <w:r>
        <w:fldChar w:fldCharType="end"/>
      </w:r>
    </w:p>
    <w:p w:rsidR="00F410CB" w:rsidRPr="0012640B" w:rsidRDefault="00F410CB" w:rsidP="00F410CB">
      <w:pPr>
        <w:pStyle w:val="af0"/>
        <w:rPr>
          <w:rFonts w:ascii="Times New Roman" w:hAnsi="Times New Roman"/>
          <w:b w:val="0"/>
          <w:color w:val="000000"/>
          <w:sz w:val="28"/>
          <w:lang w:val="ru-RU"/>
        </w:rPr>
      </w:pPr>
    </w:p>
    <w:p w:rsidR="00F410CB" w:rsidRDefault="00F410CB" w:rsidP="00F410CB">
      <w:pPr>
        <w:rPr>
          <w:lang w:val="ru-RU"/>
        </w:rPr>
      </w:pPr>
      <w:r>
        <w:rPr>
          <w:lang w:val="ru-RU"/>
        </w:rPr>
        <w:br w:type="page"/>
      </w:r>
    </w:p>
    <w:p w:rsidR="00F410CB" w:rsidRPr="000066E9" w:rsidRDefault="00F410CB" w:rsidP="00F410CB">
      <w:pPr>
        <w:spacing w:line="240" w:lineRule="auto"/>
        <w:ind w:right="-1"/>
        <w:contextualSpacing/>
        <w:jc w:val="right"/>
        <w:rPr>
          <w:rFonts w:ascii="Times New Roman" w:eastAsiaTheme="minorEastAsia" w:hAnsi="Times New Roman"/>
          <w:bCs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bCs/>
          <w:sz w:val="24"/>
          <w:szCs w:val="24"/>
          <w:lang w:val="ru-RU"/>
        </w:rPr>
        <w:lastRenderedPageBreak/>
        <w:t>ПРИЛОЖЕНИЕ №</w:t>
      </w:r>
      <w:r w:rsidRPr="000066E9">
        <w:rPr>
          <w:rFonts w:ascii="Times New Roman" w:eastAsiaTheme="minorEastAsia" w:hAnsi="Times New Roman"/>
          <w:bCs/>
          <w:sz w:val="24"/>
          <w:szCs w:val="24"/>
          <w:u w:val="single"/>
          <w:lang w:val="ru-RU"/>
        </w:rPr>
        <w:tab/>
      </w:r>
      <w:r>
        <w:rPr>
          <w:rFonts w:ascii="Times New Roman" w:eastAsiaTheme="minorEastAsia" w:hAnsi="Times New Roman"/>
          <w:bCs/>
          <w:sz w:val="24"/>
          <w:szCs w:val="24"/>
          <w:u w:val="single"/>
          <w:lang w:val="ru-RU"/>
        </w:rPr>
        <w:t xml:space="preserve"> ____</w:t>
      </w:r>
    </w:p>
    <w:p w:rsidR="00F410CB" w:rsidRPr="000066E9" w:rsidRDefault="00F410CB" w:rsidP="00F410CB">
      <w:pPr>
        <w:spacing w:line="240" w:lineRule="auto"/>
        <w:contextualSpacing/>
        <w:rPr>
          <w:rFonts w:ascii="Times New Roman" w:eastAsiaTheme="minorEastAsia" w:hAnsi="Times New Roman"/>
          <w:bCs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Cs/>
          <w:sz w:val="24"/>
          <w:szCs w:val="24"/>
          <w:lang w:val="ru-RU"/>
        </w:rPr>
        <w:t xml:space="preserve">Учитель математики: </w:t>
      </w:r>
      <w:r>
        <w:rPr>
          <w:rFonts w:ascii="Times New Roman" w:eastAsiaTheme="minorEastAsia" w:hAnsi="Times New Roman"/>
          <w:bCs/>
          <w:sz w:val="24"/>
          <w:szCs w:val="24"/>
          <w:lang w:val="ru-RU"/>
        </w:rPr>
        <w:t>Клочкова</w:t>
      </w:r>
      <w:r w:rsidRPr="000066E9">
        <w:rPr>
          <w:rFonts w:ascii="Times New Roman" w:eastAsiaTheme="minorEastAsia" w:hAnsi="Times New Roman"/>
          <w:bCs/>
          <w:sz w:val="24"/>
          <w:szCs w:val="24"/>
          <w:lang w:val="ru-RU"/>
        </w:rPr>
        <w:t xml:space="preserve"> </w:t>
      </w:r>
      <w:r>
        <w:rPr>
          <w:rFonts w:ascii="Times New Roman" w:eastAsiaTheme="minorEastAsia" w:hAnsi="Times New Roman"/>
          <w:bCs/>
          <w:sz w:val="24"/>
          <w:szCs w:val="24"/>
          <w:lang w:val="ru-RU"/>
        </w:rPr>
        <w:t>А</w:t>
      </w:r>
      <w:r w:rsidRPr="000066E9">
        <w:rPr>
          <w:rFonts w:ascii="Times New Roman" w:eastAsiaTheme="minorEastAsia" w:hAnsi="Times New Roman"/>
          <w:bCs/>
          <w:sz w:val="24"/>
          <w:szCs w:val="24"/>
          <w:lang w:val="ru-RU"/>
        </w:rPr>
        <w:t>.</w:t>
      </w:r>
      <w:r>
        <w:rPr>
          <w:rFonts w:ascii="Times New Roman" w:eastAsiaTheme="minorEastAsia" w:hAnsi="Times New Roman"/>
          <w:bCs/>
          <w:sz w:val="24"/>
          <w:szCs w:val="24"/>
          <w:lang w:val="ru-RU"/>
        </w:rPr>
        <w:t>Ю.</w:t>
      </w:r>
    </w:p>
    <w:p w:rsidR="00F410CB" w:rsidRPr="000066E9" w:rsidRDefault="00F410CB" w:rsidP="00F410CB">
      <w:pPr>
        <w:spacing w:line="240" w:lineRule="auto"/>
        <w:contextualSpacing/>
        <w:rPr>
          <w:rFonts w:ascii="Times New Roman" w:eastAsiaTheme="minorEastAsia" w:hAnsi="Times New Roman"/>
          <w:bCs/>
          <w:sz w:val="24"/>
          <w:szCs w:val="24"/>
          <w:u w:val="single"/>
          <w:lang w:val="ru-RU"/>
        </w:rPr>
      </w:pPr>
    </w:p>
    <w:p w:rsidR="00F410CB" w:rsidRPr="000066E9" w:rsidRDefault="00F410CB" w:rsidP="00F410CB">
      <w:pPr>
        <w:spacing w:line="240" w:lineRule="auto"/>
        <w:contextualSpacing/>
        <w:jc w:val="center"/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lang w:val="ru-RU"/>
        </w:rPr>
        <w:t>ОЦЕНОЧНЫЕ ПРОЦЕДУРЫ</w:t>
      </w:r>
    </w:p>
    <w:p w:rsidR="00F410CB" w:rsidRPr="000066E9" w:rsidRDefault="00F410CB" w:rsidP="00F410CB">
      <w:pPr>
        <w:spacing w:line="240" w:lineRule="auto"/>
        <w:contextualSpacing/>
        <w:jc w:val="center"/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u w:val="single"/>
          <w:lang w:val="ru-RU"/>
        </w:rPr>
      </w:pPr>
      <w:r w:rsidRPr="000066E9"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lang w:val="ru-RU"/>
        </w:rPr>
        <w:t xml:space="preserve">по предмету </w:t>
      </w:r>
      <w:r w:rsidRPr="000066E9"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u w:val="single"/>
          <w:lang w:val="ru-RU"/>
        </w:rPr>
        <w:t>МАТЕМАТИКА, 6 «</w:t>
      </w:r>
      <w:r w:rsidR="00EA25A3"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u w:val="single"/>
          <w:lang w:val="ru-RU"/>
        </w:rPr>
        <w:t>В</w:t>
      </w:r>
      <w:r w:rsidRPr="000066E9"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u w:val="single"/>
          <w:lang w:val="ru-RU"/>
        </w:rPr>
        <w:t>» класс</w:t>
      </w:r>
    </w:p>
    <w:p w:rsidR="00F410CB" w:rsidRPr="000066E9" w:rsidRDefault="00F410CB" w:rsidP="00F410CB">
      <w:pPr>
        <w:spacing w:line="240" w:lineRule="auto"/>
        <w:contextualSpacing/>
        <w:jc w:val="center"/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lang w:val="ru-RU"/>
        </w:rPr>
      </w:pPr>
    </w:p>
    <w:tbl>
      <w:tblPr>
        <w:tblStyle w:val="16"/>
        <w:tblW w:w="10031" w:type="dxa"/>
        <w:tblLook w:val="04A0"/>
      </w:tblPr>
      <w:tblGrid>
        <w:gridCol w:w="1413"/>
        <w:gridCol w:w="2835"/>
        <w:gridCol w:w="5783"/>
      </w:tblGrid>
      <w:tr w:rsidR="00F410CB" w:rsidRPr="00A54441" w:rsidTr="008B1FCB">
        <w:tc>
          <w:tcPr>
            <w:tcW w:w="10031" w:type="dxa"/>
            <w:gridSpan w:val="3"/>
          </w:tcPr>
          <w:p w:rsidR="00F410CB" w:rsidRPr="000066E9" w:rsidRDefault="00F410CB" w:rsidP="008B1FCB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График проведения для 6 «</w:t>
            </w:r>
            <w:r w:rsidR="00EA25A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В</w:t>
            </w:r>
            <w:r w:rsidRPr="000066E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» класса</w:t>
            </w:r>
          </w:p>
        </w:tc>
      </w:tr>
      <w:tr w:rsidR="00F410CB" w:rsidRPr="000066E9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Вид оценочной работы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работы</w:t>
            </w:r>
          </w:p>
        </w:tc>
      </w:tr>
      <w:tr w:rsidR="00F410CB" w:rsidRPr="000066E9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01/10/2023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№1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C6CC5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Натуральные числа</w:t>
            </w:r>
          </w:p>
        </w:tc>
      </w:tr>
      <w:tr w:rsidR="00F410CB" w:rsidRPr="00A54441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25/10/2023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№2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Сравнение, сложение и вычитание дробей</w:t>
            </w:r>
          </w:p>
        </w:tc>
      </w:tr>
      <w:tr w:rsidR="00F410CB" w:rsidRPr="000066E9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16/11/2023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№3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</w:rPr>
              <w:t>Умножение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и</w:t>
            </w:r>
            <w:r w:rsidRPr="000066E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</w:t>
            </w:r>
            <w:r w:rsidRPr="000066E9">
              <w:rPr>
                <w:rFonts w:ascii="Times New Roman" w:hAnsi="Times New Roman"/>
                <w:bCs/>
                <w:sz w:val="24"/>
                <w:szCs w:val="24"/>
              </w:rPr>
              <w:t xml:space="preserve">еление дробей </w:t>
            </w:r>
          </w:p>
        </w:tc>
      </w:tr>
      <w:tr w:rsidR="00F410CB" w:rsidRPr="00743864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13/12/2023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Отношения и пропорции. Процентное отношение двух чисел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Прямая и обратная пропорциональные зависимости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</w:tc>
      </w:tr>
      <w:tr w:rsidR="00F410CB" w:rsidRPr="000066E9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27/12/2023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0B91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Фигуры на плоскости</w:t>
            </w:r>
          </w:p>
        </w:tc>
      </w:tr>
      <w:tr w:rsidR="00F410CB" w:rsidRPr="00743864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25/01/2024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Рациональные числа. Сравнение рациональных чисел</w:t>
            </w:r>
          </w:p>
        </w:tc>
      </w:tr>
      <w:tr w:rsidR="00F410CB" w:rsidRPr="00743864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12/02/2024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Сложение и вычитание рациональных чисел</w:t>
            </w:r>
          </w:p>
        </w:tc>
      </w:tr>
      <w:tr w:rsidR="00F410CB" w:rsidRPr="00743864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13/03/2024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Умножение и деление рациональных чисел</w:t>
            </w:r>
          </w:p>
        </w:tc>
      </w:tr>
      <w:tr w:rsidR="00F410CB" w:rsidRPr="00743864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27/03/2024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Решение уравнений и решение задач с помощью уравнений</w:t>
            </w:r>
          </w:p>
        </w:tc>
      </w:tr>
      <w:tr w:rsidR="00F410CB" w:rsidRPr="000066E9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29/04/2024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Перпендикулярные и параллельные прямые. Осевая и центральная симметрии. </w:t>
            </w:r>
            <w:r w:rsidRPr="000066E9">
              <w:rPr>
                <w:rFonts w:ascii="Times New Roman" w:hAnsi="Times New Roman"/>
                <w:bCs/>
                <w:sz w:val="24"/>
                <w:szCs w:val="24"/>
              </w:rPr>
              <w:t>Координатная плоскость. Графики</w:t>
            </w:r>
          </w:p>
        </w:tc>
      </w:tr>
      <w:tr w:rsidR="00F410CB" w:rsidRPr="00743864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16/05/2024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Повторение и систематизация знаний учащихся</w:t>
            </w:r>
          </w:p>
        </w:tc>
      </w:tr>
    </w:tbl>
    <w:p w:rsidR="00F410CB" w:rsidRPr="000066E9" w:rsidRDefault="00F410CB" w:rsidP="00F410CB">
      <w:pPr>
        <w:spacing w:line="240" w:lineRule="auto"/>
        <w:ind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EA25A3">
      <w:pPr>
        <w:tabs>
          <w:tab w:val="left" w:pos="9192"/>
        </w:tabs>
        <w:spacing w:line="240" w:lineRule="auto"/>
        <w:ind w:right="-22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заданий.</w:t>
      </w:r>
    </w:p>
    <w:p w:rsidR="00F410CB" w:rsidRPr="000066E9" w:rsidRDefault="00F410CB" w:rsidP="00EA25A3">
      <w:pPr>
        <w:tabs>
          <w:tab w:val="left" w:pos="9192"/>
        </w:tabs>
        <w:spacing w:line="240" w:lineRule="auto"/>
        <w:ind w:right="-22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 xml:space="preserve">Основой науки математика являются вычисления и построение логических рассуждений на базе знания закономерностей и взаимосвязей между объектами и величинами. </w:t>
      </w:r>
    </w:p>
    <w:p w:rsidR="00F410CB" w:rsidRPr="000066E9" w:rsidRDefault="00F410CB" w:rsidP="00EA25A3">
      <w:pPr>
        <w:tabs>
          <w:tab w:val="left" w:pos="9192"/>
        </w:tabs>
        <w:spacing w:line="240" w:lineRule="auto"/>
        <w:ind w:right="-22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Для проверки теоретических знаний проводятся теоретические опросы/тесты, которые оцениваются с выставлением отметки «5», «4», «3», «2» или по принципу «зачет/незачет».</w:t>
      </w:r>
    </w:p>
    <w:p w:rsidR="00F410CB" w:rsidRPr="000066E9" w:rsidRDefault="00F410CB" w:rsidP="00EA25A3">
      <w:pPr>
        <w:tabs>
          <w:tab w:val="left" w:pos="9192"/>
        </w:tabs>
        <w:spacing w:line="240" w:lineRule="auto"/>
        <w:ind w:right="-22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 xml:space="preserve">Для проверки практических и вычислительных навыков проводятся кратковременные практические (самостоятельные) работы продолжительностью не более 15-20 минут, которые также оцениваются с выставлением отметки «5», «4», «3», «2» или по принципу «зачет/незачет». </w:t>
      </w:r>
    </w:p>
    <w:p w:rsidR="00F410CB" w:rsidRPr="000066E9" w:rsidRDefault="00F410CB" w:rsidP="00EA25A3">
      <w:pPr>
        <w:tabs>
          <w:tab w:val="left" w:pos="9192"/>
        </w:tabs>
        <w:spacing w:line="240" w:lineRule="auto"/>
        <w:ind w:right="-22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Проведение контрольных работ позволяет связать теоретический материал, изучаемый на уроках математики, с практическим использованием этих знаний. 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заданий.</w:t>
      </w:r>
    </w:p>
    <w:p w:rsidR="00F410CB" w:rsidRPr="000066E9" w:rsidRDefault="00F410CB" w:rsidP="00EA25A3">
      <w:pPr>
        <w:tabs>
          <w:tab w:val="left" w:pos="9192"/>
        </w:tabs>
        <w:spacing w:line="240" w:lineRule="auto"/>
        <w:ind w:right="-22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EA25A3">
      <w:pPr>
        <w:tabs>
          <w:tab w:val="left" w:pos="9192"/>
        </w:tabs>
        <w:spacing w:line="240" w:lineRule="auto"/>
        <w:ind w:right="-22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В результате аттестации по учебному предмету «Математика» осуществляется комплексная проверка следующих умений и знаний, а также динамика формирования общих компетенций.</w:t>
      </w:r>
    </w:p>
    <w:p w:rsidR="00F410CB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№1.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«</w:t>
      </w:r>
      <w:r w:rsidRPr="00F01872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Натуральные числа</w:t>
      </w:r>
      <w:r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</w:t>
      </w:r>
      <w:r w:rsidRPr="001244D1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Среднее арифметическое</w:t>
      </w:r>
    </w:p>
    <w:p w:rsidR="00F410CB" w:rsidRPr="00FA6AB8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</w:t>
      </w:r>
      <w:r w:rsidRPr="001244D1">
        <w:rPr>
          <w:rFonts w:ascii="Times New Roman" w:hAnsi="Times New Roman"/>
          <w:sz w:val="24"/>
          <w:lang w:val="ru-RU"/>
        </w:rPr>
        <w:t xml:space="preserve"> Понятие процента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>3</w:t>
      </w:r>
      <w:r>
        <w:rPr>
          <w:lang w:val="ru-RU"/>
        </w:rPr>
        <w:t xml:space="preserve">. </w:t>
      </w:r>
      <w:r w:rsidRPr="00F01872">
        <w:rPr>
          <w:rFonts w:ascii="Times New Roman" w:eastAsiaTheme="minorEastAsia" w:hAnsi="Times New Roman"/>
          <w:sz w:val="24"/>
          <w:szCs w:val="24"/>
          <w:lang w:val="ru-RU"/>
        </w:rPr>
        <w:t>Делители и кратные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4. Простые и составные числа.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lastRenderedPageBreak/>
        <w:t>5. Наибольший общий делитель.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6. Наименьшее общее кратное.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iCs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№2.</w:t>
      </w:r>
      <w:r w:rsidRPr="000066E9">
        <w:rPr>
          <w:rFonts w:ascii="Times New Roman" w:eastAsiaTheme="minorEastAsia" w:hAnsi="Times New Roman"/>
          <w:b/>
          <w:iCs/>
          <w:sz w:val="24"/>
          <w:szCs w:val="24"/>
          <w:lang w:val="ru-RU"/>
        </w:rPr>
        <w:t xml:space="preserve"> «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Сравнение, сложение и вычитание дробей</w:t>
      </w:r>
      <w:r w:rsidRPr="000066E9">
        <w:rPr>
          <w:rFonts w:ascii="Times New Roman" w:eastAsiaTheme="minorEastAsia" w:hAnsi="Times New Roman"/>
          <w:b/>
          <w:iCs/>
          <w:sz w:val="24"/>
          <w:szCs w:val="24"/>
          <w:lang w:val="ru-RU"/>
        </w:rPr>
        <w:t>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Основное свойство дроби.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Сокращение дробей.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Приведение дробей к общему знаменателю. Сравнение дробей.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4. Сложение и вычитание дробей с разными знаменателями.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iCs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 xml:space="preserve">Контрольная работа №3. «Умножение 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и д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еление дробей»</w:t>
      </w:r>
    </w:p>
    <w:p w:rsidR="00F410CB" w:rsidRPr="000066E9" w:rsidRDefault="00F410CB" w:rsidP="00F410CB">
      <w:pPr>
        <w:spacing w:line="240" w:lineRule="auto"/>
        <w:ind w:right="284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1.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Умножение дробей.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2.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Нахождение дроби от числа.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3.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Взаимно обратные числа.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4.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Деление дробей.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5.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Нахождение числа по заданному значению его дроби.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6.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Абсолютная и относительная погрешности.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7.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Преобразование обыкновенной дроби в десятичную.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8.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Бесконечные периодические десятичные дроби.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9.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Десятичное приближение обыкновенной дроби.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6C7B2A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4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 «Отношения и пропорции. Процентное отношение двух чисел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.</w:t>
      </w:r>
      <w:r w:rsidRPr="00F01872">
        <w:rPr>
          <w:rFonts w:ascii="Times New Roman" w:eastAsiaTheme="minorEastAsia" w:hAnsi="Times New Roman"/>
          <w:b/>
          <w:sz w:val="24"/>
          <w:szCs w:val="24"/>
          <w:lang w:val="ru-RU"/>
        </w:rPr>
        <w:t xml:space="preserve"> 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Прямая и обратная пропорциональные зависимости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Отношения.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Пропорции.</w:t>
      </w:r>
    </w:p>
    <w:p w:rsidR="00F410CB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Процентное отношение двух чисел.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>4.</w:t>
      </w:r>
      <w:r w:rsidRPr="00F01872">
        <w:rPr>
          <w:rFonts w:ascii="Times New Roman" w:eastAsiaTheme="minorEastAsia" w:hAnsi="Times New Roman"/>
          <w:sz w:val="24"/>
          <w:szCs w:val="24"/>
          <w:lang w:val="ru-RU"/>
        </w:rPr>
        <w:t xml:space="preserve"> 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Прямая и обратная пропорциональные зависимости.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>5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. Деление числа в данном отношении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5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 xml:space="preserve">. 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«Фигуры на плоскости»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</w:t>
      </w:r>
      <w:r>
        <w:rPr>
          <w:rFonts w:ascii="Times New Roman" w:eastAsiaTheme="minorEastAsia" w:hAnsi="Times New Roman"/>
          <w:sz w:val="24"/>
          <w:szCs w:val="24"/>
          <w:lang w:val="ru-RU"/>
        </w:rPr>
        <w:t>.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 xml:space="preserve"> Окружность и круг.</w:t>
      </w:r>
    </w:p>
    <w:p w:rsidR="00F410CB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>2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 xml:space="preserve">. Длина окружности. </w:t>
      </w:r>
    </w:p>
    <w:p w:rsidR="00F410CB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3. 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Площадь круга</w:t>
      </w:r>
    </w:p>
    <w:p w:rsidR="00F410CB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>4. Построение треугольников по сторонам и углам</w:t>
      </w:r>
    </w:p>
    <w:p w:rsidR="00F410CB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-1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6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 xml:space="preserve"> «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Рациональные числа. Сравнение рациональных чисел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Положительные и отрицательные числа.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Координатная прямая.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Координатная прямая.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4. Модуль числа.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5. Сравнение чисел.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7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 xml:space="preserve"> «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Сложение и вычитание рациональных чисел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Сложение рациональных чисел.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Свойства сложения рациональных чисел.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Вычитание рациональных чисел.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8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 xml:space="preserve"> «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Умножение и деление рациональных чисел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Умножение рациональных чисел.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Переместительное и сочетательное свойства умножения рациональных чисел. Коэффициент.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Распределительное свойство умножения.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4. Деление рациональных чисел.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9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 xml:space="preserve"> «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Решение уравнений и решение задач с помощью уравнений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Решение уравнений.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Решение задач с помощью уравнений.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№1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0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 «Перпендикулярные и параллельные прямые. Осевая и центральная симметрии. Координатная плоскость. Графики»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Перпендикулярные прямые.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Осевая и центральная симметрии.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Параллельные прямые.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4. Координатная плоскость.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5. Графики.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№1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1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 «Обобщение и систематизация знаний учащихся»»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Сложение, вычитание, умножение, деление дробей.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Нахождение дроби от числа. Нахождение числа по заданному значению его дроби.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Координатная плоскость. Перпендикулярные и параллельные прямые.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4. Решение задач с помощью уравнений.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5. Решение уравнений.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142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Система оценки достижений - один из инструментов реализации требований стандарта. Контроль знаний, проводимый в процессе обучения, призван соотнести достижения обучающегося с планируемыми результатами, заложенными в образовательную программу.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ab/>
      </w:r>
    </w:p>
    <w:tbl>
      <w:tblPr>
        <w:tblStyle w:val="16"/>
        <w:tblW w:w="0" w:type="auto"/>
        <w:tblInd w:w="306" w:type="dxa"/>
        <w:tblLook w:val="04A0"/>
      </w:tblPr>
      <w:tblGrid>
        <w:gridCol w:w="1129"/>
        <w:gridCol w:w="8596"/>
      </w:tblGrid>
      <w:tr w:rsidR="00F410CB" w:rsidRPr="000066E9" w:rsidTr="008B1FCB">
        <w:tc>
          <w:tcPr>
            <w:tcW w:w="1129" w:type="dxa"/>
          </w:tcPr>
          <w:p w:rsidR="00F410CB" w:rsidRPr="000066E9" w:rsidRDefault="00F410CB" w:rsidP="008B1FCB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596" w:type="dxa"/>
          </w:tcPr>
          <w:p w:rsidR="00F410CB" w:rsidRPr="000066E9" w:rsidRDefault="00F410CB" w:rsidP="008B1FCB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оценки результатов</w:t>
            </w:r>
          </w:p>
        </w:tc>
      </w:tr>
      <w:tr w:rsidR="00F410CB" w:rsidRPr="00743864" w:rsidTr="008B1FCB">
        <w:tc>
          <w:tcPr>
            <w:tcW w:w="1129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8596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работа выполнена полностью; в логических рассуждениях и обосновании решения нет пробелов и ошибок; 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      </w:r>
          </w:p>
        </w:tc>
      </w:tr>
      <w:tr w:rsidR="00F410CB" w:rsidRPr="00743864" w:rsidTr="008B1FCB">
        <w:tc>
          <w:tcPr>
            <w:tcW w:w="1129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8596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 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</w:t>
            </w:r>
          </w:p>
        </w:tc>
      </w:tr>
      <w:tr w:rsidR="00F410CB" w:rsidRPr="00743864" w:rsidTr="008B1FCB">
        <w:tc>
          <w:tcPr>
            <w:tcW w:w="1129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8596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допущено более одной ошибки или более двух – трех недочетов в выкладках, чертежах или графиках, но учащийся обладает обязательными умениями по проверяемой теме.</w:t>
            </w:r>
          </w:p>
        </w:tc>
      </w:tr>
      <w:tr w:rsidR="00F410CB" w:rsidRPr="00743864" w:rsidTr="008B1FCB">
        <w:tc>
          <w:tcPr>
            <w:tcW w:w="1129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8596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допущены существенные ошибки, показавшие, что учащийся не обладает </w:t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lastRenderedPageBreak/>
              <w:t>обязательными умениями по данной теме в полной мере; полное незнание изученного материала, отсутствия элементарных умений и навыков.</w:t>
            </w:r>
          </w:p>
        </w:tc>
      </w:tr>
    </w:tbl>
    <w:p w:rsidR="00F410CB" w:rsidRPr="000066E9" w:rsidRDefault="00F410CB" w:rsidP="00F410C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F410CB" w:rsidRPr="000066E9" w:rsidRDefault="00F410CB" w:rsidP="00F410C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066E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Оценка за контроль ключевых компетенций обучающихся производится по пятибалльной системе. </w:t>
      </w:r>
      <w:r w:rsidRPr="000066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выполнении заданий ставится отметка, учитывая процент выполненных заданий:</w:t>
      </w:r>
    </w:p>
    <w:p w:rsidR="00F410CB" w:rsidRPr="000066E9" w:rsidRDefault="00F410CB" w:rsidP="00F410CB">
      <w:pPr>
        <w:spacing w:line="240" w:lineRule="auto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</w:p>
    <w:tbl>
      <w:tblPr>
        <w:tblStyle w:val="16"/>
        <w:tblW w:w="0" w:type="auto"/>
        <w:tblLook w:val="04A0"/>
      </w:tblPr>
      <w:tblGrid>
        <w:gridCol w:w="1205"/>
        <w:gridCol w:w="3043"/>
        <w:gridCol w:w="5783"/>
      </w:tblGrid>
      <w:tr w:rsidR="00F410CB" w:rsidRPr="00743864" w:rsidTr="008B1FCB">
        <w:tc>
          <w:tcPr>
            <w:tcW w:w="120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826" w:type="dxa"/>
            <w:gridSpan w:val="2"/>
          </w:tcPr>
          <w:p w:rsidR="00F410CB" w:rsidRPr="000066E9" w:rsidRDefault="00F410CB" w:rsidP="008B1FCB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Критерии оценки результатов работ, состоящих из заданий обязательного уровня и дополнительных заданий</w:t>
            </w:r>
          </w:p>
        </w:tc>
      </w:tr>
      <w:tr w:rsidR="00F410CB" w:rsidRPr="00743864" w:rsidTr="008B1FCB">
        <w:tc>
          <w:tcPr>
            <w:tcW w:w="120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304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не менее 85% от всей работы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выставляется за ответ, в котором обучающийся демонстрирует глубокое понимание сущности материала, логично его излагает, используя в деятельности</w:t>
            </w:r>
          </w:p>
        </w:tc>
      </w:tr>
      <w:tr w:rsidR="00F410CB" w:rsidRPr="00743864" w:rsidTr="008B1FCB">
        <w:tc>
          <w:tcPr>
            <w:tcW w:w="120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04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от 70% до 84% от всей работы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ставится за ответ, в котором содержатся небольшие неточности и незначительные ошибки</w:t>
            </w:r>
          </w:p>
        </w:tc>
      </w:tr>
      <w:tr w:rsidR="00F410CB" w:rsidRPr="00743864" w:rsidTr="008B1FCB">
        <w:tc>
          <w:tcPr>
            <w:tcW w:w="120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04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от 50% до 69% от всей работы, или все задания обязательного уровня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получают за ответ, в котором отсутствует логическая последовательность, имеются пробелы в знании материала, нет должной аргументации и умения использовать знания на практике</w:t>
            </w:r>
          </w:p>
        </w:tc>
      </w:tr>
      <w:tr w:rsidR="00F410CB" w:rsidRPr="00743864" w:rsidTr="008B1FCB">
        <w:tc>
          <w:tcPr>
            <w:tcW w:w="120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304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выполнение заданий менее 50% от общей работы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keepNext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выставляется за непонимание и незнание материала программы</w:t>
            </w:r>
          </w:p>
        </w:tc>
      </w:tr>
    </w:tbl>
    <w:p w:rsidR="00F410CB" w:rsidRPr="000066E9" w:rsidRDefault="00F410CB" w:rsidP="00F410CB">
      <w:pPr>
        <w:spacing w:line="240" w:lineRule="auto"/>
        <w:contextualSpacing/>
        <w:jc w:val="both"/>
        <w:rPr>
          <w:rFonts w:ascii="Times New Roman" w:eastAsiaTheme="minorEastAsia" w:hAnsi="Times New Roman"/>
          <w:b/>
          <w:color w:val="000000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contextualSpacing/>
        <w:jc w:val="center"/>
        <w:rPr>
          <w:rFonts w:ascii="Times New Roman" w:eastAsiaTheme="minorEastAsia" w:hAnsi="Times New Roman"/>
          <w:b/>
          <w:color w:val="000000"/>
          <w:sz w:val="24"/>
          <w:szCs w:val="24"/>
        </w:rPr>
      </w:pPr>
      <w:r w:rsidRPr="000066E9">
        <w:rPr>
          <w:rFonts w:ascii="Times New Roman" w:eastAsiaTheme="minorEastAsia" w:hAnsi="Times New Roman"/>
          <w:b/>
          <w:color w:val="000000"/>
          <w:sz w:val="24"/>
          <w:szCs w:val="24"/>
        </w:rPr>
        <w:t>Об</w:t>
      </w:r>
      <w:r w:rsidRPr="000066E9">
        <w:rPr>
          <w:rFonts w:ascii="Times New Roman" w:eastAsiaTheme="minorEastAsia" w:hAnsi="Times New Roman"/>
          <w:b/>
          <w:color w:val="000000"/>
          <w:sz w:val="24"/>
          <w:szCs w:val="24"/>
          <w:lang w:val="ru-RU"/>
        </w:rPr>
        <w:t>щ</w:t>
      </w:r>
      <w:r w:rsidRPr="000066E9">
        <w:rPr>
          <w:rFonts w:ascii="Times New Roman" w:eastAsiaTheme="minorEastAsia" w:hAnsi="Times New Roman"/>
          <w:b/>
          <w:color w:val="000000"/>
          <w:sz w:val="24"/>
          <w:szCs w:val="24"/>
        </w:rPr>
        <w:t>ая классификация ошибок.</w:t>
      </w:r>
    </w:p>
    <w:p w:rsidR="00F410CB" w:rsidRPr="000066E9" w:rsidRDefault="00F410CB" w:rsidP="00F410CB">
      <w:pPr>
        <w:spacing w:line="240" w:lineRule="auto"/>
        <w:contextualSpacing/>
        <w:jc w:val="center"/>
        <w:rPr>
          <w:rFonts w:ascii="Times New Roman" w:eastAsiaTheme="minorEastAsia" w:hAnsi="Times New Roman"/>
          <w:b/>
          <w:color w:val="000000"/>
          <w:sz w:val="24"/>
          <w:szCs w:val="24"/>
        </w:rPr>
      </w:pPr>
    </w:p>
    <w:tbl>
      <w:tblPr>
        <w:tblStyle w:val="16"/>
        <w:tblW w:w="0" w:type="auto"/>
        <w:tblLook w:val="04A0"/>
      </w:tblPr>
      <w:tblGrid>
        <w:gridCol w:w="1174"/>
        <w:gridCol w:w="8857"/>
      </w:tblGrid>
      <w:tr w:rsidR="00F410CB" w:rsidRPr="000066E9" w:rsidTr="008B1FCB">
        <w:tc>
          <w:tcPr>
            <w:tcW w:w="1174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iCs/>
                <w:sz w:val="24"/>
                <w:szCs w:val="24"/>
              </w:rPr>
              <w:t>Виды ошибок</w:t>
            </w:r>
          </w:p>
        </w:tc>
        <w:tc>
          <w:tcPr>
            <w:tcW w:w="8857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iCs/>
                <w:sz w:val="24"/>
                <w:szCs w:val="24"/>
              </w:rPr>
              <w:t>Критерии ошибок</w:t>
            </w:r>
          </w:p>
        </w:tc>
      </w:tr>
      <w:tr w:rsidR="00F410CB" w:rsidRPr="00743864" w:rsidTr="008B1FCB">
        <w:tc>
          <w:tcPr>
            <w:tcW w:w="1174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hAnsi="Times New Roman"/>
                <w:sz w:val="24"/>
                <w:szCs w:val="24"/>
              </w:rPr>
              <w:t>Грубые ошибки</w:t>
            </w:r>
          </w:p>
        </w:tc>
        <w:tc>
          <w:tcPr>
            <w:tcW w:w="8857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незнание наименований единиц измерения;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выделить в ответе главное;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применять знания, алгоритмы для решения задач;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делать выводы и обобщения;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читать и строить графики;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пользоваться первоисточниками, учебником и справочниками;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вычислительные ошибки, если они не являются опиской;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логические ошибки;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вычислительные ошибки в примерах и задачах;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ошибки на незнание порядка выполнения арифметических действий;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решение задачи (пропуск действий, неправильный выбор действий, лишнее действие);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недоведение до конца решения задачи или примера;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невыполненное задание;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неправильный выбор порядка выполнения действий в выражении;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пропуск нуля в частном при делении натуральных чисел или десятичных дробей;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неправильный выбор знака в результате выполнения действий над положительными и отрицательными числами, а так же при раскрытии скобок и при переносе слагаемых из одной части уравнения в другую;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неправильный выбор действий при решении текстовых задач;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измерение или построение угла с помощью транспортира, связанное с отсутствием умения выбирать нужную шкалу;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проведение перпендикуляра к прямой;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замена частного десятичных дробей частным целых чисел в том случае, когда в делителе после запятой меньше цифр, чем в делимом;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неверное нахождение значения функции по значению аргумента и ее графику.</w:t>
            </w:r>
          </w:p>
        </w:tc>
      </w:tr>
      <w:tr w:rsidR="00F410CB" w:rsidRPr="00743864" w:rsidTr="008B1FCB">
        <w:tc>
          <w:tcPr>
            <w:tcW w:w="1174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hAnsi="Times New Roman"/>
                <w:sz w:val="24"/>
                <w:szCs w:val="24"/>
              </w:rPr>
              <w:t>Негрубая ошибка</w:t>
            </w:r>
          </w:p>
        </w:tc>
        <w:tc>
          <w:tcPr>
            <w:tcW w:w="8857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</w:t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lastRenderedPageBreak/>
              <w:t xml:space="preserve">этих признаков второстепенными;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неточность графика;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нерациональный метод решения задачи или недостаточно продуманный план ответа (нарушение логики, подмена отдельных основных вопросов второстепенными);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нерациональные методы работы со справочной и другой литературой;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решать задачи, выполнять задания в общем виде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неправильная постановка вопроса к действию при решении задачи;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неверно сформулированный ответ задачи;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списывание данных чисел, знаков;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недоведение до конца преобразований.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неправильная ссылка на сочетательный и распределительный законы при вычислениях;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использование в отдельных случаях наименований, например, обозначение единиц длины для единиц площади и объема;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сохранение в окончательном результате при вычислениях или преобразованиях выражений неправильной дроби или сократимой дроби;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приведение алгебраических дробей не к наиболее простому общему знаменателю;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случайные погрешности в вычислениях при решении геометрических задач и выполнении тождественных преобразований.</w:t>
            </w:r>
          </w:p>
        </w:tc>
      </w:tr>
      <w:tr w:rsidR="00F410CB" w:rsidRPr="00743864" w:rsidTr="008B1FCB">
        <w:tc>
          <w:tcPr>
            <w:tcW w:w="1174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Недочет </w:t>
            </w:r>
          </w:p>
        </w:tc>
        <w:tc>
          <w:tcPr>
            <w:tcW w:w="8857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нерациональные приемы вычислений и преобразований; небрежное выполнение записей, чертежей, схем, графиков.</w:t>
            </w:r>
          </w:p>
        </w:tc>
      </w:tr>
    </w:tbl>
    <w:p w:rsidR="00F410CB" w:rsidRPr="000066E9" w:rsidRDefault="00F410CB" w:rsidP="00F410CB">
      <w:pPr>
        <w:spacing w:line="240" w:lineRule="auto"/>
        <w:ind w:right="686"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 xml:space="preserve">Ниже в приложении предлагаются примерные варианты контрольных работ, используемые при обучении данного класса. 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br w:type="page"/>
      </w:r>
    </w:p>
    <w:p w:rsidR="00F410CB" w:rsidRPr="001244D1" w:rsidRDefault="00F410CB" w:rsidP="00F410CB">
      <w:pPr>
        <w:spacing w:after="0"/>
        <w:rPr>
          <w:rFonts w:ascii="Times New Roman" w:hAnsi="Times New Roman"/>
          <w:b/>
          <w:iCs/>
          <w:noProof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iCs/>
          <w:noProof/>
          <w:color w:val="000000"/>
          <w:sz w:val="24"/>
          <w:szCs w:val="24"/>
          <w:lang w:val="ru-RU"/>
        </w:rPr>
        <w:lastRenderedPageBreak/>
        <w:t>Демонстрационные варианты контрольных работ</w:t>
      </w:r>
    </w:p>
    <w:p w:rsidR="00F410CB" w:rsidRPr="00C433B0" w:rsidRDefault="00F410CB" w:rsidP="00F410CB">
      <w:pPr>
        <w:jc w:val="center"/>
        <w:rPr>
          <w:rFonts w:ascii="Times New Roman" w:eastAsiaTheme="minorEastAsia" w:hAnsi="Times New Roman" w:cs="Times New Roman"/>
          <w:b/>
          <w:bCs/>
          <w:lang w:val="ru-RU"/>
        </w:rPr>
      </w:pPr>
      <w:r w:rsidRPr="00C433B0">
        <w:rPr>
          <w:rFonts w:ascii="Times New Roman" w:eastAsiaTheme="minorEastAsia" w:hAnsi="Times New Roman" w:cs="Times New Roman"/>
          <w:b/>
          <w:bCs/>
          <w:lang w:val="ru-RU"/>
        </w:rPr>
        <w:t>Контрольная работа № 1.</w:t>
      </w:r>
    </w:p>
    <w:p w:rsidR="00F410CB" w:rsidRPr="00C433B0" w:rsidRDefault="00F410CB" w:rsidP="00F410CB">
      <w:pPr>
        <w:jc w:val="center"/>
        <w:rPr>
          <w:rFonts w:ascii="Times New Roman" w:eastAsiaTheme="minorEastAsia" w:hAnsi="Times New Roman" w:cs="Times New Roman"/>
          <w:b/>
          <w:bCs/>
          <w:lang w:val="ru-RU"/>
        </w:rPr>
      </w:pPr>
      <w:r w:rsidRPr="00C433B0">
        <w:rPr>
          <w:rFonts w:ascii="Times New Roman" w:eastAsiaTheme="minorEastAsia" w:hAnsi="Times New Roman" w:cs="Times New Roman"/>
          <w:b/>
          <w:bCs/>
          <w:lang w:val="ru-RU"/>
        </w:rPr>
        <w:t>Тема. Натуральные чи</w:t>
      </w:r>
      <w:r>
        <w:rPr>
          <w:rFonts w:ascii="Times New Roman" w:eastAsiaTheme="minorEastAsia" w:hAnsi="Times New Roman" w:cs="Times New Roman"/>
          <w:b/>
          <w:bCs/>
          <w:lang w:val="ru-RU"/>
        </w:rPr>
        <w:t>с</w:t>
      </w:r>
      <w:r w:rsidRPr="00C433B0">
        <w:rPr>
          <w:rFonts w:ascii="Times New Roman" w:eastAsiaTheme="minorEastAsia" w:hAnsi="Times New Roman" w:cs="Times New Roman"/>
          <w:b/>
          <w:bCs/>
          <w:lang w:val="ru-RU"/>
        </w:rPr>
        <w:t>ла.</w:t>
      </w:r>
    </w:p>
    <w:p w:rsidR="00F410CB" w:rsidRPr="00C433B0" w:rsidRDefault="00F410CB" w:rsidP="00F410C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Найдите среднее арифметическое чисел: 32,6; 38,5; 34; 35.</w:t>
      </w:r>
    </w:p>
    <w:p w:rsidR="00F410CB" w:rsidRPr="00C433B0" w:rsidRDefault="00F410CB" w:rsidP="00F410C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Разложите число 1 056 на простые множители.</w:t>
      </w:r>
    </w:p>
    <w:p w:rsidR="00F410CB" w:rsidRPr="00C433B0" w:rsidRDefault="00F410CB" w:rsidP="00F410C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Найдите наибольший общий делитель чисел: 1) 24 и 42; 2) 280 и 588.</w:t>
      </w:r>
    </w:p>
    <w:p w:rsidR="00F410CB" w:rsidRPr="00C433B0" w:rsidRDefault="00F410CB" w:rsidP="00F410C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Найдите наименьшее общее кратное чисел: 1) З и 6; 2) 28 и 9; 3) 15 и 20.</w:t>
      </w:r>
    </w:p>
    <w:p w:rsidR="00F410CB" w:rsidRPr="00C433B0" w:rsidRDefault="00F410CB" w:rsidP="00F410C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Площадь поля равна 300 га. Рожью засеяли 18 % поля. Сколько гектаров поля засеяли рожью.</w:t>
      </w:r>
    </w:p>
    <w:p w:rsidR="00F410CB" w:rsidRPr="00C433B0" w:rsidRDefault="00F410CB" w:rsidP="00F410C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Дима собирает модели самолётов. Их можно расставить поровну на 14 полках, а можно, тоже поровну, — на восьми полках. Сколько моделей у Димы, если известно, что их больше 100, но меньше 120?</w:t>
      </w:r>
    </w:p>
    <w:p w:rsidR="00F410CB" w:rsidRPr="00C433B0" w:rsidRDefault="00F410CB" w:rsidP="00F410C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Петя купил книгу за 90 р., что составляет 30 % всех денег, которые у него были. Сколько денег</w:t>
      </w:r>
      <w:r>
        <w:rPr>
          <w:rFonts w:ascii="Times New Roman" w:eastAsiaTheme="minorEastAsia" w:hAnsi="Times New Roman" w:cs="Times New Roman"/>
          <w:lang w:val="ru-RU"/>
        </w:rPr>
        <w:t xml:space="preserve"> </w:t>
      </w:r>
      <w:r w:rsidRPr="00C433B0">
        <w:rPr>
          <w:rFonts w:ascii="Times New Roman" w:eastAsiaTheme="minorEastAsia" w:hAnsi="Times New Roman" w:cs="Times New Roman"/>
          <w:lang w:val="ru-RU"/>
        </w:rPr>
        <w:t>было.</w:t>
      </w:r>
    </w:p>
    <w:p w:rsidR="00F410CB" w:rsidRPr="00C433B0" w:rsidRDefault="00F410CB" w:rsidP="00F410CB">
      <w:pPr>
        <w:jc w:val="center"/>
        <w:rPr>
          <w:rFonts w:ascii="Times New Roman" w:hAnsi="Times New Roman" w:cs="Times New Roman"/>
          <w:b/>
          <w:bCs/>
          <w:lang w:val="ru-RU"/>
        </w:rPr>
      </w:pPr>
      <w:r w:rsidRPr="00C433B0">
        <w:rPr>
          <w:rFonts w:ascii="Times New Roman" w:hAnsi="Times New Roman" w:cs="Times New Roman"/>
          <w:b/>
          <w:bCs/>
          <w:lang w:val="ru-RU"/>
        </w:rPr>
        <w:t>Контрольная работа №2</w:t>
      </w:r>
    </w:p>
    <w:p w:rsidR="00F410CB" w:rsidRPr="00C433B0" w:rsidRDefault="00F410CB" w:rsidP="00F410CB">
      <w:pPr>
        <w:jc w:val="center"/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b/>
          <w:bCs/>
          <w:lang w:val="ru-RU"/>
        </w:rPr>
        <w:t>Тема. Сравнение, сложение и вычитание дробей</w:t>
      </w:r>
    </w:p>
    <w:p w:rsidR="00F410CB" w:rsidRPr="00C433B0" w:rsidRDefault="00F410CB" w:rsidP="00F410C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 xml:space="preserve">Сократите дробь: 1)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12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16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2)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18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27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>.</w:t>
      </w:r>
    </w:p>
    <w:p w:rsidR="00F410CB" w:rsidRPr="00C433B0" w:rsidRDefault="00F410CB" w:rsidP="00F410C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 xml:space="preserve">Сравните дроби: 1)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8</m:t>
            </m:r>
          </m:den>
        </m:f>
        <m:r>
          <w:rPr>
            <w:rFonts w:ascii="Cambria Math" w:hAnsi="Cambria Math" w:cs="Times New Roman"/>
            <w:lang w:val="ru-RU"/>
          </w:rPr>
          <m:t xml:space="preserve"> и 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3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2)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4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9</m:t>
            </m:r>
          </m:den>
        </m:f>
        <m:r>
          <w:rPr>
            <w:rFonts w:ascii="Cambria Math" w:hAnsi="Cambria Math" w:cs="Times New Roman"/>
            <w:lang w:val="ru-RU"/>
          </w:rPr>
          <m:t xml:space="preserve"> и 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3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8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.</w:t>
      </w:r>
    </w:p>
    <w:p w:rsidR="00F410CB" w:rsidRPr="00C433B0" w:rsidRDefault="00F410CB" w:rsidP="00F410C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 xml:space="preserve">Вычислите: 1)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4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15</m:t>
            </m:r>
          </m:den>
        </m:f>
        <m:r>
          <w:rPr>
            <w:rFonts w:ascii="Cambria Math" w:hAnsi="Cambria Math" w:cs="Times New Roman"/>
            <w:lang w:val="ru-RU"/>
          </w:rPr>
          <m:t xml:space="preserve">+ 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3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     2)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6</m:t>
            </m:r>
          </m:den>
        </m:f>
        <m:r>
          <w:rPr>
            <w:rFonts w:ascii="Cambria Math" w:hAnsi="Cambria Math" w:cs="Times New Roman"/>
            <w:lang w:val="ru-RU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9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     3) </w:t>
      </w:r>
      <m:oMath>
        <m:r>
          <w:rPr>
            <w:rFonts w:ascii="Cambria Math" w:hAnsi="Cambria Math" w:cs="Times New Roman"/>
            <w:lang w:val="ru-RU"/>
          </w:rPr>
          <m:t>4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4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7</m:t>
            </m:r>
          </m:den>
        </m:f>
        <m:r>
          <w:rPr>
            <w:rFonts w:ascii="Cambria Math" w:hAnsi="Cambria Math" w:cs="Times New Roman"/>
            <w:lang w:val="ru-RU"/>
          </w:rPr>
          <m:t>+6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     4) </w:t>
      </w:r>
      <m:oMath>
        <m:r>
          <w:rPr>
            <w:rFonts w:ascii="Cambria Math" w:hAnsi="Cambria Math" w:cs="Times New Roman"/>
            <w:lang w:val="ru-RU"/>
          </w:rPr>
          <m:t>5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7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8</m:t>
            </m:r>
          </m:den>
        </m:f>
        <m:r>
          <w:rPr>
            <w:rFonts w:ascii="Cambria Math" w:hAnsi="Cambria Math" w:cs="Times New Roman"/>
            <w:lang w:val="ru-RU"/>
          </w:rPr>
          <m:t>-3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6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.</w:t>
      </w:r>
    </w:p>
    <w:p w:rsidR="00F410CB" w:rsidRPr="00C433B0" w:rsidRDefault="00F410CB" w:rsidP="00F410C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>В первый день продали 4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7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24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ц картофеля, а во второй – на 1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7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12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ц меньше. Сколько центнеров картофеля продали за два дня?</w:t>
      </w:r>
    </w:p>
    <w:p w:rsidR="00F410CB" w:rsidRPr="00C433B0" w:rsidRDefault="00F410CB" w:rsidP="00F410C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>Решите уравнение: 1) 10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11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24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– x = 6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7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16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     2) </w:t>
      </w:r>
      <m:oMath>
        <m:d>
          <m:dPr>
            <m:ctrlPr>
              <w:rPr>
                <w:rFonts w:ascii="Cambria Math" w:hAnsi="Cambria Math" w:cs="Times New Roman"/>
                <w:i/>
                <w:lang w:val="ru-RU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lang w:val="ru-RU"/>
                  </w:rPr>
                </m:ctrlPr>
              </m:fPr>
              <m:num>
                <m:r>
                  <w:rPr>
                    <w:rFonts w:ascii="Cambria Math" w:hAnsi="Cambria Math" w:cs="Times New Roman"/>
                    <w:lang w:val="ru-RU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lang w:val="ru-RU"/>
                  </w:rPr>
                  <m:t>6</m:t>
                </m:r>
              </m:den>
            </m:f>
            <m:r>
              <w:rPr>
                <w:rFonts w:ascii="Cambria Math" w:hAnsi="Cambria Math" w:cs="Times New Roman"/>
                <w:lang w:val="ru-RU"/>
              </w:rPr>
              <m:t>+x</m:t>
            </m:r>
          </m:e>
        </m:d>
        <m:r>
          <w:rPr>
            <w:rFonts w:ascii="Cambria Math" w:hAnsi="Cambria Math" w:cs="Times New Roman"/>
            <w:lang w:val="ru-RU"/>
          </w:rPr>
          <m:t>-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2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3</m:t>
            </m:r>
          </m:den>
        </m:f>
        <m:r>
          <w:rPr>
            <w:rFonts w:ascii="Cambria Math" w:hAnsi="Cambria Math" w:cs="Times New Roman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13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18</m:t>
            </m:r>
          </m:den>
        </m:f>
      </m:oMath>
    </w:p>
    <w:p w:rsidR="00F410CB" w:rsidRPr="00C433B0" w:rsidRDefault="00F410CB" w:rsidP="00F410C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 xml:space="preserve">За первый день турист прошёл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18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туристического маршрута, за второй -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7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27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, за третий -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2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9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. Оставшуюся часть маршрута он прошёл за четвёртый день. Какую часть маршрута прошёл турист за четвёртый день?</w:t>
      </w:r>
    </w:p>
    <w:p w:rsidR="00F410CB" w:rsidRPr="00C433B0" w:rsidRDefault="00F410CB" w:rsidP="00F410C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 xml:space="preserve">Найдите все натуральные значения x, при которых верно неравенство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x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9</m:t>
            </m:r>
          </m:den>
        </m:f>
        <m:r>
          <w:rPr>
            <w:rFonts w:ascii="Cambria Math" w:hAnsi="Cambria Math" w:cs="Times New Roman"/>
            <w:lang w:val="ru-RU"/>
          </w:rPr>
          <m:t>&lt;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22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45</m:t>
            </m:r>
          </m:den>
        </m:f>
      </m:oMath>
    </w:p>
    <w:p w:rsidR="00F410CB" w:rsidRPr="00C433B0" w:rsidRDefault="00F410CB" w:rsidP="00F410CB">
      <w:pPr>
        <w:spacing w:after="0"/>
        <w:rPr>
          <w:rFonts w:ascii="Times New Roman" w:hAnsi="Times New Roman" w:cs="Times New Roman"/>
          <w:lang w:val="ru-RU"/>
        </w:rPr>
      </w:pPr>
    </w:p>
    <w:p w:rsidR="00F410CB" w:rsidRPr="00C433B0" w:rsidRDefault="00F410CB" w:rsidP="00F410CB">
      <w:pPr>
        <w:jc w:val="center"/>
        <w:rPr>
          <w:rFonts w:ascii="Times New Roman" w:hAnsi="Times New Roman" w:cs="Times New Roman"/>
          <w:b/>
          <w:bCs/>
          <w:lang w:val="ru-RU"/>
        </w:rPr>
      </w:pPr>
      <w:r w:rsidRPr="00C433B0">
        <w:rPr>
          <w:rFonts w:ascii="Times New Roman" w:hAnsi="Times New Roman" w:cs="Times New Roman"/>
          <w:b/>
          <w:bCs/>
          <w:lang w:val="ru-RU"/>
        </w:rPr>
        <w:t>Контрольная работа №</w:t>
      </w:r>
      <w:r>
        <w:rPr>
          <w:rFonts w:ascii="Times New Roman" w:hAnsi="Times New Roman" w:cs="Times New Roman"/>
          <w:b/>
          <w:bCs/>
          <w:lang w:val="ru-RU"/>
        </w:rPr>
        <w:t>3</w:t>
      </w:r>
    </w:p>
    <w:p w:rsidR="00F410CB" w:rsidRDefault="00F410CB" w:rsidP="00F410CB">
      <w:pPr>
        <w:jc w:val="center"/>
        <w:rPr>
          <w:rFonts w:ascii="Times New Roman" w:hAnsi="Times New Roman" w:cs="Times New Roman"/>
          <w:b/>
          <w:bCs/>
          <w:lang w:val="ru-RU"/>
        </w:rPr>
      </w:pPr>
      <w:r w:rsidRPr="00C433B0">
        <w:rPr>
          <w:rFonts w:ascii="Times New Roman" w:hAnsi="Times New Roman" w:cs="Times New Roman"/>
          <w:b/>
          <w:bCs/>
          <w:lang w:val="ru-RU"/>
        </w:rPr>
        <w:t xml:space="preserve">Тема. </w:t>
      </w:r>
      <w:r>
        <w:rPr>
          <w:rFonts w:ascii="Times New Roman" w:hAnsi="Times New Roman" w:cs="Times New Roman"/>
          <w:b/>
          <w:bCs/>
          <w:lang w:val="ru-RU"/>
        </w:rPr>
        <w:t>Умножение и д</w:t>
      </w:r>
      <w:r w:rsidRPr="00C433B0">
        <w:rPr>
          <w:rFonts w:ascii="Times New Roman" w:hAnsi="Times New Roman" w:cs="Times New Roman"/>
          <w:b/>
          <w:bCs/>
          <w:lang w:val="ru-RU"/>
        </w:rPr>
        <w:t xml:space="preserve">еление дробей </w:t>
      </w:r>
    </w:p>
    <w:p w:rsidR="00F410CB" w:rsidRPr="00813817" w:rsidRDefault="00F410CB" w:rsidP="00F410CB">
      <w:pPr>
        <w:pStyle w:val="af5"/>
        <w:ind w:left="644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1. </w:t>
      </w:r>
      <w:r w:rsidRPr="00813817">
        <w:rPr>
          <w:rFonts w:ascii="Times New Roman" w:hAnsi="Times New Roman" w:cs="Times New Roman"/>
          <w:lang w:val="ru-RU"/>
        </w:rPr>
        <w:t>Выполните действие:</w:t>
      </w:r>
    </w:p>
    <w:p w:rsidR="00F410CB" w:rsidRPr="00813817" w:rsidRDefault="00F410CB" w:rsidP="00F410CB">
      <w:pPr>
        <w:pStyle w:val="af5"/>
        <w:ind w:left="644"/>
        <w:rPr>
          <w:rFonts w:ascii="Times New Roman" w:hAnsi="Times New Roman" w:cs="Times New Roman"/>
          <w:lang w:val="ru-RU"/>
        </w:rPr>
      </w:pPr>
      <w:r w:rsidRPr="00813817">
        <w:rPr>
          <w:rFonts w:ascii="Times New Roman" w:hAnsi="Times New Roman" w:cs="Times New Roman"/>
          <w:lang w:val="ru-RU"/>
        </w:rPr>
        <w:t xml:space="preserve">а) </w:t>
      </w:r>
      <m:oMath>
        <m:r>
          <m:rPr>
            <m:sty m:val="p"/>
          </m:rPr>
          <w:rPr>
            <w:rFonts w:ascii="Cambria Math" w:hAnsi="Cambria Math" w:cs="Times New Roman"/>
            <w:lang w:val="ru-RU"/>
          </w:rPr>
          <m:t>10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 xml:space="preserve"> :2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 xml:space="preserve">; </m:t>
        </m:r>
      </m:oMath>
      <w:r w:rsidRPr="00813817">
        <w:rPr>
          <w:rFonts w:ascii="Times New Roman" w:hAnsi="Times New Roman" w:cs="Times New Roman"/>
          <w:lang w:val="ru-RU"/>
        </w:rPr>
        <w:t xml:space="preserve"> б) </w:t>
      </w:r>
      <m:oMath>
        <m:r>
          <m:rPr>
            <m:sty m:val="p"/>
          </m:rPr>
          <w:rPr>
            <w:rFonts w:ascii="Cambria Math" w:hAnsi="Cambria Math" w:cs="Times New Roman"/>
            <w:lang w:val="ru-RU"/>
          </w:rPr>
          <m:t>3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5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:2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15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;</m:t>
        </m:r>
      </m:oMath>
      <w:r w:rsidRPr="00813817">
        <w:rPr>
          <w:rFonts w:ascii="Times New Roman" w:hAnsi="Times New Roman" w:cs="Times New Roman"/>
          <w:lang w:val="ru-RU"/>
        </w:rPr>
        <w:t xml:space="preserve"> в) </w:t>
      </w:r>
      <m:oMath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20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27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∙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5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+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10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: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100</m:t>
            </m:r>
          </m:den>
        </m:f>
      </m:oMath>
      <w:r w:rsidRPr="00813817">
        <w:rPr>
          <w:rFonts w:ascii="Times New Roman" w:hAnsi="Times New Roman" w:cs="Times New Roman"/>
          <w:lang w:val="ru-RU"/>
        </w:rPr>
        <w:t>.</w:t>
      </w:r>
    </w:p>
    <w:p w:rsidR="00F410CB" w:rsidRPr="00813817" w:rsidRDefault="00F410CB" w:rsidP="00F410CB">
      <w:pPr>
        <w:pStyle w:val="af5"/>
        <w:ind w:left="644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2. </w:t>
      </w:r>
      <w:r w:rsidRPr="00813817">
        <w:rPr>
          <w:rFonts w:ascii="Times New Roman" w:hAnsi="Times New Roman" w:cs="Times New Roman"/>
          <w:lang w:val="ru-RU"/>
        </w:rPr>
        <w:t>Решите уравнение:</w:t>
      </w:r>
    </w:p>
    <w:p w:rsidR="00F410CB" w:rsidRPr="00813817" w:rsidRDefault="00F410CB" w:rsidP="00F410CB">
      <w:pPr>
        <w:pStyle w:val="af5"/>
        <w:ind w:left="644"/>
        <w:rPr>
          <w:rFonts w:ascii="Times New Roman" w:hAnsi="Times New Roman" w:cs="Times New Roman"/>
          <w:lang w:val="ru-RU"/>
        </w:rPr>
      </w:pPr>
      <w:r w:rsidRPr="00813817">
        <w:rPr>
          <w:rFonts w:ascii="Times New Roman" w:hAnsi="Times New Roman" w:cs="Times New Roman"/>
          <w:lang w:val="ru-RU"/>
        </w:rPr>
        <w:t xml:space="preserve">а) </w:t>
      </w:r>
      <m:oMath>
        <m:f>
          <m:fPr>
            <m:ctrlPr>
              <w:rPr>
                <w:rFonts w:ascii="Cambria Math" w:hAnsi="Times New Roman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7</m:t>
            </m:r>
          </m:den>
        </m:f>
        <m:r>
          <w:rPr>
            <w:rFonts w:ascii="Cambria Math" w:hAnsi="Cambria Math" w:cs="Times New Roman"/>
            <w:lang w:val="ru-RU"/>
          </w:rPr>
          <m:t>m</m:t>
        </m:r>
        <m:r>
          <m:rPr>
            <m:sty m:val="p"/>
          </m:rPr>
          <w:rPr>
            <w:rFonts w:ascii="Cambria Math" w:hAnsi="Times New Roman" w:cs="Times New Roman"/>
            <w:lang w:val="ru-RU"/>
          </w:rPr>
          <m:t>+</m:t>
        </m:r>
        <m:f>
          <m:fPr>
            <m:ctrlPr>
              <w:rPr>
                <w:rFonts w:ascii="Cambria Math" w:hAnsi="Times New Roman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14</m:t>
            </m:r>
          </m:den>
        </m:f>
        <m:r>
          <w:rPr>
            <w:rFonts w:ascii="Cambria Math" w:hAnsi="Cambria Math" w:cs="Times New Roman"/>
            <w:lang w:val="ru-RU"/>
          </w:rPr>
          <m:t>m</m:t>
        </m:r>
        <m:r>
          <m:rPr>
            <m:sty m:val="p"/>
          </m:rPr>
          <w:rPr>
            <w:rFonts w:ascii="Cambria Math" w:hAnsi="Cambria Math" w:cs="Times New Roman"/>
            <w:lang w:val="ru-RU"/>
          </w:rPr>
          <m:t>-</m:t>
        </m:r>
        <m:f>
          <m:fPr>
            <m:ctrlPr>
              <w:rPr>
                <w:rFonts w:ascii="Cambria Math" w:hAnsi="Times New Roman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21</m:t>
            </m:r>
          </m:den>
        </m:f>
        <m:r>
          <w:rPr>
            <w:rFonts w:ascii="Cambria Math" w:hAnsi="Cambria Math" w:cs="Times New Roman"/>
            <w:lang w:val="ru-RU"/>
          </w:rPr>
          <m:t>m</m:t>
        </m:r>
        <m:r>
          <m:rPr>
            <m:sty m:val="p"/>
          </m:rPr>
          <w:rPr>
            <w:rFonts w:ascii="Cambria Math" w:hAnsi="Times New Roman" w:cs="Times New Roman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7</m:t>
            </m:r>
          </m:den>
        </m:f>
        <m:r>
          <m:rPr>
            <m:sty m:val="p"/>
          </m:rPr>
          <w:rPr>
            <w:rFonts w:ascii="Cambria Math" w:hAnsi="Times New Roman" w:cs="Times New Roman"/>
            <w:lang w:val="ru-RU"/>
          </w:rPr>
          <m:t>;</m:t>
        </m:r>
      </m:oMath>
      <w:r w:rsidRPr="00813817">
        <w:rPr>
          <w:rFonts w:ascii="Times New Roman" w:hAnsi="Times New Roman" w:cs="Times New Roman"/>
          <w:lang w:val="ru-RU"/>
        </w:rPr>
        <w:t xml:space="preserve"> б) </w:t>
      </w:r>
      <m:oMath>
        <m:r>
          <m:rPr>
            <m:sty m:val="p"/>
          </m:rPr>
          <w:rPr>
            <w:rFonts w:ascii="Cambria Math" w:hAnsi="Cambria Math" w:cs="Times New Roman"/>
            <w:lang w:val="ru-RU"/>
          </w:rPr>
          <m:t>1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7</m:t>
            </m:r>
          </m:den>
        </m:f>
        <m:r>
          <w:rPr>
            <w:rFonts w:ascii="Cambria Math" w:hAnsi="Cambria Math" w:cs="Times New Roman"/>
            <w:lang w:val="ru-RU"/>
          </w:rPr>
          <m:t>y</m:t>
        </m:r>
        <m:r>
          <m:rPr>
            <m:sty m:val="p"/>
          </m:rPr>
          <w:rPr>
            <w:rFonts w:ascii="Cambria Math" w:hAnsi="Cambria Math" w:cs="Times New Roman"/>
            <w:lang w:val="ru-RU"/>
          </w:rPr>
          <m:t>-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9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=2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9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.</m:t>
        </m:r>
      </m:oMath>
    </w:p>
    <w:p w:rsidR="00F410CB" w:rsidRPr="00813817" w:rsidRDefault="00F410CB" w:rsidP="00F410CB">
      <w:pPr>
        <w:pStyle w:val="af5"/>
        <w:ind w:left="64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3. </w:t>
      </w:r>
      <w:r w:rsidRPr="00813817">
        <w:rPr>
          <w:rFonts w:ascii="Times New Roman" w:hAnsi="Times New Roman" w:cs="Times New Roman"/>
          <w:lang w:val="ru-RU"/>
        </w:rPr>
        <w:t xml:space="preserve">За два часа самолёт пролетел 1020 км. За первый час он пролетел </w:t>
      </w:r>
      <m:oMath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9</m:t>
            </m:r>
          </m:den>
        </m:f>
      </m:oMath>
      <w:r w:rsidRPr="00813817">
        <w:rPr>
          <w:rFonts w:ascii="Times New Roman" w:hAnsi="Times New Roman" w:cs="Times New Roman"/>
          <w:lang w:val="ru-RU"/>
        </w:rPr>
        <w:t xml:space="preserve"> того пути, который он пролетел </w:t>
      </w:r>
      <w:proofErr w:type="gramStart"/>
      <w:r w:rsidRPr="00813817">
        <w:rPr>
          <w:rFonts w:ascii="Times New Roman" w:hAnsi="Times New Roman" w:cs="Times New Roman"/>
          <w:lang w:val="ru-RU"/>
        </w:rPr>
        <w:t>в</w:t>
      </w:r>
      <w:proofErr w:type="gramEnd"/>
      <w:r w:rsidRPr="00813817">
        <w:rPr>
          <w:rFonts w:ascii="Times New Roman" w:hAnsi="Times New Roman" w:cs="Times New Roman"/>
          <w:lang w:val="ru-RU"/>
        </w:rPr>
        <w:t xml:space="preserve"> второй час. Сколько километров пролетел самолёт в каждый из этих двух часов?</w:t>
      </w:r>
    </w:p>
    <w:p w:rsidR="00F410CB" w:rsidRPr="00813817" w:rsidRDefault="00F410CB" w:rsidP="00F410CB">
      <w:pPr>
        <w:pStyle w:val="af5"/>
        <w:ind w:left="644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4. </w:t>
      </w:r>
      <w:r w:rsidRPr="00813817">
        <w:rPr>
          <w:rFonts w:ascii="Times New Roman" w:hAnsi="Times New Roman" w:cs="Times New Roman"/>
          <w:lang w:val="ru-RU"/>
        </w:rPr>
        <w:t>Вычислите:</w:t>
      </w:r>
    </w:p>
    <w:p w:rsidR="00F410CB" w:rsidRPr="00813817" w:rsidRDefault="00F410CB" w:rsidP="00F410CB">
      <w:pPr>
        <w:pStyle w:val="af5"/>
        <w:ind w:left="709"/>
        <w:rPr>
          <w:rFonts w:ascii="Times New Roman" w:hAnsi="Times New Roman" w:cs="Times New Roman"/>
          <w:lang w:val="ru-RU"/>
        </w:rPr>
      </w:pPr>
      <w:r w:rsidRPr="00813817">
        <w:rPr>
          <w:rFonts w:ascii="Times New Roman" w:hAnsi="Times New Roman" w:cs="Times New Roman"/>
          <w:lang w:val="ru-RU"/>
        </w:rPr>
        <w:t xml:space="preserve">а) </w:t>
      </w:r>
      <m:oMath>
        <m:r>
          <m:rPr>
            <m:sty m:val="p"/>
          </m:rPr>
          <w:rPr>
            <w:rFonts w:ascii="Cambria Math" w:hAnsi="Cambria Math" w:cs="Times New Roman"/>
            <w:lang w:val="ru-RU"/>
          </w:rPr>
          <m:t>4∙</m:t>
        </m:r>
        <m:d>
          <m:dPr>
            <m:ctrlPr>
              <w:rPr>
                <w:rFonts w:ascii="Cambria Math" w:hAnsi="Cambria Math" w:cs="Times New Roman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2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+1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4</m:t>
                </m:r>
              </m:den>
            </m:f>
          </m:e>
        </m:d>
        <m:r>
          <m:rPr>
            <m:sty m:val="p"/>
          </m:rPr>
          <w:rPr>
            <w:rFonts w:ascii="Cambria Math" w:hAnsi="Cambria Math" w:cs="Times New Roman"/>
            <w:lang w:val="ru-RU"/>
          </w:rPr>
          <m:t>-</m:t>
        </m:r>
        <m:d>
          <m:dPr>
            <m:ctrlPr>
              <w:rPr>
                <w:rFonts w:ascii="Cambria Math" w:hAnsi="Cambria Math" w:cs="Times New Roman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6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+4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5</m:t>
                </m:r>
              </m:den>
            </m:f>
          </m:e>
        </m:d>
        <m:r>
          <m:rPr>
            <m:sty m:val="p"/>
          </m:rPr>
          <w:rPr>
            <w:rFonts w:ascii="Cambria Math" w:hAnsi="Cambria Math" w:cs="Times New Roman"/>
            <w:lang w:val="ru-RU"/>
          </w:rPr>
          <m:t xml:space="preserve"> :2;</m:t>
        </m:r>
      </m:oMath>
      <w:r w:rsidRPr="00813817">
        <w:rPr>
          <w:rFonts w:ascii="Times New Roman" w:hAnsi="Times New Roman" w:cs="Times New Roman"/>
          <w:lang w:val="ru-RU"/>
        </w:rPr>
        <w:t xml:space="preserve"> б)</w:t>
      </w:r>
      <m:oMath>
        <m:d>
          <m:dPr>
            <m:ctrlPr>
              <w:rPr>
                <w:rFonts w:ascii="Cambria Math" w:hAnsi="Cambria Math" w:cs="Times New Roman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7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-5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5</m:t>
                </m:r>
              </m:den>
            </m:f>
          </m:e>
        </m:d>
        <m:r>
          <m:rPr>
            <m:sty m:val="p"/>
          </m:rPr>
          <w:rPr>
            <w:rFonts w:ascii="Cambria Math" w:hAnsi="Cambria Math" w:cs="Times New Roman"/>
            <w:lang w:val="ru-RU"/>
          </w:rPr>
          <m:t>:</m:t>
        </m:r>
        <m:d>
          <m:dPr>
            <m:ctrlPr>
              <w:rPr>
                <w:rFonts w:ascii="Cambria Math" w:hAnsi="Cambria Math" w:cs="Times New Roman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6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5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-4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3</m:t>
                </m:r>
              </m:den>
            </m:f>
          </m:e>
        </m:d>
        <m:r>
          <m:rPr>
            <m:sty m:val="p"/>
          </m:rPr>
          <w:rPr>
            <w:rFonts w:ascii="Cambria Math" w:hAnsi="Cambria Math" w:cs="Times New Roman"/>
            <w:lang w:val="ru-RU"/>
          </w:rPr>
          <m:t>.</m:t>
        </m:r>
      </m:oMath>
    </w:p>
    <w:p w:rsidR="00F410CB" w:rsidRPr="00C433B0" w:rsidRDefault="00F410CB" w:rsidP="00F410CB">
      <w:pPr>
        <w:pStyle w:val="af5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5. </w:t>
      </w:r>
      <w:r w:rsidRPr="00C433B0">
        <w:rPr>
          <w:rFonts w:ascii="Times New Roman" w:hAnsi="Times New Roman" w:cs="Times New Roman"/>
          <w:lang w:val="ru-RU"/>
        </w:rPr>
        <w:t xml:space="preserve">Преобразуйте обыкновенную дробь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6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в бесконечную периодическую десятичную дробь.</w:t>
      </w:r>
    </w:p>
    <w:p w:rsidR="00F410CB" w:rsidRPr="00C433B0" w:rsidRDefault="00F410CB" w:rsidP="00F410CB">
      <w:pPr>
        <w:pStyle w:val="af5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 xml:space="preserve">6. </w:t>
      </w:r>
      <w:r w:rsidRPr="00C433B0">
        <w:rPr>
          <w:rFonts w:ascii="Times New Roman" w:hAnsi="Times New Roman" w:cs="Times New Roman"/>
          <w:lang w:val="ru-RU"/>
        </w:rPr>
        <w:t>Из пункта A в пункт B выехал первый велосипедист со скоростью 12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2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3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км/ч. Одновременно из пункта B в том же направлении выехал второй велосипедист, скорость которого в 1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16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41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раза меньше скорости первого. Через сколько часов первый велосипедист догонит второго, если расстояние между пунктами равно 8 км?</w:t>
      </w:r>
    </w:p>
    <w:p w:rsidR="00F410CB" w:rsidRDefault="00F410CB" w:rsidP="00F410CB">
      <w:pPr>
        <w:rPr>
          <w:lang w:val="ru-RU"/>
        </w:rPr>
      </w:pP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1318260</wp:posOffset>
            </wp:positionV>
            <wp:extent cx="1562100" cy="161925"/>
            <wp:effectExtent l="0" t="0" r="0" b="0"/>
            <wp:wrapNone/>
            <wp:docPr id="1762811032" name="Рисунок 176281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146849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971925" cy="1128283"/>
            <wp:effectExtent l="0" t="0" r="0" b="0"/>
            <wp:docPr id="1472418390" name="Рисунок 1472418390" descr="Изображение выглядит как текст, внутренний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внутренний, снимок экрана&#10;&#10;Автоматически созданное описание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99386" cy="113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5146">
        <w:rPr>
          <w:noProof/>
        </w:rPr>
        <w:t xml:space="preserve"> </w:t>
      </w:r>
    </w:p>
    <w:p w:rsidR="00F410CB" w:rsidRDefault="00F410CB" w:rsidP="00F410CB">
      <w:pPr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1189990</wp:posOffset>
            </wp:positionV>
            <wp:extent cx="3115945" cy="1162050"/>
            <wp:effectExtent l="0" t="0" r="0" b="0"/>
            <wp:wrapSquare wrapText="bothSides"/>
            <wp:docPr id="1125053242" name="Рисунок 112505324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5414" b="1312"/>
                    <a:stretch/>
                  </pic:blipFill>
                  <pic:spPr bwMode="auto">
                    <a:xfrm>
                      <a:off x="0" y="0"/>
                      <a:ext cx="311594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798830</wp:posOffset>
            </wp:positionV>
            <wp:extent cx="2963545" cy="352425"/>
            <wp:effectExtent l="0" t="0" r="0" b="0"/>
            <wp:wrapSquare wrapText="bothSides"/>
            <wp:docPr id="1253282674" name="Рисунок 1253282674" descr="Изображение выглядит как текст, Шрифт, снимок экрана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83052" name="Рисунок 274383052" descr="Изображение выглядит как текст, Шрифт, снимок экрана, докумен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1969"/>
                    <a:stretch/>
                  </pic:blipFill>
                  <pic:spPr bwMode="auto">
                    <a:xfrm>
                      <a:off x="0" y="0"/>
                      <a:ext cx="296354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58041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294640</wp:posOffset>
            </wp:positionV>
            <wp:extent cx="3115945" cy="438150"/>
            <wp:effectExtent l="0" t="0" r="0" b="0"/>
            <wp:wrapSquare wrapText="bothSides"/>
            <wp:docPr id="1332144487" name="Рисунок 133214448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044" b="69869"/>
                    <a:stretch/>
                  </pic:blipFill>
                  <pic:spPr bwMode="auto">
                    <a:xfrm>
                      <a:off x="0" y="0"/>
                      <a:ext cx="3115945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 w:hanging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105150" cy="352425"/>
            <wp:effectExtent l="0" t="0" r="0" b="0"/>
            <wp:docPr id="1639465450" name="Рисунок 163946545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946" b="79541"/>
                    <a:stretch/>
                  </pic:blipFill>
                  <pic:spPr bwMode="auto">
                    <a:xfrm>
                      <a:off x="0" y="0"/>
                      <a:ext cx="3105150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>Контрольная работа №5</w:t>
      </w:r>
    </w:p>
    <w:p w:rsidR="00F410CB" w:rsidRPr="00371B63" w:rsidRDefault="00F410CB" w:rsidP="00F410CB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 w:rsidRPr="00371B63"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>Тема: Фигуры на плоскости</w:t>
      </w:r>
    </w:p>
    <w:p w:rsidR="00F410CB" w:rsidRDefault="00F410CB" w:rsidP="00F410CB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 w:rsidRPr="00075146">
        <w:rPr>
          <w:noProof/>
          <w:lang w:val="ru-RU"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-2729865</wp:posOffset>
            </wp:positionH>
            <wp:positionV relativeFrom="paragraph">
              <wp:posOffset>2295525</wp:posOffset>
            </wp:positionV>
            <wp:extent cx="1533525" cy="142875"/>
            <wp:effectExtent l="0" t="0" r="0" b="0"/>
            <wp:wrapNone/>
            <wp:docPr id="202754764" name="Рисунок 202754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772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5945"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>1. Найдите длину окружности, если ее радиус равен</w:t>
      </w:r>
      <w:r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 xml:space="preserve"> 4,5 см.</w:t>
      </w:r>
    </w:p>
    <w:p w:rsidR="00F410CB" w:rsidRDefault="00F410CB" w:rsidP="00F410CB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>2. Найдите площадь круга, если его радиус равен 6 см.</w:t>
      </w:r>
    </w:p>
    <w:p w:rsidR="00F410CB" w:rsidRDefault="00F410CB" w:rsidP="00F410CB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>3. С помощью циркуля и линейки постройте треугольник со сторонами 4см, 6 см и 7 см.</w:t>
      </w:r>
    </w:p>
    <w:p w:rsidR="00F410CB" w:rsidRPr="00C65945" w:rsidRDefault="00F410CB" w:rsidP="00F410CB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 w:rsidRPr="00371B63">
        <w:rPr>
          <w:bCs/>
          <w:noProof/>
          <w:lang w:val="ru-RU" w:eastAsia="ru-RU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81280</wp:posOffset>
            </wp:positionV>
            <wp:extent cx="3105150" cy="1323975"/>
            <wp:effectExtent l="0" t="0" r="0" b="0"/>
            <wp:wrapSquare wrapText="bothSides"/>
            <wp:docPr id="556333835" name="Рисунок 55633383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7278" b="33226"/>
                    <a:stretch/>
                  </pic:blipFill>
                  <pic:spPr bwMode="auto">
                    <a:xfrm>
                      <a:off x="0" y="0"/>
                      <a:ext cx="310515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410CB" w:rsidRPr="00371B63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Pr="00371B63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F410CB" w:rsidRPr="00371B63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F410CB" w:rsidRPr="00371B63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F410CB" w:rsidRPr="00371B63" w:rsidRDefault="00F410CB" w:rsidP="00F410CB">
      <w:pPr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  <w:r w:rsidRPr="00371B63"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  <w:br w:type="page"/>
      </w:r>
    </w:p>
    <w:p w:rsidR="00F410CB" w:rsidRPr="00DE218D" w:rsidRDefault="00F410CB" w:rsidP="00F410CB">
      <w:pPr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4232910</wp:posOffset>
            </wp:positionV>
            <wp:extent cx="1571625" cy="142875"/>
            <wp:effectExtent l="0" t="0" r="0" b="0"/>
            <wp:wrapNone/>
            <wp:docPr id="2014296872" name="Рисунок 2014296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96939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4195445</wp:posOffset>
            </wp:positionV>
            <wp:extent cx="1571844" cy="161948"/>
            <wp:effectExtent l="0" t="0" r="0" b="0"/>
            <wp:wrapSquare wrapText="bothSides"/>
            <wp:docPr id="1819383423" name="Рисунок 1819383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490275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844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0396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4385945</wp:posOffset>
            </wp:positionV>
            <wp:extent cx="3095625" cy="2190115"/>
            <wp:effectExtent l="0" t="0" r="0" b="0"/>
            <wp:wrapSquare wrapText="bothSides"/>
            <wp:docPr id="1026474044" name="Рисунок 102647404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002"/>
                    <a:stretch/>
                  </pic:blipFill>
                  <pic:spPr bwMode="auto">
                    <a:xfrm>
                      <a:off x="0" y="0"/>
                      <a:ext cx="3095625" cy="219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-14605</wp:posOffset>
            </wp:positionV>
            <wp:extent cx="1562100" cy="171450"/>
            <wp:effectExtent l="0" t="0" r="0" b="0"/>
            <wp:wrapSquare wrapText="bothSides"/>
            <wp:docPr id="788464868" name="Рисунок 788464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672124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4445</wp:posOffset>
            </wp:positionV>
            <wp:extent cx="1543050" cy="152400"/>
            <wp:effectExtent l="0" t="0" r="0" b="0"/>
            <wp:wrapNone/>
            <wp:docPr id="1771522913" name="Рисунок 1771522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191589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587584" behindDoc="0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175260</wp:posOffset>
            </wp:positionV>
            <wp:extent cx="3190240" cy="1139825"/>
            <wp:effectExtent l="0" t="0" r="0" b="0"/>
            <wp:wrapSquare wrapText="bothSides"/>
            <wp:docPr id="559793214" name="Рисунок 5597932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702"/>
                    <a:stretch/>
                  </pic:blipFill>
                  <pic:spPr bwMode="auto">
                    <a:xfrm>
                      <a:off x="0" y="0"/>
                      <a:ext cx="3190240" cy="113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257279" cy="744220"/>
            <wp:effectExtent l="0" t="0" r="0" b="0"/>
            <wp:docPr id="1879471793" name="Рисунок 187947179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63"/>
                    <a:srcRect t="21184"/>
                    <a:stretch/>
                  </pic:blipFill>
                  <pic:spPr bwMode="auto">
                    <a:xfrm>
                      <a:off x="0" y="0"/>
                      <a:ext cx="3281713" cy="749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2112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903605</wp:posOffset>
            </wp:positionV>
            <wp:extent cx="3095625" cy="3095625"/>
            <wp:effectExtent l="0" t="0" r="0" b="0"/>
            <wp:wrapNone/>
            <wp:docPr id="901851315" name="Рисунок 9018513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10CB" w:rsidRDefault="00F410CB" w:rsidP="00F410CB">
      <w:pPr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F410CB" w:rsidRDefault="00EA25A3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596800" behindDoc="0" locked="0" layoutInCell="1" allowOverlap="1">
            <wp:simplePos x="0" y="0"/>
            <wp:positionH relativeFrom="column">
              <wp:posOffset>3261803</wp:posOffset>
            </wp:positionH>
            <wp:positionV relativeFrom="paragraph">
              <wp:posOffset>13335</wp:posOffset>
            </wp:positionV>
            <wp:extent cx="2978785" cy="1924050"/>
            <wp:effectExtent l="0" t="0" r="0" b="0"/>
            <wp:wrapSquare wrapText="bothSides"/>
            <wp:docPr id="1960962294" name="Рисунок 196096229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10CB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F410CB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F410CB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F410CB" w:rsidRDefault="00EA25A3" w:rsidP="00F410CB">
      <w:pPr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3092790</wp:posOffset>
            </wp:positionH>
            <wp:positionV relativeFrom="paragraph">
              <wp:posOffset>2244725</wp:posOffset>
            </wp:positionV>
            <wp:extent cx="3314065" cy="2086610"/>
            <wp:effectExtent l="0" t="0" r="0" b="0"/>
            <wp:wrapSquare wrapText="bothSides"/>
            <wp:docPr id="1237693622" name="Рисунок 123769362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243"/>
                    <a:stretch/>
                  </pic:blipFill>
                  <pic:spPr bwMode="auto">
                    <a:xfrm>
                      <a:off x="0" y="0"/>
                      <a:ext cx="3314065" cy="208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410CB">
        <w:rPr>
          <w:rFonts w:ascii="Times New Roman" w:hAnsi="Times New Roman"/>
          <w:b/>
          <w:iCs/>
          <w:color w:val="000000"/>
          <w:sz w:val="24"/>
          <w:szCs w:val="24"/>
        </w:rPr>
        <w:br w:type="page"/>
      </w:r>
    </w:p>
    <w:p w:rsidR="00F410CB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-62230</wp:posOffset>
            </wp:positionV>
            <wp:extent cx="1800476" cy="152421"/>
            <wp:effectExtent l="0" t="0" r="0" b="0"/>
            <wp:wrapNone/>
            <wp:docPr id="2134721881" name="Рисунок 213472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34709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476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252095</wp:posOffset>
            </wp:positionV>
            <wp:extent cx="2819400" cy="2475230"/>
            <wp:effectExtent l="0" t="0" r="0" b="0"/>
            <wp:wrapSquare wrapText="bothSides"/>
            <wp:docPr id="699833438" name="Рисунок 69983343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478"/>
                    <a:stretch/>
                  </pic:blipFill>
                  <pic:spPr bwMode="auto">
                    <a:xfrm>
                      <a:off x="0" y="0"/>
                      <a:ext cx="2819400" cy="247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-176530</wp:posOffset>
            </wp:positionV>
            <wp:extent cx="1657581" cy="161948"/>
            <wp:effectExtent l="0" t="0" r="0" b="0"/>
            <wp:wrapSquare wrapText="bothSides"/>
            <wp:docPr id="700930665" name="Рисунок 700930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8395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58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33020</wp:posOffset>
            </wp:positionV>
            <wp:extent cx="2876550" cy="1836420"/>
            <wp:effectExtent l="0" t="0" r="0" b="0"/>
            <wp:wrapSquare wrapText="bothSides"/>
            <wp:docPr id="1910872575" name="Рисунок 1910872575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Рисунок 137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218"/>
                    <a:stretch/>
                  </pic:blipFill>
                  <pic:spPr bwMode="auto">
                    <a:xfrm>
                      <a:off x="0" y="0"/>
                      <a:ext cx="2876550" cy="183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3764280</wp:posOffset>
            </wp:positionV>
            <wp:extent cx="2898140" cy="2457450"/>
            <wp:effectExtent l="0" t="0" r="0" b="0"/>
            <wp:wrapSquare wrapText="bothSides"/>
            <wp:docPr id="1232295047" name="Рисунок 1232295047" descr="Изображение выглядит как текст, линия, диаграмма, Граф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371038" name="Рисунок 1085371038" descr="Изображение выглядит как текст, линия, диаграмма, График&#10;&#10;Автоматически созданное описание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0343"/>
                    <a:stretch/>
                  </pic:blipFill>
                  <pic:spPr bwMode="auto">
                    <a:xfrm>
                      <a:off x="0" y="0"/>
                      <a:ext cx="289814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222918</wp:posOffset>
            </wp:positionH>
            <wp:positionV relativeFrom="paragraph">
              <wp:posOffset>1938655</wp:posOffset>
            </wp:positionV>
            <wp:extent cx="3190875" cy="1823467"/>
            <wp:effectExtent l="0" t="0" r="0" b="0"/>
            <wp:wrapSquare wrapText="bothSides"/>
            <wp:docPr id="222935053" name="Рисунок 222935053" descr="Изображение выглядит как текст, линия, диаграмма, Граф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Рисунок 138" descr="Изображение выглядит как текст, линия, диаграмма, График&#10;&#10;Автоматически созданное описание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9793"/>
                    <a:stretch/>
                  </pic:blipFill>
                  <pic:spPr bwMode="auto">
                    <a:xfrm>
                      <a:off x="0" y="0"/>
                      <a:ext cx="3190875" cy="1823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410CB" w:rsidRDefault="00F410CB" w:rsidP="00F410CB">
      <w:pPr>
        <w:contextualSpacing/>
        <w:rPr>
          <w:rFonts w:ascii="Times New Roman" w:hAnsi="Times New Roman"/>
          <w:b/>
          <w:iCs/>
          <w:noProof/>
          <w:color w:val="000000"/>
          <w:sz w:val="24"/>
          <w:szCs w:val="24"/>
        </w:rPr>
      </w:pPr>
    </w:p>
    <w:p w:rsidR="00F410CB" w:rsidRPr="00DE218D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71120</wp:posOffset>
            </wp:positionV>
            <wp:extent cx="3000375" cy="864870"/>
            <wp:effectExtent l="0" t="0" r="0" b="0"/>
            <wp:wrapSquare wrapText="bothSides"/>
            <wp:docPr id="1981448035" name="Рисунок 198144803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Pr="0012640B" w:rsidRDefault="00F410CB" w:rsidP="00F410CB">
      <w:pPr>
        <w:rPr>
          <w:lang w:val="ru-RU"/>
        </w:rPr>
      </w:pPr>
    </w:p>
    <w:p w:rsidR="00F410CB" w:rsidRPr="0012640B" w:rsidRDefault="00F410CB" w:rsidP="00F410CB">
      <w:pPr>
        <w:spacing w:after="0"/>
        <w:ind w:left="120"/>
        <w:rPr>
          <w:lang w:val="ru-RU"/>
        </w:rPr>
      </w:pPr>
    </w:p>
    <w:p w:rsidR="00F410CB" w:rsidRDefault="00F410CB">
      <w:r>
        <w:br w:type="page"/>
      </w:r>
    </w:p>
    <w:p w:rsidR="00F410CB" w:rsidRPr="002E2D7F" w:rsidRDefault="00EA25A3" w:rsidP="00F410CB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="00F410CB">
        <w:rPr>
          <w:rFonts w:ascii="Times New Roman" w:hAnsi="Times New Roman"/>
          <w:b/>
          <w:color w:val="000000"/>
          <w:sz w:val="28"/>
          <w:lang w:val="ru-RU"/>
        </w:rPr>
        <w:t>ПОУРОЧНОЕ ПЛАНИРОВАНИЕ</w:t>
      </w:r>
    </w:p>
    <w:p w:rsidR="00F410CB" w:rsidRPr="0078507B" w:rsidRDefault="00F410CB" w:rsidP="00F410C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E14A7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8507B">
        <w:rPr>
          <w:rFonts w:ascii="Times New Roman" w:hAnsi="Times New Roman"/>
          <w:b/>
          <w:color w:val="000000"/>
          <w:sz w:val="28"/>
          <w:lang w:val="ru-RU"/>
        </w:rPr>
        <w:t xml:space="preserve">6 </w:t>
      </w:r>
      <w:r w:rsidR="00EA25A3">
        <w:rPr>
          <w:rFonts w:ascii="Times New Roman" w:hAnsi="Times New Roman"/>
          <w:b/>
          <w:color w:val="000000"/>
          <w:sz w:val="28"/>
          <w:lang w:val="ru-RU"/>
        </w:rPr>
        <w:t xml:space="preserve">«Г» </w:t>
      </w:r>
      <w:r w:rsidRPr="0078507B">
        <w:rPr>
          <w:rFonts w:ascii="Times New Roman" w:hAnsi="Times New Roman"/>
          <w:b/>
          <w:color w:val="000000"/>
          <w:sz w:val="28"/>
          <w:lang w:val="ru-RU"/>
        </w:rPr>
        <w:t xml:space="preserve">КЛАСС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Учитель </w:t>
      </w:r>
      <w:r w:rsidR="00EA25A3">
        <w:rPr>
          <w:rFonts w:ascii="Times New Roman" w:hAnsi="Times New Roman"/>
          <w:b/>
          <w:color w:val="000000"/>
          <w:sz w:val="28"/>
          <w:lang w:val="ru-RU"/>
        </w:rPr>
        <w:t>Портареску Елена Александровна</w:t>
      </w:r>
    </w:p>
    <w:tbl>
      <w:tblPr>
        <w:tblStyle w:val="TableNormal1"/>
        <w:tblW w:w="9923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5103"/>
        <w:gridCol w:w="1559"/>
        <w:gridCol w:w="1559"/>
        <w:gridCol w:w="993"/>
      </w:tblGrid>
      <w:tr w:rsidR="00F410CB" w:rsidRPr="007B1C5C" w:rsidTr="008B1FCB">
        <w:trPr>
          <w:trHeight w:val="1147"/>
          <w:tblHeader/>
        </w:trPr>
        <w:tc>
          <w:tcPr>
            <w:tcW w:w="709" w:type="dxa"/>
            <w:vAlign w:val="center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№ урока</w:t>
            </w:r>
          </w:p>
        </w:tc>
        <w:tc>
          <w:tcPr>
            <w:tcW w:w="5103" w:type="dxa"/>
            <w:vAlign w:val="center"/>
          </w:tcPr>
          <w:p w:rsidR="00F410CB" w:rsidRPr="007B1C5C" w:rsidRDefault="00F410CB" w:rsidP="008B1FCB">
            <w:pPr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Наименование разделов и тем</w:t>
            </w:r>
          </w:p>
        </w:tc>
        <w:tc>
          <w:tcPr>
            <w:tcW w:w="1559" w:type="dxa"/>
            <w:vAlign w:val="center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Плановые сроки прохождения программы</w:t>
            </w:r>
          </w:p>
        </w:tc>
        <w:tc>
          <w:tcPr>
            <w:tcW w:w="1559" w:type="dxa"/>
            <w:vAlign w:val="center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Фактические сроки и/или коррекция</w:t>
            </w:r>
          </w:p>
        </w:tc>
        <w:tc>
          <w:tcPr>
            <w:tcW w:w="993" w:type="dxa"/>
            <w:vAlign w:val="center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Примечание</w:t>
            </w:r>
          </w:p>
        </w:tc>
      </w:tr>
      <w:tr w:rsidR="00F410CB" w:rsidRPr="007B1C5C" w:rsidTr="008B1FCB">
        <w:trPr>
          <w:trHeight w:val="299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8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Раздел 1. Натуральные числа (</w:t>
            </w:r>
            <w:r w:rsidRPr="007B1C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23</w:t>
            </w:r>
            <w:r w:rsidRPr="007B1C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ч.)</w:t>
            </w: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курса 5 класса. Натуральные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2E2D7F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Повторение курса 5 класса. Обыкновенные дроби 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2E2D7F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</w:t>
            </w:r>
          </w:p>
        </w:tc>
        <w:tc>
          <w:tcPr>
            <w:tcW w:w="5103" w:type="dxa"/>
            <w:shd w:val="clear" w:color="auto" w:fill="auto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Повторение курса 5 класса. Десятичные дроби 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95F86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</w:t>
            </w:r>
          </w:p>
        </w:tc>
        <w:tc>
          <w:tcPr>
            <w:tcW w:w="5103" w:type="dxa"/>
            <w:shd w:val="clear" w:color="auto" w:fill="auto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курса 5 класса. Геометрические фигуры.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Виды треугольников.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</w:t>
            </w:r>
          </w:p>
        </w:tc>
        <w:tc>
          <w:tcPr>
            <w:tcW w:w="5103" w:type="dxa"/>
            <w:shd w:val="clear" w:color="auto" w:fill="auto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Среднее арифметическое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</w:t>
            </w:r>
          </w:p>
        </w:tc>
        <w:tc>
          <w:tcPr>
            <w:tcW w:w="5103" w:type="dxa"/>
            <w:shd w:val="clear" w:color="auto" w:fill="auto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Среднее арифметическое 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</w:t>
            </w:r>
          </w:p>
        </w:tc>
        <w:tc>
          <w:tcPr>
            <w:tcW w:w="5103" w:type="dxa"/>
            <w:shd w:val="clear" w:color="auto" w:fill="auto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Среднее арифметическое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. Решение задач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</w:t>
            </w:r>
          </w:p>
        </w:tc>
        <w:tc>
          <w:tcPr>
            <w:tcW w:w="5103" w:type="dxa"/>
            <w:vAlign w:val="center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</w:t>
            </w:r>
          </w:p>
        </w:tc>
        <w:tc>
          <w:tcPr>
            <w:tcW w:w="5103" w:type="dxa"/>
            <w:vAlign w:val="center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</w:t>
            </w:r>
          </w:p>
        </w:tc>
        <w:tc>
          <w:tcPr>
            <w:tcW w:w="5103" w:type="dxa"/>
            <w:vAlign w:val="center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</w:t>
            </w:r>
          </w:p>
        </w:tc>
        <w:tc>
          <w:tcPr>
            <w:tcW w:w="5103" w:type="dxa"/>
            <w:vAlign w:val="center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</w:t>
            </w:r>
          </w:p>
        </w:tc>
        <w:tc>
          <w:tcPr>
            <w:tcW w:w="5103" w:type="dxa"/>
            <w:vAlign w:val="center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Делители и кратные,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Признаки деления на 10.5,2,9,3.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Делимость суммы и произвед</w:t>
            </w: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Простые и составные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Наибольший общий делитель.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Взаимно простые числа.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Алгоритм нахождения НОД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на нахождение НОД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Наименьшее общее кратное натуральных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Алгоритм нахождения НОК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на нахождение НОК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55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1244D1" w:rsidTr="008B1FCB">
        <w:trPr>
          <w:trHeight w:val="284"/>
        </w:trPr>
        <w:tc>
          <w:tcPr>
            <w:tcW w:w="709" w:type="dxa"/>
            <w:shd w:val="clear" w:color="auto" w:fill="DEEAF6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23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Контрольная работа №1 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8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2. Дроби (</w:t>
            </w: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41</w:t>
            </w: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ч.)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Основное свойство дроби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Сокращение дробей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Сокращение дробей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567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 w:right="892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Приведение дробей к общему знаменателю.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Сравнение дробей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Сложение и вычитание дробей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примеров на сложение и вычитания дробей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30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Действие сложения и вычитания смешанных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Дробные выражен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и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примеров на действия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сложения и вычитания смешанных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shd w:val="clear" w:color="auto" w:fill="DEEAF6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34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№2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Умножение дробей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Действие умножения смешанных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Решение примеров на действие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у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множения смешанных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B616F7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Нахождение дроби от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Нахождение дроби от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Деление дробей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примеров на действие деления смешанных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текстовых задач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текстовых задач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95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 w:right="4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Нахождение числа по значению его дроби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72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 w:right="4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Нахождение числа по значению его дроби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567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 w:right="50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Преобразование обыкновенных дробей десятичные. Бесконечные периодические десятичные дроби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567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 w:right="3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 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  <w:shd w:val="clear" w:color="auto" w:fill="DEEAF6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50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 xml:space="preserve">Контрольная работа № 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3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Отношения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Отношения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Пропорции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tcBorders>
              <w:top w:val="nil"/>
            </w:tcBorders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54</w:t>
            </w:r>
          </w:p>
        </w:tc>
        <w:tc>
          <w:tcPr>
            <w:tcW w:w="5103" w:type="dxa"/>
            <w:tcBorders>
              <w:top w:val="nil"/>
            </w:tcBorders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Пропорции</w:t>
            </w:r>
          </w:p>
        </w:tc>
        <w:tc>
          <w:tcPr>
            <w:tcW w:w="1559" w:type="dxa"/>
            <w:tcBorders>
              <w:top w:val="nil"/>
            </w:tcBorders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Пропорции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Пропорции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Процентное отношение двух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Процентное отношение двух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Процентное отношение двух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567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 w:right="109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Прямая и обратная пропорциональные зависимости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567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 w:right="109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Прямая и обратная пропорциональные зависимости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Деление числа в данном отношении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Повторение и систематизация учебного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материала</w:t>
            </w:r>
          </w:p>
        </w:tc>
        <w:tc>
          <w:tcPr>
            <w:tcW w:w="1559" w:type="dxa"/>
          </w:tcPr>
          <w:p w:rsidR="00F410CB" w:rsidRPr="001244D1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1244D1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1244D1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1244D1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64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Контрольная работа №</w:t>
            </w: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4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8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Раздел 3 Наглядная геометрия</w:t>
            </w:r>
            <w:proofErr w:type="gramStart"/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 xml:space="preserve"> .</w:t>
            </w:r>
            <w:proofErr w:type="gramEnd"/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Фигуры на плоскости. (10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.</w:t>
            </w:r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Окружность и круг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Длина окружности. Площадь круга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Длина окружности. Площадь круга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99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Площадь фигур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99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 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1244D1" w:rsidTr="008B1FCB">
        <w:trPr>
          <w:trHeight w:val="299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Контрольная работа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№5 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301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11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4 Положительные и отрицательные числа (44 ч.)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Положи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т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ельные и отрицательные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Положительные и отрицательные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Координатная прямая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Координатная прямая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Координатная прямая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Целые числа. Рациональные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Целые числа. Рациональные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Модуль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Модуль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Модуль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Сравнение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Сравнение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301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Сравнение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 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shd w:val="clear" w:color="auto" w:fill="DEEAF6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89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6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Сложение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Сложение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Сложение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Сложение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7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Свойства сложения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60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Свойства сложения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Вычитание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Вычитание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Вычитание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Вычитание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100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 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shd w:val="clear" w:color="auto" w:fill="DEEAF6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101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7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Умножение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Умножение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Умножение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Умножение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567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Переместительное и сочетательное свойство умножения рациональных чисел.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Коэффициент.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567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Переместительное и сочетательное свойство умножения рациональных чисел.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Коэффициент.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567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Переместительное и сочетательное свойство умножения рациональных чисел.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Коэффициент.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17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21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11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01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05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Деление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Деление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Деление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 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shd w:val="clear" w:color="auto" w:fill="DEEAF6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118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8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301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11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Раздел 5 Выражения с буквами (10 ч.)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с помощью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с помощью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с помощью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с помощью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с помощью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shd w:val="clear" w:color="auto" w:fill="DEEAF6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128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9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301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11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6. Наглядная геометрия.  Прямые на плоскости (6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ч.)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Перпендикулярные прямые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Перпендикулярные прямые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Перпендикулярные прямые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Параллельные прямые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Параллельные прямые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9923" w:type="dxa"/>
            <w:gridSpan w:val="5"/>
          </w:tcPr>
          <w:p w:rsidR="00F410CB" w:rsidRPr="007B1C5C" w:rsidRDefault="00F410CB" w:rsidP="008B1FCB">
            <w:pPr>
              <w:spacing w:before="11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Раздел 7. Наглядная геометрия.  Симметрия (4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ч.)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Осевая и центральная симметрии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Осевая и центральная симметрии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Построение симмет</w:t>
            </w: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Pr="007B1C5C">
              <w:rPr>
                <w:rFonts w:ascii="Times New Roman" w:hAnsi="Times New Roman"/>
                <w:color w:val="000000"/>
                <w:sz w:val="24"/>
              </w:rPr>
              <w:t>ичных фигур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</w:t>
            </w: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Осевая симметрия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301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11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8. Представление данных. Координатная плоскость (8 ч.)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Координатная плоскость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tcBorders>
              <w:top w:val="nil"/>
            </w:tcBorders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140</w:t>
            </w:r>
          </w:p>
        </w:tc>
        <w:tc>
          <w:tcPr>
            <w:tcW w:w="5103" w:type="dxa"/>
            <w:tcBorders>
              <w:top w:val="nil"/>
            </w:tcBorders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Координатная плоскость</w:t>
            </w:r>
          </w:p>
        </w:tc>
        <w:tc>
          <w:tcPr>
            <w:tcW w:w="1559" w:type="dxa"/>
            <w:tcBorders>
              <w:top w:val="nil"/>
            </w:tcBorders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Графики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Графики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60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Диаграммы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68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Диаграммы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567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shd w:val="clear" w:color="auto" w:fill="DEEAF6"/>
          </w:tcPr>
          <w:p w:rsidR="00F410CB" w:rsidRPr="00E93BA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146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 1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0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460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8"/>
              <w:ind w:left="141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3"/>
                <w:szCs w:val="23"/>
                <w:lang w:val="ru-RU"/>
              </w:rPr>
              <w:t>Раздел 9. Наглядная геометрия. Фигуры в пространстве. (7</w:t>
            </w:r>
            <w:r>
              <w:rPr>
                <w:rFonts w:ascii="Times New Roman" w:eastAsia="Times New Roman" w:hAnsi="Times New Roman" w:cs="Times New Roman"/>
                <w:b/>
                <w:iCs/>
                <w:sz w:val="23"/>
                <w:szCs w:val="23"/>
                <w:lang w:val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3"/>
                <w:szCs w:val="23"/>
                <w:lang w:val="ru-RU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iCs/>
                <w:sz w:val="23"/>
                <w:szCs w:val="23"/>
                <w:lang w:val="ru-RU"/>
              </w:rPr>
              <w:t>.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3"/>
                <w:szCs w:val="23"/>
                <w:lang w:val="ru-RU"/>
              </w:rPr>
              <w:t>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Цилиндр.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К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онус.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Ш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ар.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51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73"/>
        </w:trPr>
        <w:tc>
          <w:tcPr>
            <w:tcW w:w="9923" w:type="dxa"/>
            <w:gridSpan w:val="5"/>
            <w:shd w:val="clear" w:color="auto" w:fill="D9D9D9" w:themeFill="background1" w:themeFillShade="D9"/>
          </w:tcPr>
          <w:p w:rsidR="00F410CB" w:rsidRPr="00F410CB" w:rsidRDefault="00F410CB" w:rsidP="008B1FCB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  <w:lang w:val="ru-RU" w:bidi="ru-RU"/>
              </w:rPr>
            </w:pPr>
            <w:r w:rsidRPr="00F410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  <w:lang w:val="ru-RU" w:bidi="ru-RU"/>
              </w:rPr>
              <w:t>Раздел 10.</w:t>
            </w:r>
            <w:r w:rsidRPr="00F410CB">
              <w:rPr>
                <w:rFonts w:ascii="Times New Roman" w:hAnsi="Times New Roman"/>
                <w:b/>
                <w:bCs/>
                <w:color w:val="000000"/>
                <w:sz w:val="24"/>
                <w:highlight w:val="lightGray"/>
                <w:lang w:val="ru-RU"/>
              </w:rPr>
              <w:t xml:space="preserve"> Повторение, обобщение, систематизация</w:t>
            </w:r>
            <w:r w:rsidRPr="00F410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  <w:lang w:val="ru-RU" w:bidi="ru-RU"/>
              </w:rPr>
              <w:t xml:space="preserve"> (17 ч.)</w:t>
            </w: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Итоговая контрольная №11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167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Итоговый урок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170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Итоговый урок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</w:tbl>
    <w:p w:rsidR="00F410CB" w:rsidRDefault="00F410CB" w:rsidP="00F410CB">
      <w:pPr>
        <w:pStyle w:val="af0"/>
        <w:rPr>
          <w:rFonts w:ascii="Times New Roman" w:hAnsi="Times New Roman"/>
          <w:b w:val="0"/>
          <w:color w:val="000000"/>
          <w:sz w:val="28"/>
        </w:rPr>
      </w:pPr>
    </w:p>
    <w:p w:rsidR="00F410CB" w:rsidRDefault="00F410CB" w:rsidP="00F410CB">
      <w:pPr>
        <w:rPr>
          <w:rFonts w:ascii="Times New Roman" w:hAnsi="Times New Roman"/>
          <w:bCs/>
          <w:color w:val="000000"/>
          <w:sz w:val="28"/>
          <w:szCs w:val="18"/>
        </w:rPr>
      </w:pPr>
      <w:r>
        <w:rPr>
          <w:rFonts w:ascii="Times New Roman" w:hAnsi="Times New Roman"/>
          <w:b/>
          <w:color w:val="000000"/>
          <w:sz w:val="28"/>
        </w:rPr>
        <w:br w:type="page"/>
      </w:r>
    </w:p>
    <w:p w:rsidR="00F410CB" w:rsidRPr="00E02E20" w:rsidRDefault="00F410CB" w:rsidP="00F410CB">
      <w:pPr>
        <w:spacing w:after="0"/>
        <w:ind w:left="120"/>
        <w:rPr>
          <w:lang w:val="ru-RU"/>
        </w:rPr>
      </w:pPr>
      <w:r w:rsidRPr="00E02E20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F410CB" w:rsidRPr="00E02E20" w:rsidRDefault="00F410CB" w:rsidP="00F410CB">
      <w:pPr>
        <w:spacing w:after="0" w:line="480" w:lineRule="auto"/>
        <w:ind w:left="120"/>
        <w:rPr>
          <w:lang w:val="ru-RU"/>
        </w:rPr>
      </w:pPr>
      <w:r w:rsidRPr="00E02E20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F410CB" w:rsidRPr="000066E9" w:rsidRDefault="00F410CB" w:rsidP="00F410CB">
      <w:pPr>
        <w:pStyle w:val="af5"/>
        <w:numPr>
          <w:ilvl w:val="0"/>
          <w:numId w:val="16"/>
        </w:numPr>
        <w:spacing w:after="0" w:line="0" w:lineRule="atLeast"/>
        <w:jc w:val="both"/>
        <w:rPr>
          <w:rFonts w:ascii="Times New Roman" w:eastAsia="Times New Roman" w:hAnsi="Times New Roman" w:cs="Arial"/>
          <w:sz w:val="20"/>
          <w:szCs w:val="20"/>
          <w:lang w:val="ru-RU" w:eastAsia="ru-RU"/>
        </w:rPr>
      </w:pPr>
      <w:r w:rsidRPr="000066E9">
        <w:rPr>
          <w:rFonts w:ascii="Times New Roman" w:hAnsi="Times New Roman"/>
          <w:color w:val="000000"/>
          <w:sz w:val="28"/>
          <w:lang w:val="ru-RU"/>
        </w:rPr>
        <w:t>​‌‌​</w:t>
      </w: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</w:t>
      </w:r>
      <w:proofErr w:type="gramStart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Мерзляк</w:t>
      </w:r>
      <w:proofErr w:type="gramEnd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А.Г., Полонский В.Б., Якир М.С.; под редакцией Подольского В.Е., Математика, Общество с ограниченной ответственностью "Издательский центр ВЕНТАНА-ГРАФ"</w:t>
      </w:r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>, 2018-2020</w:t>
      </w: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; Акционерное общество "Издательство Просвещение"</w:t>
      </w:r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>, 2021</w:t>
      </w: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.</w:t>
      </w:r>
    </w:p>
    <w:p w:rsidR="00F410CB" w:rsidRPr="00E02E20" w:rsidRDefault="00F410CB" w:rsidP="00F410CB">
      <w:pPr>
        <w:spacing w:after="0" w:line="480" w:lineRule="auto"/>
        <w:ind w:left="120"/>
        <w:rPr>
          <w:lang w:val="ru-RU"/>
        </w:rPr>
      </w:pPr>
      <w:r w:rsidRPr="00E02E20">
        <w:rPr>
          <w:rFonts w:ascii="Times New Roman" w:hAnsi="Times New Roman"/>
          <w:color w:val="000000"/>
          <w:sz w:val="28"/>
          <w:lang w:val="ru-RU"/>
        </w:rPr>
        <w:t>‌‌​</w:t>
      </w:r>
    </w:p>
    <w:p w:rsidR="00F410CB" w:rsidRPr="00E02E20" w:rsidRDefault="00F410CB" w:rsidP="00F410CB">
      <w:pPr>
        <w:spacing w:after="0" w:line="480" w:lineRule="auto"/>
        <w:ind w:left="120"/>
        <w:rPr>
          <w:lang w:val="ru-RU"/>
        </w:rPr>
      </w:pPr>
      <w:r w:rsidRPr="00E02E2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410CB" w:rsidRPr="000066E9" w:rsidRDefault="00F410CB" w:rsidP="00F410CB">
      <w:pPr>
        <w:pStyle w:val="af5"/>
        <w:numPr>
          <w:ilvl w:val="0"/>
          <w:numId w:val="17"/>
        </w:numPr>
        <w:spacing w:after="0" w:line="0" w:lineRule="atLeast"/>
        <w:jc w:val="both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  <w:r w:rsidRPr="000066E9">
        <w:rPr>
          <w:rFonts w:ascii="Times New Roman" w:hAnsi="Times New Roman"/>
          <w:color w:val="000000"/>
          <w:sz w:val="28"/>
          <w:lang w:val="ru-RU"/>
        </w:rPr>
        <w:t>​‌‌​</w:t>
      </w: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Математика: 6 класс: дидактические материалы: пособие для учащихся общеобразовательных организаций / А.Г. </w:t>
      </w:r>
      <w:proofErr w:type="gramStart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Мерзляк</w:t>
      </w:r>
      <w:proofErr w:type="gramEnd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, В.Б. Полонский, Е.М. Рабинович, М.С. Якир. — М.: Вентана-Граф, 2018. </w:t>
      </w:r>
    </w:p>
    <w:p w:rsidR="00F410CB" w:rsidRDefault="00F410CB" w:rsidP="00F410CB">
      <w:pPr>
        <w:pStyle w:val="af5"/>
        <w:numPr>
          <w:ilvl w:val="0"/>
          <w:numId w:val="17"/>
        </w:numPr>
        <w:spacing w:after="0" w:line="0" w:lineRule="atLeast"/>
        <w:jc w:val="both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Математика: 6 класс: методическое пособие / А.Г. </w:t>
      </w:r>
      <w:proofErr w:type="gramStart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Мерзляк</w:t>
      </w:r>
      <w:proofErr w:type="gramEnd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, В.Б. Полонский, М.С. Якир. — М.: Вентана-Граф, 2018.</w:t>
      </w:r>
    </w:p>
    <w:p w:rsidR="00F410CB" w:rsidRPr="000066E9" w:rsidRDefault="00F410CB" w:rsidP="00F410CB">
      <w:pPr>
        <w:pStyle w:val="af5"/>
        <w:numPr>
          <w:ilvl w:val="0"/>
          <w:numId w:val="17"/>
        </w:numPr>
        <w:spacing w:after="0" w:line="0" w:lineRule="atLeast"/>
        <w:jc w:val="both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>Рабочая тетрадь по математике. В двух частях.6 класс</w:t>
      </w:r>
      <w:proofErr w:type="gramStart"/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:</w:t>
      </w:r>
      <w:proofErr w:type="gramEnd"/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к учебнику Виленкина и др. «Математика. 6 класс» / Т.М. Ерина – 26-е изд., перераб. и доп. – М: Издательство «Экзамен», 2024</w:t>
      </w:r>
    </w:p>
    <w:p w:rsidR="00F410CB" w:rsidRPr="00E02E20" w:rsidRDefault="00F410CB" w:rsidP="00F410CB">
      <w:pPr>
        <w:spacing w:after="0" w:line="480" w:lineRule="auto"/>
        <w:ind w:left="120"/>
        <w:rPr>
          <w:lang w:val="ru-RU"/>
        </w:rPr>
      </w:pPr>
    </w:p>
    <w:p w:rsidR="00F410CB" w:rsidRPr="00E02E20" w:rsidRDefault="00F410CB" w:rsidP="00F410CB">
      <w:pPr>
        <w:spacing w:after="0"/>
        <w:ind w:left="120"/>
        <w:rPr>
          <w:lang w:val="ru-RU"/>
        </w:rPr>
      </w:pPr>
    </w:p>
    <w:p w:rsidR="00F410CB" w:rsidRPr="000066E9" w:rsidRDefault="00F410CB" w:rsidP="00F410CB">
      <w:pPr>
        <w:spacing w:after="0" w:line="480" w:lineRule="auto"/>
        <w:ind w:left="120"/>
        <w:rPr>
          <w:lang w:val="ru-RU"/>
        </w:rPr>
      </w:pPr>
      <w:r w:rsidRPr="00EF024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</w:t>
      </w:r>
    </w:p>
    <w:p w:rsidR="00F410CB" w:rsidRDefault="00D31AF3" w:rsidP="00F410CB">
      <w:pPr>
        <w:spacing w:after="0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  <w:hyperlink r:id="rId73" w:history="1">
        <w:r w:rsidR="00F410CB" w:rsidRPr="00A51FA2">
          <w:rPr>
            <w:rStyle w:val="ae"/>
            <w:rFonts w:ascii="Times New Roman" w:eastAsia="Times New Roman" w:hAnsi="Times New Roman" w:cs="Arial"/>
            <w:sz w:val="24"/>
            <w:szCs w:val="20"/>
            <w:lang w:val="ru-RU" w:eastAsia="ru-RU"/>
          </w:rPr>
          <w:t>https://resh.edu.ru/subject/12/6/</w:t>
        </w:r>
      </w:hyperlink>
    </w:p>
    <w:p w:rsidR="00F410CB" w:rsidRDefault="00F410CB" w:rsidP="00F410CB">
      <w:pPr>
        <w:spacing w:after="0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</w:p>
    <w:p w:rsidR="00F410CB" w:rsidRDefault="00D31AF3" w:rsidP="00F410CB">
      <w:pPr>
        <w:spacing w:after="0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  <w:hyperlink r:id="rId74" w:history="1">
        <w:r w:rsidR="00F410CB" w:rsidRPr="00A51FA2">
          <w:rPr>
            <w:rStyle w:val="ae"/>
            <w:rFonts w:ascii="Times New Roman" w:eastAsia="Times New Roman" w:hAnsi="Times New Roman" w:cs="Arial"/>
            <w:sz w:val="24"/>
            <w:szCs w:val="20"/>
            <w:lang w:val="ru-RU" w:eastAsia="ru-RU"/>
          </w:rPr>
          <w:t>https://lesson.academy-content.myschool.edu.ru/02.1/06</w:t>
        </w:r>
      </w:hyperlink>
    </w:p>
    <w:p w:rsidR="00F410CB" w:rsidRPr="0012640B" w:rsidRDefault="00F410CB" w:rsidP="00F410CB">
      <w:pPr>
        <w:pStyle w:val="af0"/>
        <w:rPr>
          <w:rFonts w:ascii="Times New Roman" w:hAnsi="Times New Roman"/>
          <w:b w:val="0"/>
          <w:color w:val="000000"/>
          <w:sz w:val="28"/>
          <w:lang w:val="ru-RU"/>
        </w:rPr>
      </w:pPr>
    </w:p>
    <w:p w:rsidR="00F410CB" w:rsidRDefault="00F410CB" w:rsidP="00F410CB">
      <w:pPr>
        <w:rPr>
          <w:lang w:val="ru-RU"/>
        </w:rPr>
      </w:pPr>
      <w:r>
        <w:rPr>
          <w:lang w:val="ru-RU"/>
        </w:rPr>
        <w:br w:type="page"/>
      </w:r>
    </w:p>
    <w:p w:rsidR="00F410CB" w:rsidRPr="000066E9" w:rsidRDefault="00F410CB" w:rsidP="00F410CB">
      <w:pPr>
        <w:spacing w:line="240" w:lineRule="auto"/>
        <w:ind w:right="-1"/>
        <w:contextualSpacing/>
        <w:jc w:val="right"/>
        <w:rPr>
          <w:rFonts w:ascii="Times New Roman" w:eastAsiaTheme="minorEastAsia" w:hAnsi="Times New Roman"/>
          <w:bCs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bCs/>
          <w:sz w:val="24"/>
          <w:szCs w:val="24"/>
          <w:lang w:val="ru-RU"/>
        </w:rPr>
        <w:lastRenderedPageBreak/>
        <w:t>ПРИЛОЖЕНИЕ №</w:t>
      </w:r>
      <w:r w:rsidRPr="000066E9">
        <w:rPr>
          <w:rFonts w:ascii="Times New Roman" w:eastAsiaTheme="minorEastAsia" w:hAnsi="Times New Roman"/>
          <w:bCs/>
          <w:sz w:val="24"/>
          <w:szCs w:val="24"/>
          <w:u w:val="single"/>
          <w:lang w:val="ru-RU"/>
        </w:rPr>
        <w:tab/>
      </w:r>
      <w:r>
        <w:rPr>
          <w:rFonts w:ascii="Times New Roman" w:eastAsiaTheme="minorEastAsia" w:hAnsi="Times New Roman"/>
          <w:bCs/>
          <w:sz w:val="24"/>
          <w:szCs w:val="24"/>
          <w:u w:val="single"/>
          <w:lang w:val="ru-RU"/>
        </w:rPr>
        <w:t xml:space="preserve"> ____</w:t>
      </w:r>
    </w:p>
    <w:p w:rsidR="00F410CB" w:rsidRPr="000066E9" w:rsidRDefault="00F410CB" w:rsidP="00F410CB">
      <w:pPr>
        <w:spacing w:line="240" w:lineRule="auto"/>
        <w:contextualSpacing/>
        <w:rPr>
          <w:rFonts w:ascii="Times New Roman" w:eastAsiaTheme="minorEastAsia" w:hAnsi="Times New Roman"/>
          <w:bCs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Cs/>
          <w:sz w:val="24"/>
          <w:szCs w:val="24"/>
          <w:lang w:val="ru-RU"/>
        </w:rPr>
        <w:t xml:space="preserve">Учитель математики: </w:t>
      </w:r>
      <w:r w:rsidR="00EA25A3">
        <w:rPr>
          <w:rFonts w:ascii="Times New Roman" w:eastAsiaTheme="minorEastAsia" w:hAnsi="Times New Roman"/>
          <w:bCs/>
          <w:sz w:val="24"/>
          <w:szCs w:val="24"/>
          <w:lang w:val="ru-RU"/>
        </w:rPr>
        <w:t>Портареску Е.А</w:t>
      </w:r>
      <w:r>
        <w:rPr>
          <w:rFonts w:ascii="Times New Roman" w:eastAsiaTheme="minorEastAsia" w:hAnsi="Times New Roman"/>
          <w:bCs/>
          <w:sz w:val="24"/>
          <w:szCs w:val="24"/>
          <w:lang w:val="ru-RU"/>
        </w:rPr>
        <w:t>.</w:t>
      </w:r>
    </w:p>
    <w:p w:rsidR="00F410CB" w:rsidRPr="000066E9" w:rsidRDefault="00F410CB" w:rsidP="00F410CB">
      <w:pPr>
        <w:spacing w:line="240" w:lineRule="auto"/>
        <w:contextualSpacing/>
        <w:rPr>
          <w:rFonts w:ascii="Times New Roman" w:eastAsiaTheme="minorEastAsia" w:hAnsi="Times New Roman"/>
          <w:bCs/>
          <w:sz w:val="24"/>
          <w:szCs w:val="24"/>
          <w:u w:val="single"/>
          <w:lang w:val="ru-RU"/>
        </w:rPr>
      </w:pPr>
    </w:p>
    <w:p w:rsidR="00F410CB" w:rsidRPr="000066E9" w:rsidRDefault="00F410CB" w:rsidP="00F410CB">
      <w:pPr>
        <w:spacing w:line="240" w:lineRule="auto"/>
        <w:contextualSpacing/>
        <w:jc w:val="center"/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lang w:val="ru-RU"/>
        </w:rPr>
        <w:t>ОЦЕНОЧНЫЕ ПРОЦЕДУРЫ</w:t>
      </w:r>
    </w:p>
    <w:p w:rsidR="00F410CB" w:rsidRPr="000066E9" w:rsidRDefault="00F410CB" w:rsidP="00F410CB">
      <w:pPr>
        <w:spacing w:line="240" w:lineRule="auto"/>
        <w:contextualSpacing/>
        <w:jc w:val="center"/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u w:val="single"/>
          <w:lang w:val="ru-RU"/>
        </w:rPr>
      </w:pPr>
      <w:r w:rsidRPr="000066E9"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lang w:val="ru-RU"/>
        </w:rPr>
        <w:t xml:space="preserve">по предмету </w:t>
      </w:r>
      <w:r w:rsidRPr="000066E9"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u w:val="single"/>
          <w:lang w:val="ru-RU"/>
        </w:rPr>
        <w:t>МАТЕМАТИКА, 6 «</w:t>
      </w:r>
      <w:r w:rsidR="00EA25A3"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u w:val="single"/>
          <w:lang w:val="ru-RU"/>
        </w:rPr>
        <w:t>Г</w:t>
      </w:r>
      <w:r w:rsidRPr="000066E9"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u w:val="single"/>
          <w:lang w:val="ru-RU"/>
        </w:rPr>
        <w:t>» класс</w:t>
      </w:r>
    </w:p>
    <w:p w:rsidR="00F410CB" w:rsidRPr="000066E9" w:rsidRDefault="00F410CB" w:rsidP="00F410CB">
      <w:pPr>
        <w:spacing w:line="240" w:lineRule="auto"/>
        <w:contextualSpacing/>
        <w:jc w:val="center"/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lang w:val="ru-RU"/>
        </w:rPr>
      </w:pPr>
    </w:p>
    <w:tbl>
      <w:tblPr>
        <w:tblStyle w:val="16"/>
        <w:tblW w:w="10031" w:type="dxa"/>
        <w:tblLook w:val="04A0"/>
      </w:tblPr>
      <w:tblGrid>
        <w:gridCol w:w="1413"/>
        <w:gridCol w:w="2835"/>
        <w:gridCol w:w="5783"/>
      </w:tblGrid>
      <w:tr w:rsidR="00F410CB" w:rsidRPr="00743864" w:rsidTr="008B1FCB">
        <w:tc>
          <w:tcPr>
            <w:tcW w:w="10031" w:type="dxa"/>
            <w:gridSpan w:val="3"/>
          </w:tcPr>
          <w:p w:rsidR="00F410CB" w:rsidRPr="000066E9" w:rsidRDefault="00F410CB" w:rsidP="008B1FCB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График проведения для 6 «</w:t>
            </w:r>
            <w:r w:rsidR="00EA25A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Г</w:t>
            </w:r>
            <w:r w:rsidRPr="000066E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» класса</w:t>
            </w:r>
          </w:p>
        </w:tc>
      </w:tr>
      <w:tr w:rsidR="00F410CB" w:rsidRPr="000066E9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Вид оценочной работы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работы</w:t>
            </w:r>
          </w:p>
        </w:tc>
      </w:tr>
      <w:tr w:rsidR="00F410CB" w:rsidRPr="000066E9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01/10/2023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№1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C6CC5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Натуральные числа</w:t>
            </w:r>
          </w:p>
        </w:tc>
      </w:tr>
      <w:tr w:rsidR="00F410CB" w:rsidRPr="00743864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25/10/2023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№2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Сравнение, сложение и вычитание дробей</w:t>
            </w:r>
          </w:p>
        </w:tc>
      </w:tr>
      <w:tr w:rsidR="00F410CB" w:rsidRPr="000066E9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16/11/2023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№3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</w:rPr>
              <w:t>Умножение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и</w:t>
            </w:r>
            <w:r w:rsidRPr="000066E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</w:t>
            </w:r>
            <w:r w:rsidRPr="000066E9">
              <w:rPr>
                <w:rFonts w:ascii="Times New Roman" w:hAnsi="Times New Roman"/>
                <w:bCs/>
                <w:sz w:val="24"/>
                <w:szCs w:val="24"/>
              </w:rPr>
              <w:t xml:space="preserve">еление дробей </w:t>
            </w:r>
          </w:p>
        </w:tc>
      </w:tr>
      <w:tr w:rsidR="00F410CB" w:rsidRPr="00743864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13/12/2023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Отношения и пропорции. Процентное отношение двух чисел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Прямая и обратная пропорциональные зависимости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</w:tc>
      </w:tr>
      <w:tr w:rsidR="00F410CB" w:rsidRPr="000066E9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27/12/2023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0B91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Фигуры на плоскости</w:t>
            </w:r>
          </w:p>
        </w:tc>
      </w:tr>
      <w:tr w:rsidR="00F410CB" w:rsidRPr="00743864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25/01/2024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Рациональные числа. Сравнение рациональных чисел</w:t>
            </w:r>
          </w:p>
        </w:tc>
      </w:tr>
      <w:tr w:rsidR="00F410CB" w:rsidRPr="00743864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12/02/2024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Сложение и вычитание рациональных чисел</w:t>
            </w:r>
          </w:p>
        </w:tc>
      </w:tr>
      <w:tr w:rsidR="00F410CB" w:rsidRPr="00743864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13/03/2024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Умножение и деление рациональных чисел</w:t>
            </w:r>
          </w:p>
        </w:tc>
      </w:tr>
      <w:tr w:rsidR="00F410CB" w:rsidRPr="00743864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27/03/2024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Решение уравнений и решение задач с помощью уравнений</w:t>
            </w:r>
          </w:p>
        </w:tc>
      </w:tr>
      <w:tr w:rsidR="00F410CB" w:rsidRPr="000066E9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29/04/2024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Перпендикулярные и параллельные прямые. Осевая и центральная симметрии. </w:t>
            </w:r>
            <w:r w:rsidRPr="000066E9">
              <w:rPr>
                <w:rFonts w:ascii="Times New Roman" w:hAnsi="Times New Roman"/>
                <w:bCs/>
                <w:sz w:val="24"/>
                <w:szCs w:val="24"/>
              </w:rPr>
              <w:t>Координатная плоскость. Графики</w:t>
            </w:r>
          </w:p>
        </w:tc>
      </w:tr>
      <w:tr w:rsidR="00F410CB" w:rsidRPr="00743864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16/05/2024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Повторение и систематизация знаний учащихся</w:t>
            </w:r>
          </w:p>
        </w:tc>
      </w:tr>
    </w:tbl>
    <w:p w:rsidR="00F410CB" w:rsidRPr="000066E9" w:rsidRDefault="00F410CB" w:rsidP="00F410CB">
      <w:pPr>
        <w:spacing w:line="240" w:lineRule="auto"/>
        <w:ind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EA25A3">
      <w:pPr>
        <w:spacing w:line="240" w:lineRule="auto"/>
        <w:ind w:right="119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заданий.</w:t>
      </w:r>
    </w:p>
    <w:p w:rsidR="00F410CB" w:rsidRPr="000066E9" w:rsidRDefault="00F410CB" w:rsidP="00EA25A3">
      <w:pPr>
        <w:spacing w:line="240" w:lineRule="auto"/>
        <w:ind w:right="119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 xml:space="preserve">Основой науки математика являются вычисления и построение логических рассуждений на базе знания закономерностей и взаимосвязей между объектами и величинами. </w:t>
      </w:r>
    </w:p>
    <w:p w:rsidR="00F410CB" w:rsidRPr="000066E9" w:rsidRDefault="00F410CB" w:rsidP="00EA25A3">
      <w:pPr>
        <w:spacing w:line="240" w:lineRule="auto"/>
        <w:ind w:right="119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Для проверки теоретических знаний проводятся теоретические опросы/тесты, которые оцениваются с выставлением отметки «5», «4», «3», «2» или по принципу «зачет/незачет».</w:t>
      </w:r>
    </w:p>
    <w:p w:rsidR="00F410CB" w:rsidRPr="000066E9" w:rsidRDefault="00F410CB" w:rsidP="00EA25A3">
      <w:pPr>
        <w:spacing w:line="240" w:lineRule="auto"/>
        <w:ind w:right="119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 xml:space="preserve">Для проверки практических и вычислительных навыков проводятся кратковременные практические (самостоятельные) работы продолжительностью не более 15-20 минут, которые также оцениваются с выставлением отметки «5», «4», «3», «2» или по принципу «зачет/незачет». </w:t>
      </w:r>
    </w:p>
    <w:p w:rsidR="00F410CB" w:rsidRPr="000066E9" w:rsidRDefault="00F410CB" w:rsidP="00EA25A3">
      <w:pPr>
        <w:spacing w:line="240" w:lineRule="auto"/>
        <w:ind w:right="119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Проведение контрольных работ позволяет связать теоретический материал, изучаемый на уроках математики, с практическим использованием этих знаний. 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заданий.</w:t>
      </w:r>
    </w:p>
    <w:p w:rsidR="00F410CB" w:rsidRPr="000066E9" w:rsidRDefault="00F410CB" w:rsidP="00EA25A3">
      <w:pPr>
        <w:spacing w:line="240" w:lineRule="auto"/>
        <w:ind w:right="119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EA25A3">
      <w:pPr>
        <w:spacing w:line="240" w:lineRule="auto"/>
        <w:ind w:right="119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В результате аттестации по учебному предмету «Математика» осуществляется комплексная проверка следующих умений и знаний, а также динамика формирования общих компетенций.</w:t>
      </w:r>
    </w:p>
    <w:p w:rsidR="00F410CB" w:rsidRDefault="00F410CB" w:rsidP="00EA25A3">
      <w:pPr>
        <w:spacing w:line="240" w:lineRule="auto"/>
        <w:ind w:right="119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№1.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«</w:t>
      </w:r>
      <w:r w:rsidRPr="00F01872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Натуральные числа</w:t>
      </w:r>
      <w:r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</w:t>
      </w:r>
      <w:r w:rsidRPr="001244D1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Среднее арифметическое</w:t>
      </w:r>
    </w:p>
    <w:p w:rsidR="00F410CB" w:rsidRPr="00FA6AB8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</w:t>
      </w:r>
      <w:r w:rsidRPr="001244D1">
        <w:rPr>
          <w:rFonts w:ascii="Times New Roman" w:hAnsi="Times New Roman"/>
          <w:sz w:val="24"/>
          <w:lang w:val="ru-RU"/>
        </w:rPr>
        <w:t xml:space="preserve"> Понятие процента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>3</w:t>
      </w:r>
      <w:r>
        <w:rPr>
          <w:lang w:val="ru-RU"/>
        </w:rPr>
        <w:t xml:space="preserve">. </w:t>
      </w:r>
      <w:r w:rsidRPr="00F01872">
        <w:rPr>
          <w:rFonts w:ascii="Times New Roman" w:eastAsiaTheme="minorEastAsia" w:hAnsi="Times New Roman"/>
          <w:sz w:val="24"/>
          <w:szCs w:val="24"/>
          <w:lang w:val="ru-RU"/>
        </w:rPr>
        <w:t>Делители и кратные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4. Простые и составные числа.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lastRenderedPageBreak/>
        <w:t>5. Наибольший общий делитель.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6. Наименьшее общее кратное.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iCs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№2.</w:t>
      </w:r>
      <w:r w:rsidRPr="000066E9">
        <w:rPr>
          <w:rFonts w:ascii="Times New Roman" w:eastAsiaTheme="minorEastAsia" w:hAnsi="Times New Roman"/>
          <w:b/>
          <w:iCs/>
          <w:sz w:val="24"/>
          <w:szCs w:val="24"/>
          <w:lang w:val="ru-RU"/>
        </w:rPr>
        <w:t xml:space="preserve"> «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Сравнение, сложение и вычитание дробей</w:t>
      </w:r>
      <w:r w:rsidRPr="000066E9">
        <w:rPr>
          <w:rFonts w:ascii="Times New Roman" w:eastAsiaTheme="minorEastAsia" w:hAnsi="Times New Roman"/>
          <w:b/>
          <w:iCs/>
          <w:sz w:val="24"/>
          <w:szCs w:val="24"/>
          <w:lang w:val="ru-RU"/>
        </w:rPr>
        <w:t>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Основное свойство дроби.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Сокращение дробей.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Приведение дробей к общему знаменателю. Сравнение дробей.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4. Сложение и вычитание дробей с разными знаменателями.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iCs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 xml:space="preserve">Контрольная работа №3. «Умножение 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и д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еление дробей»</w:t>
      </w:r>
    </w:p>
    <w:p w:rsidR="00F410CB" w:rsidRPr="000066E9" w:rsidRDefault="00F410CB" w:rsidP="00F410CB">
      <w:pPr>
        <w:spacing w:line="240" w:lineRule="auto"/>
        <w:ind w:right="284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1.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Умножение дробей.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2.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Нахождение дроби от числа.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3.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Взаимно обратные числа.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4.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Деление дробей.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5.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Нахождение числа по заданному значению его дроби.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6.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Абсолютная и относительная погрешности.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7.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Преобразование обыкновенной дроби в десятичную.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8.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Бесконечные периодические десятичные дроби.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9.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Десятичное приближение обыкновенной дроби.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6C7B2A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4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 «Отношения и пропорции. Процентное отношение двух чисел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.</w:t>
      </w:r>
      <w:r w:rsidRPr="00F01872">
        <w:rPr>
          <w:rFonts w:ascii="Times New Roman" w:eastAsiaTheme="minorEastAsia" w:hAnsi="Times New Roman"/>
          <w:b/>
          <w:sz w:val="24"/>
          <w:szCs w:val="24"/>
          <w:lang w:val="ru-RU"/>
        </w:rPr>
        <w:t xml:space="preserve"> 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Прямая и обратная пропорциональные зависимости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Отношения.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Пропорции.</w:t>
      </w:r>
    </w:p>
    <w:p w:rsidR="00F410CB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Процентное отношение двух чисел.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>4.</w:t>
      </w:r>
      <w:r w:rsidRPr="00F01872">
        <w:rPr>
          <w:rFonts w:ascii="Times New Roman" w:eastAsiaTheme="minorEastAsia" w:hAnsi="Times New Roman"/>
          <w:sz w:val="24"/>
          <w:szCs w:val="24"/>
          <w:lang w:val="ru-RU"/>
        </w:rPr>
        <w:t xml:space="preserve"> 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Прямая и обратная пропорциональные зависимости.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>5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. Деление числа в данном отношении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5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 xml:space="preserve">. 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«Фигуры на плоскости»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</w:t>
      </w:r>
      <w:r>
        <w:rPr>
          <w:rFonts w:ascii="Times New Roman" w:eastAsiaTheme="minorEastAsia" w:hAnsi="Times New Roman"/>
          <w:sz w:val="24"/>
          <w:szCs w:val="24"/>
          <w:lang w:val="ru-RU"/>
        </w:rPr>
        <w:t>.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 xml:space="preserve"> Окружность и круг.</w:t>
      </w:r>
    </w:p>
    <w:p w:rsidR="00F410CB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>2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 xml:space="preserve">. Длина окружности. </w:t>
      </w:r>
    </w:p>
    <w:p w:rsidR="00F410CB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3. 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Площадь круга</w:t>
      </w:r>
    </w:p>
    <w:p w:rsidR="00F410CB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>4. Построение треугольников по сторонам и углам</w:t>
      </w:r>
    </w:p>
    <w:p w:rsidR="00F410CB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-1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6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 xml:space="preserve"> «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Рациональные числа. Сравнение рациональных чисел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Положительные и отрицательные числа.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Координатная прямая.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Координатная прямая.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4. Модуль числа.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5. Сравнение чисел.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7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 xml:space="preserve"> «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Сложение и вычитание рациональных чисел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Сложение рациональных чисел.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Свойства сложения рациональных чисел.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Вычитание рациональных чисел.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8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 xml:space="preserve"> «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Умножение и деление рациональных чисел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Умножение рациональных чисел.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Переместительное и сочетательное свойства умножения рациональных чисел. Коэффициент.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Распределительное свойство умножения.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4. Деление рациональных чисел.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9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 xml:space="preserve"> «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Решение уравнений и решение задач с помощью уравнений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Решение уравнений.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Решение задач с помощью уравнений.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№1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0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 «Перпендикулярные и параллельные прямые. Осевая и центральная симметрии. Координатная плоскость. Графики»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Перпендикулярные прямые.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Осевая и центральная симметрии.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Параллельные прямые.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4. Координатная плоскость.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5. Графики.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№1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1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 «Обобщение и систематизация знаний учащихся»»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Сложение, вычитание, умножение, деление дробей.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Нахождение дроби от числа. Нахождение числа по заданному значению его дроби.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Координатная плоскость. Перпендикулярные и параллельные прямые.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4. Решение задач с помощью уравнений.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5. Решение уравнений.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142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Система оценки достижений - один из инструментов реализации требований стандарта. Контроль знаний, проводимый в процессе обучения, призван соотнести достижения обучающегося с планируемыми результатами, заложенными в образовательную программу.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ab/>
      </w:r>
    </w:p>
    <w:tbl>
      <w:tblPr>
        <w:tblStyle w:val="16"/>
        <w:tblW w:w="0" w:type="auto"/>
        <w:tblInd w:w="306" w:type="dxa"/>
        <w:tblLook w:val="04A0"/>
      </w:tblPr>
      <w:tblGrid>
        <w:gridCol w:w="1129"/>
        <w:gridCol w:w="8596"/>
      </w:tblGrid>
      <w:tr w:rsidR="00F410CB" w:rsidRPr="000066E9" w:rsidTr="008B1FCB">
        <w:tc>
          <w:tcPr>
            <w:tcW w:w="1129" w:type="dxa"/>
          </w:tcPr>
          <w:p w:rsidR="00F410CB" w:rsidRPr="000066E9" w:rsidRDefault="00F410CB" w:rsidP="008B1FCB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596" w:type="dxa"/>
          </w:tcPr>
          <w:p w:rsidR="00F410CB" w:rsidRPr="000066E9" w:rsidRDefault="00F410CB" w:rsidP="008B1FCB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оценки результатов</w:t>
            </w:r>
          </w:p>
        </w:tc>
      </w:tr>
      <w:tr w:rsidR="00F410CB" w:rsidRPr="00743864" w:rsidTr="008B1FCB">
        <w:tc>
          <w:tcPr>
            <w:tcW w:w="1129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8596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работа выполнена полностью; в логических рассуждениях и обосновании решения нет пробелов и ошибок; 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      </w:r>
          </w:p>
        </w:tc>
      </w:tr>
      <w:tr w:rsidR="00F410CB" w:rsidRPr="00743864" w:rsidTr="008B1FCB">
        <w:tc>
          <w:tcPr>
            <w:tcW w:w="1129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8596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 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</w:t>
            </w:r>
          </w:p>
        </w:tc>
      </w:tr>
      <w:tr w:rsidR="00F410CB" w:rsidRPr="00743864" w:rsidTr="008B1FCB">
        <w:tc>
          <w:tcPr>
            <w:tcW w:w="1129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8596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допущено более одной ошибки или более двух – трех недочетов в выкладках, чертежах или графиках, но учащийся обладает обязательными умениями по проверяемой теме.</w:t>
            </w:r>
          </w:p>
        </w:tc>
      </w:tr>
      <w:tr w:rsidR="00F410CB" w:rsidRPr="00743864" w:rsidTr="008B1FCB">
        <w:tc>
          <w:tcPr>
            <w:tcW w:w="1129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8596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допущены существенные ошибки, показавшие, что учащийся не обладает </w:t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lastRenderedPageBreak/>
              <w:t>обязательными умениями по данной теме в полной мере; полное незнание изученного материала, отсутствия элементарных умений и навыков.</w:t>
            </w:r>
          </w:p>
        </w:tc>
      </w:tr>
    </w:tbl>
    <w:p w:rsidR="00F410CB" w:rsidRPr="000066E9" w:rsidRDefault="00F410CB" w:rsidP="00F410C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F410CB" w:rsidRPr="000066E9" w:rsidRDefault="00F410CB" w:rsidP="00F410C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066E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Оценка за контроль ключевых компетенций обучающихся производится по пятибалльной системе. </w:t>
      </w:r>
      <w:r w:rsidRPr="000066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выполнении заданий ставится отметка, учитывая процент выполненных заданий:</w:t>
      </w:r>
    </w:p>
    <w:p w:rsidR="00F410CB" w:rsidRPr="000066E9" w:rsidRDefault="00F410CB" w:rsidP="00F410CB">
      <w:pPr>
        <w:spacing w:line="240" w:lineRule="auto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</w:p>
    <w:tbl>
      <w:tblPr>
        <w:tblStyle w:val="16"/>
        <w:tblW w:w="0" w:type="auto"/>
        <w:tblLook w:val="04A0"/>
      </w:tblPr>
      <w:tblGrid>
        <w:gridCol w:w="1205"/>
        <w:gridCol w:w="3043"/>
        <w:gridCol w:w="5783"/>
      </w:tblGrid>
      <w:tr w:rsidR="00F410CB" w:rsidRPr="00743864" w:rsidTr="008B1FCB">
        <w:tc>
          <w:tcPr>
            <w:tcW w:w="120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826" w:type="dxa"/>
            <w:gridSpan w:val="2"/>
          </w:tcPr>
          <w:p w:rsidR="00F410CB" w:rsidRPr="000066E9" w:rsidRDefault="00F410CB" w:rsidP="008B1FCB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Критерии оценки результатов работ, состоящих из заданий обязательного уровня и дополнительных заданий</w:t>
            </w:r>
          </w:p>
        </w:tc>
      </w:tr>
      <w:tr w:rsidR="00F410CB" w:rsidRPr="00743864" w:rsidTr="008B1FCB">
        <w:tc>
          <w:tcPr>
            <w:tcW w:w="120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304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не менее 85% от всей работы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выставляется за ответ, в котором обучающийся демонстрирует глубокое понимание сущности материала, логично его излагает, используя в деятельности</w:t>
            </w:r>
          </w:p>
        </w:tc>
      </w:tr>
      <w:tr w:rsidR="00F410CB" w:rsidRPr="00743864" w:rsidTr="008B1FCB">
        <w:tc>
          <w:tcPr>
            <w:tcW w:w="120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04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от 70% до 84% от всей работы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ставится за ответ, в котором содержатся небольшие неточности и незначительные ошибки</w:t>
            </w:r>
          </w:p>
        </w:tc>
      </w:tr>
      <w:tr w:rsidR="00F410CB" w:rsidRPr="00743864" w:rsidTr="008B1FCB">
        <w:tc>
          <w:tcPr>
            <w:tcW w:w="120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04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от 50% до 69% от всей работы, или все задания обязательного уровня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получают за ответ, в котором отсутствует логическая последовательность, имеются пробелы в знании материала, нет должной аргументации и умения использовать знания на практике</w:t>
            </w:r>
          </w:p>
        </w:tc>
      </w:tr>
      <w:tr w:rsidR="00F410CB" w:rsidRPr="00743864" w:rsidTr="008B1FCB">
        <w:tc>
          <w:tcPr>
            <w:tcW w:w="120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304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выполнение заданий менее 50% от общей работы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keepNext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выставляется за непонимание и незнание материала программы</w:t>
            </w:r>
          </w:p>
        </w:tc>
      </w:tr>
    </w:tbl>
    <w:p w:rsidR="00F410CB" w:rsidRPr="000066E9" w:rsidRDefault="00F410CB" w:rsidP="00F410CB">
      <w:pPr>
        <w:spacing w:line="240" w:lineRule="auto"/>
        <w:contextualSpacing/>
        <w:jc w:val="both"/>
        <w:rPr>
          <w:rFonts w:ascii="Times New Roman" w:eastAsiaTheme="minorEastAsia" w:hAnsi="Times New Roman"/>
          <w:b/>
          <w:color w:val="000000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contextualSpacing/>
        <w:jc w:val="center"/>
        <w:rPr>
          <w:rFonts w:ascii="Times New Roman" w:eastAsiaTheme="minorEastAsia" w:hAnsi="Times New Roman"/>
          <w:b/>
          <w:color w:val="000000"/>
          <w:sz w:val="24"/>
          <w:szCs w:val="24"/>
        </w:rPr>
      </w:pPr>
      <w:r w:rsidRPr="000066E9">
        <w:rPr>
          <w:rFonts w:ascii="Times New Roman" w:eastAsiaTheme="minorEastAsia" w:hAnsi="Times New Roman"/>
          <w:b/>
          <w:color w:val="000000"/>
          <w:sz w:val="24"/>
          <w:szCs w:val="24"/>
        </w:rPr>
        <w:t>Об</w:t>
      </w:r>
      <w:r w:rsidRPr="000066E9">
        <w:rPr>
          <w:rFonts w:ascii="Times New Roman" w:eastAsiaTheme="minorEastAsia" w:hAnsi="Times New Roman"/>
          <w:b/>
          <w:color w:val="000000"/>
          <w:sz w:val="24"/>
          <w:szCs w:val="24"/>
          <w:lang w:val="ru-RU"/>
        </w:rPr>
        <w:t>щ</w:t>
      </w:r>
      <w:r w:rsidRPr="000066E9">
        <w:rPr>
          <w:rFonts w:ascii="Times New Roman" w:eastAsiaTheme="minorEastAsia" w:hAnsi="Times New Roman"/>
          <w:b/>
          <w:color w:val="000000"/>
          <w:sz w:val="24"/>
          <w:szCs w:val="24"/>
        </w:rPr>
        <w:t>ая классификация ошибок.</w:t>
      </w:r>
    </w:p>
    <w:p w:rsidR="00F410CB" w:rsidRPr="000066E9" w:rsidRDefault="00F410CB" w:rsidP="00F410CB">
      <w:pPr>
        <w:spacing w:line="240" w:lineRule="auto"/>
        <w:contextualSpacing/>
        <w:jc w:val="center"/>
        <w:rPr>
          <w:rFonts w:ascii="Times New Roman" w:eastAsiaTheme="minorEastAsia" w:hAnsi="Times New Roman"/>
          <w:b/>
          <w:color w:val="000000"/>
          <w:sz w:val="24"/>
          <w:szCs w:val="24"/>
        </w:rPr>
      </w:pPr>
    </w:p>
    <w:tbl>
      <w:tblPr>
        <w:tblStyle w:val="16"/>
        <w:tblW w:w="0" w:type="auto"/>
        <w:tblLook w:val="04A0"/>
      </w:tblPr>
      <w:tblGrid>
        <w:gridCol w:w="1174"/>
        <w:gridCol w:w="8857"/>
      </w:tblGrid>
      <w:tr w:rsidR="00F410CB" w:rsidRPr="000066E9" w:rsidTr="008B1FCB">
        <w:tc>
          <w:tcPr>
            <w:tcW w:w="1174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iCs/>
                <w:sz w:val="24"/>
                <w:szCs w:val="24"/>
              </w:rPr>
              <w:t>Виды ошибок</w:t>
            </w:r>
          </w:p>
        </w:tc>
        <w:tc>
          <w:tcPr>
            <w:tcW w:w="8857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iCs/>
                <w:sz w:val="24"/>
                <w:szCs w:val="24"/>
              </w:rPr>
              <w:t>Критерии ошибок</w:t>
            </w:r>
          </w:p>
        </w:tc>
      </w:tr>
      <w:tr w:rsidR="00F410CB" w:rsidRPr="00743864" w:rsidTr="008B1FCB">
        <w:tc>
          <w:tcPr>
            <w:tcW w:w="1174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hAnsi="Times New Roman"/>
                <w:sz w:val="24"/>
                <w:szCs w:val="24"/>
              </w:rPr>
              <w:t>Грубые ошибки</w:t>
            </w:r>
          </w:p>
        </w:tc>
        <w:tc>
          <w:tcPr>
            <w:tcW w:w="8857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незнание наименований единиц измерения;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выделить в ответе главное;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применять знания, алгоритмы для решения задач;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делать выводы и обобщения;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читать и строить графики;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пользоваться первоисточниками, учебником и справочниками;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вычислительные ошибки, если они не являются опиской;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логические ошибки;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вычислительные ошибки в примерах и задачах;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ошибки на незнание порядка выполнения арифметических действий;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решение задачи (пропуск действий, неправильный выбор действий, лишнее действие);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недоведение до конца решения задачи или примера;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невыполненное задание;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неправильный выбор порядка выполнения действий в выражении;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пропуск нуля в частном при делении натуральных чисел или десятичных дробей;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неправильный выбор знака в результате выполнения действий над положительными и отрицательными числами, а так же при раскрытии скобок и при переносе слагаемых из одной части уравнения в другую;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неправильный выбор действий при решении текстовых задач;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измерение или построение угла с помощью транспортира, связанное с отсутствием умения выбирать нужную шкалу;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проведение перпендикуляра к прямой;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замена частного десятичных дробей частным целых чисел в том случае, когда в делителе после запятой меньше цифр, чем в делимом;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неверное нахождение значения функции по значению аргумента и ее графику.</w:t>
            </w:r>
          </w:p>
        </w:tc>
      </w:tr>
      <w:tr w:rsidR="00F410CB" w:rsidRPr="00743864" w:rsidTr="008B1FCB">
        <w:tc>
          <w:tcPr>
            <w:tcW w:w="1174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hAnsi="Times New Roman"/>
                <w:sz w:val="24"/>
                <w:szCs w:val="24"/>
              </w:rPr>
              <w:t>Негрубая ошибка</w:t>
            </w:r>
          </w:p>
        </w:tc>
        <w:tc>
          <w:tcPr>
            <w:tcW w:w="8857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</w:t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lastRenderedPageBreak/>
              <w:t xml:space="preserve">этих признаков второстепенными;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неточность графика;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нерациональный метод решения задачи или недостаточно продуманный план ответа (нарушение логики, подмена отдельных основных вопросов второстепенными);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нерациональные методы работы со справочной и другой литературой;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решать задачи, выполнять задания в общем виде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неправильная постановка вопроса к действию при решении задачи;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неверно сформулированный ответ задачи;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списывание данных чисел, знаков;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недоведение до конца преобразований.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неправильная ссылка на сочетательный и распределительный законы при вычислениях;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использование в отдельных случаях наименований, например, обозначение единиц длины для единиц площади и объема;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сохранение в окончательном результате при вычислениях или преобразованиях выражений неправильной дроби или сократимой дроби;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приведение алгебраических дробей не к наиболее простому общему знаменателю;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случайные погрешности в вычислениях при решении геометрических задач и выполнении тождественных преобразований.</w:t>
            </w:r>
          </w:p>
        </w:tc>
      </w:tr>
      <w:tr w:rsidR="00F410CB" w:rsidRPr="00743864" w:rsidTr="008B1FCB">
        <w:tc>
          <w:tcPr>
            <w:tcW w:w="1174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Недочет </w:t>
            </w:r>
          </w:p>
        </w:tc>
        <w:tc>
          <w:tcPr>
            <w:tcW w:w="8857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нерациональные приемы вычислений и преобразований; небрежное выполнение записей, чертежей, схем, графиков.</w:t>
            </w:r>
          </w:p>
        </w:tc>
      </w:tr>
    </w:tbl>
    <w:p w:rsidR="00F410CB" w:rsidRPr="000066E9" w:rsidRDefault="00F410CB" w:rsidP="00F410CB">
      <w:pPr>
        <w:spacing w:line="240" w:lineRule="auto"/>
        <w:ind w:right="686"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 xml:space="preserve">Ниже в приложении предлагаются примерные варианты контрольных работ, используемые при обучении данного класса. 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br w:type="page"/>
      </w:r>
    </w:p>
    <w:p w:rsidR="00F410CB" w:rsidRPr="001244D1" w:rsidRDefault="00F410CB" w:rsidP="00F410CB">
      <w:pPr>
        <w:spacing w:after="0"/>
        <w:rPr>
          <w:rFonts w:ascii="Times New Roman" w:hAnsi="Times New Roman"/>
          <w:b/>
          <w:iCs/>
          <w:noProof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iCs/>
          <w:noProof/>
          <w:color w:val="000000"/>
          <w:sz w:val="24"/>
          <w:szCs w:val="24"/>
          <w:lang w:val="ru-RU"/>
        </w:rPr>
        <w:lastRenderedPageBreak/>
        <w:t>Демонстрационные варианты контрольных работ</w:t>
      </w:r>
    </w:p>
    <w:p w:rsidR="00F410CB" w:rsidRPr="00C433B0" w:rsidRDefault="00F410CB" w:rsidP="00F410CB">
      <w:pPr>
        <w:jc w:val="center"/>
        <w:rPr>
          <w:rFonts w:ascii="Times New Roman" w:eastAsiaTheme="minorEastAsia" w:hAnsi="Times New Roman" w:cs="Times New Roman"/>
          <w:b/>
          <w:bCs/>
          <w:lang w:val="ru-RU"/>
        </w:rPr>
      </w:pPr>
      <w:r w:rsidRPr="00C433B0">
        <w:rPr>
          <w:rFonts w:ascii="Times New Roman" w:eastAsiaTheme="minorEastAsia" w:hAnsi="Times New Roman" w:cs="Times New Roman"/>
          <w:b/>
          <w:bCs/>
          <w:lang w:val="ru-RU"/>
        </w:rPr>
        <w:t>Контрольная работа № 1.</w:t>
      </w:r>
    </w:p>
    <w:p w:rsidR="00F410CB" w:rsidRPr="00C433B0" w:rsidRDefault="00F410CB" w:rsidP="00F410CB">
      <w:pPr>
        <w:jc w:val="center"/>
        <w:rPr>
          <w:rFonts w:ascii="Times New Roman" w:eastAsiaTheme="minorEastAsia" w:hAnsi="Times New Roman" w:cs="Times New Roman"/>
          <w:b/>
          <w:bCs/>
          <w:lang w:val="ru-RU"/>
        </w:rPr>
      </w:pPr>
      <w:r w:rsidRPr="00C433B0">
        <w:rPr>
          <w:rFonts w:ascii="Times New Roman" w:eastAsiaTheme="minorEastAsia" w:hAnsi="Times New Roman" w:cs="Times New Roman"/>
          <w:b/>
          <w:bCs/>
          <w:lang w:val="ru-RU"/>
        </w:rPr>
        <w:t>Тема. Натуральные чи</w:t>
      </w:r>
      <w:r>
        <w:rPr>
          <w:rFonts w:ascii="Times New Roman" w:eastAsiaTheme="minorEastAsia" w:hAnsi="Times New Roman" w:cs="Times New Roman"/>
          <w:b/>
          <w:bCs/>
          <w:lang w:val="ru-RU"/>
        </w:rPr>
        <w:t>с</w:t>
      </w:r>
      <w:r w:rsidRPr="00C433B0">
        <w:rPr>
          <w:rFonts w:ascii="Times New Roman" w:eastAsiaTheme="minorEastAsia" w:hAnsi="Times New Roman" w:cs="Times New Roman"/>
          <w:b/>
          <w:bCs/>
          <w:lang w:val="ru-RU"/>
        </w:rPr>
        <w:t>ла.</w:t>
      </w:r>
    </w:p>
    <w:p w:rsidR="00F410CB" w:rsidRPr="00C433B0" w:rsidRDefault="00F410CB" w:rsidP="00F410C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Найдите среднее арифметическое чисел: 32,6; 38,5; 34; 35.</w:t>
      </w:r>
    </w:p>
    <w:p w:rsidR="00F410CB" w:rsidRPr="00C433B0" w:rsidRDefault="00F410CB" w:rsidP="00F410C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Разложите число 1 056 на простые множители.</w:t>
      </w:r>
    </w:p>
    <w:p w:rsidR="00F410CB" w:rsidRPr="00C433B0" w:rsidRDefault="00F410CB" w:rsidP="00F410C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Найдите наибольший общий делитель чисел: 1) 24 и 42; 2) 280 и 588.</w:t>
      </w:r>
    </w:p>
    <w:p w:rsidR="00F410CB" w:rsidRPr="00C433B0" w:rsidRDefault="00F410CB" w:rsidP="00F410C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Найдите наименьшее общее кратное чисел: 1) З и 6; 2) 28 и 9; 3) 15 и 20.</w:t>
      </w:r>
    </w:p>
    <w:p w:rsidR="00F410CB" w:rsidRPr="00C433B0" w:rsidRDefault="00F410CB" w:rsidP="00F410C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Площадь поля равна 300 га. Рожью засеяли 18 % поля. Сколько гектаров поля засеяли рожью.</w:t>
      </w:r>
    </w:p>
    <w:p w:rsidR="00F410CB" w:rsidRPr="00C433B0" w:rsidRDefault="00F410CB" w:rsidP="00F410C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Дима собирает модели самолётов. Их можно расставить поровну на 14 полках, а можно, тоже поровну, — на восьми полках. Сколько моделей у Димы, если известно, что их больше 100, но меньше 120?</w:t>
      </w:r>
    </w:p>
    <w:p w:rsidR="00F410CB" w:rsidRPr="00C433B0" w:rsidRDefault="00F410CB" w:rsidP="00F410C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Петя купил книгу за 90 р., что составляет 30 % всех денег, которые у него были. Сколько денег</w:t>
      </w:r>
      <w:r>
        <w:rPr>
          <w:rFonts w:ascii="Times New Roman" w:eastAsiaTheme="minorEastAsia" w:hAnsi="Times New Roman" w:cs="Times New Roman"/>
          <w:lang w:val="ru-RU"/>
        </w:rPr>
        <w:t xml:space="preserve"> </w:t>
      </w:r>
      <w:r w:rsidRPr="00C433B0">
        <w:rPr>
          <w:rFonts w:ascii="Times New Roman" w:eastAsiaTheme="minorEastAsia" w:hAnsi="Times New Roman" w:cs="Times New Roman"/>
          <w:lang w:val="ru-RU"/>
        </w:rPr>
        <w:t>было.</w:t>
      </w:r>
    </w:p>
    <w:p w:rsidR="00F410CB" w:rsidRPr="00C433B0" w:rsidRDefault="00F410CB" w:rsidP="00F410CB">
      <w:pPr>
        <w:jc w:val="center"/>
        <w:rPr>
          <w:rFonts w:ascii="Times New Roman" w:hAnsi="Times New Roman" w:cs="Times New Roman"/>
          <w:b/>
          <w:bCs/>
          <w:lang w:val="ru-RU"/>
        </w:rPr>
      </w:pPr>
      <w:r w:rsidRPr="00C433B0">
        <w:rPr>
          <w:rFonts w:ascii="Times New Roman" w:hAnsi="Times New Roman" w:cs="Times New Roman"/>
          <w:b/>
          <w:bCs/>
          <w:lang w:val="ru-RU"/>
        </w:rPr>
        <w:t>Контрольная работа №2</w:t>
      </w:r>
    </w:p>
    <w:p w:rsidR="00F410CB" w:rsidRPr="00C433B0" w:rsidRDefault="00F410CB" w:rsidP="00F410CB">
      <w:pPr>
        <w:jc w:val="center"/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b/>
          <w:bCs/>
          <w:lang w:val="ru-RU"/>
        </w:rPr>
        <w:t>Тема. Сравнение, сложение и вычитание дробей</w:t>
      </w:r>
    </w:p>
    <w:p w:rsidR="00F410CB" w:rsidRPr="00C433B0" w:rsidRDefault="00F410CB" w:rsidP="00F410C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 xml:space="preserve">Сократите дробь: 1)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12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16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2)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18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27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>.</w:t>
      </w:r>
    </w:p>
    <w:p w:rsidR="00F410CB" w:rsidRPr="00C433B0" w:rsidRDefault="00F410CB" w:rsidP="00F410C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 xml:space="preserve">Сравните дроби: 1)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8</m:t>
            </m:r>
          </m:den>
        </m:f>
        <m:r>
          <w:rPr>
            <w:rFonts w:ascii="Cambria Math" w:hAnsi="Cambria Math" w:cs="Times New Roman"/>
            <w:lang w:val="ru-RU"/>
          </w:rPr>
          <m:t xml:space="preserve"> и 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3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2)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4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9</m:t>
            </m:r>
          </m:den>
        </m:f>
        <m:r>
          <w:rPr>
            <w:rFonts w:ascii="Cambria Math" w:hAnsi="Cambria Math" w:cs="Times New Roman"/>
            <w:lang w:val="ru-RU"/>
          </w:rPr>
          <m:t xml:space="preserve"> и 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3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8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.</w:t>
      </w:r>
    </w:p>
    <w:p w:rsidR="00F410CB" w:rsidRPr="00C433B0" w:rsidRDefault="00F410CB" w:rsidP="00F410C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 xml:space="preserve">Вычислите: 1)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4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15</m:t>
            </m:r>
          </m:den>
        </m:f>
        <m:r>
          <w:rPr>
            <w:rFonts w:ascii="Cambria Math" w:hAnsi="Cambria Math" w:cs="Times New Roman"/>
            <w:lang w:val="ru-RU"/>
          </w:rPr>
          <m:t xml:space="preserve">+ 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3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     2)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6</m:t>
            </m:r>
          </m:den>
        </m:f>
        <m:r>
          <w:rPr>
            <w:rFonts w:ascii="Cambria Math" w:hAnsi="Cambria Math" w:cs="Times New Roman"/>
            <w:lang w:val="ru-RU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9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     3) </w:t>
      </w:r>
      <m:oMath>
        <m:r>
          <w:rPr>
            <w:rFonts w:ascii="Cambria Math" w:hAnsi="Cambria Math" w:cs="Times New Roman"/>
            <w:lang w:val="ru-RU"/>
          </w:rPr>
          <m:t>4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4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7</m:t>
            </m:r>
          </m:den>
        </m:f>
        <m:r>
          <w:rPr>
            <w:rFonts w:ascii="Cambria Math" w:hAnsi="Cambria Math" w:cs="Times New Roman"/>
            <w:lang w:val="ru-RU"/>
          </w:rPr>
          <m:t>+6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     4) </w:t>
      </w:r>
      <m:oMath>
        <m:r>
          <w:rPr>
            <w:rFonts w:ascii="Cambria Math" w:hAnsi="Cambria Math" w:cs="Times New Roman"/>
            <w:lang w:val="ru-RU"/>
          </w:rPr>
          <m:t>5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7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8</m:t>
            </m:r>
          </m:den>
        </m:f>
        <m:r>
          <w:rPr>
            <w:rFonts w:ascii="Cambria Math" w:hAnsi="Cambria Math" w:cs="Times New Roman"/>
            <w:lang w:val="ru-RU"/>
          </w:rPr>
          <m:t>-3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6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.</w:t>
      </w:r>
    </w:p>
    <w:p w:rsidR="00F410CB" w:rsidRPr="00C433B0" w:rsidRDefault="00F410CB" w:rsidP="00F410C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>В первый день продали 4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7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24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ц картофеля, а во второй – на 1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7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12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ц меньше. Сколько центнеров картофеля продали за два дня?</w:t>
      </w:r>
    </w:p>
    <w:p w:rsidR="00F410CB" w:rsidRPr="00C433B0" w:rsidRDefault="00F410CB" w:rsidP="00F410C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>Решите уравнение: 1) 10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11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24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– x = 6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7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16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     2) </w:t>
      </w:r>
      <m:oMath>
        <m:d>
          <m:dPr>
            <m:ctrlPr>
              <w:rPr>
                <w:rFonts w:ascii="Cambria Math" w:hAnsi="Cambria Math" w:cs="Times New Roman"/>
                <w:i/>
                <w:lang w:val="ru-RU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lang w:val="ru-RU"/>
                  </w:rPr>
                </m:ctrlPr>
              </m:fPr>
              <m:num>
                <m:r>
                  <w:rPr>
                    <w:rFonts w:ascii="Cambria Math" w:hAnsi="Cambria Math" w:cs="Times New Roman"/>
                    <w:lang w:val="ru-RU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lang w:val="ru-RU"/>
                  </w:rPr>
                  <m:t>6</m:t>
                </m:r>
              </m:den>
            </m:f>
            <m:r>
              <w:rPr>
                <w:rFonts w:ascii="Cambria Math" w:hAnsi="Cambria Math" w:cs="Times New Roman"/>
                <w:lang w:val="ru-RU"/>
              </w:rPr>
              <m:t>+x</m:t>
            </m:r>
          </m:e>
        </m:d>
        <m:r>
          <w:rPr>
            <w:rFonts w:ascii="Cambria Math" w:hAnsi="Cambria Math" w:cs="Times New Roman"/>
            <w:lang w:val="ru-RU"/>
          </w:rPr>
          <m:t>-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2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3</m:t>
            </m:r>
          </m:den>
        </m:f>
        <m:r>
          <w:rPr>
            <w:rFonts w:ascii="Cambria Math" w:hAnsi="Cambria Math" w:cs="Times New Roman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13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18</m:t>
            </m:r>
          </m:den>
        </m:f>
      </m:oMath>
    </w:p>
    <w:p w:rsidR="00F410CB" w:rsidRPr="00C433B0" w:rsidRDefault="00F410CB" w:rsidP="00F410C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 xml:space="preserve">За первый день турист прошёл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18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туристического маршрута, за второй -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7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27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, за третий -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2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9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. Оставшуюся часть маршрута он прошёл за четвёртый день. Какую часть маршрута прошёл турист за четвёртый день?</w:t>
      </w:r>
    </w:p>
    <w:p w:rsidR="00F410CB" w:rsidRPr="00C433B0" w:rsidRDefault="00F410CB" w:rsidP="00F410C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 xml:space="preserve">Найдите все натуральные значения x, при которых верно неравенство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x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9</m:t>
            </m:r>
          </m:den>
        </m:f>
        <m:r>
          <w:rPr>
            <w:rFonts w:ascii="Cambria Math" w:hAnsi="Cambria Math" w:cs="Times New Roman"/>
            <w:lang w:val="ru-RU"/>
          </w:rPr>
          <m:t>&lt;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22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45</m:t>
            </m:r>
          </m:den>
        </m:f>
      </m:oMath>
    </w:p>
    <w:p w:rsidR="00F410CB" w:rsidRPr="00C433B0" w:rsidRDefault="00F410CB" w:rsidP="00F410CB">
      <w:pPr>
        <w:spacing w:after="0"/>
        <w:rPr>
          <w:rFonts w:ascii="Times New Roman" w:hAnsi="Times New Roman" w:cs="Times New Roman"/>
          <w:lang w:val="ru-RU"/>
        </w:rPr>
      </w:pPr>
    </w:p>
    <w:p w:rsidR="00F410CB" w:rsidRPr="00C433B0" w:rsidRDefault="00F410CB" w:rsidP="00F410CB">
      <w:pPr>
        <w:jc w:val="center"/>
        <w:rPr>
          <w:rFonts w:ascii="Times New Roman" w:hAnsi="Times New Roman" w:cs="Times New Roman"/>
          <w:b/>
          <w:bCs/>
          <w:lang w:val="ru-RU"/>
        </w:rPr>
      </w:pPr>
      <w:r w:rsidRPr="00C433B0">
        <w:rPr>
          <w:rFonts w:ascii="Times New Roman" w:hAnsi="Times New Roman" w:cs="Times New Roman"/>
          <w:b/>
          <w:bCs/>
          <w:lang w:val="ru-RU"/>
        </w:rPr>
        <w:t>Контрольная работа №</w:t>
      </w:r>
      <w:r>
        <w:rPr>
          <w:rFonts w:ascii="Times New Roman" w:hAnsi="Times New Roman" w:cs="Times New Roman"/>
          <w:b/>
          <w:bCs/>
          <w:lang w:val="ru-RU"/>
        </w:rPr>
        <w:t>3</w:t>
      </w:r>
    </w:p>
    <w:p w:rsidR="00F410CB" w:rsidRDefault="00F410CB" w:rsidP="00F410CB">
      <w:pPr>
        <w:jc w:val="center"/>
        <w:rPr>
          <w:rFonts w:ascii="Times New Roman" w:hAnsi="Times New Roman" w:cs="Times New Roman"/>
          <w:b/>
          <w:bCs/>
          <w:lang w:val="ru-RU"/>
        </w:rPr>
      </w:pPr>
      <w:r w:rsidRPr="00C433B0">
        <w:rPr>
          <w:rFonts w:ascii="Times New Roman" w:hAnsi="Times New Roman" w:cs="Times New Roman"/>
          <w:b/>
          <w:bCs/>
          <w:lang w:val="ru-RU"/>
        </w:rPr>
        <w:t xml:space="preserve">Тема. </w:t>
      </w:r>
      <w:r>
        <w:rPr>
          <w:rFonts w:ascii="Times New Roman" w:hAnsi="Times New Roman" w:cs="Times New Roman"/>
          <w:b/>
          <w:bCs/>
          <w:lang w:val="ru-RU"/>
        </w:rPr>
        <w:t>Умножение и д</w:t>
      </w:r>
      <w:r w:rsidRPr="00C433B0">
        <w:rPr>
          <w:rFonts w:ascii="Times New Roman" w:hAnsi="Times New Roman" w:cs="Times New Roman"/>
          <w:b/>
          <w:bCs/>
          <w:lang w:val="ru-RU"/>
        </w:rPr>
        <w:t xml:space="preserve">еление дробей </w:t>
      </w:r>
    </w:p>
    <w:p w:rsidR="00F410CB" w:rsidRPr="00813817" w:rsidRDefault="00F410CB" w:rsidP="00F410CB">
      <w:pPr>
        <w:pStyle w:val="af5"/>
        <w:ind w:left="644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1. </w:t>
      </w:r>
      <w:r w:rsidRPr="00813817">
        <w:rPr>
          <w:rFonts w:ascii="Times New Roman" w:hAnsi="Times New Roman" w:cs="Times New Roman"/>
          <w:lang w:val="ru-RU"/>
        </w:rPr>
        <w:t>Выполните действие:</w:t>
      </w:r>
    </w:p>
    <w:p w:rsidR="00F410CB" w:rsidRPr="00813817" w:rsidRDefault="00F410CB" w:rsidP="00F410CB">
      <w:pPr>
        <w:pStyle w:val="af5"/>
        <w:ind w:left="644"/>
        <w:rPr>
          <w:rFonts w:ascii="Times New Roman" w:hAnsi="Times New Roman" w:cs="Times New Roman"/>
          <w:lang w:val="ru-RU"/>
        </w:rPr>
      </w:pPr>
      <w:r w:rsidRPr="00813817">
        <w:rPr>
          <w:rFonts w:ascii="Times New Roman" w:hAnsi="Times New Roman" w:cs="Times New Roman"/>
          <w:lang w:val="ru-RU"/>
        </w:rPr>
        <w:t xml:space="preserve">а) </w:t>
      </w:r>
      <m:oMath>
        <m:r>
          <m:rPr>
            <m:sty m:val="p"/>
          </m:rPr>
          <w:rPr>
            <w:rFonts w:ascii="Cambria Math" w:hAnsi="Cambria Math" w:cs="Times New Roman"/>
            <w:lang w:val="ru-RU"/>
          </w:rPr>
          <m:t>10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 xml:space="preserve"> :2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 xml:space="preserve">; </m:t>
        </m:r>
      </m:oMath>
      <w:r w:rsidRPr="00813817">
        <w:rPr>
          <w:rFonts w:ascii="Times New Roman" w:hAnsi="Times New Roman" w:cs="Times New Roman"/>
          <w:lang w:val="ru-RU"/>
        </w:rPr>
        <w:t xml:space="preserve"> б) </w:t>
      </w:r>
      <m:oMath>
        <m:r>
          <m:rPr>
            <m:sty m:val="p"/>
          </m:rPr>
          <w:rPr>
            <w:rFonts w:ascii="Cambria Math" w:hAnsi="Cambria Math" w:cs="Times New Roman"/>
            <w:lang w:val="ru-RU"/>
          </w:rPr>
          <m:t>3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5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:2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15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;</m:t>
        </m:r>
      </m:oMath>
      <w:r w:rsidRPr="00813817">
        <w:rPr>
          <w:rFonts w:ascii="Times New Roman" w:hAnsi="Times New Roman" w:cs="Times New Roman"/>
          <w:lang w:val="ru-RU"/>
        </w:rPr>
        <w:t xml:space="preserve"> в) </w:t>
      </w:r>
      <m:oMath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20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27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∙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5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+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10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: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100</m:t>
            </m:r>
          </m:den>
        </m:f>
      </m:oMath>
      <w:r w:rsidRPr="00813817">
        <w:rPr>
          <w:rFonts w:ascii="Times New Roman" w:hAnsi="Times New Roman" w:cs="Times New Roman"/>
          <w:lang w:val="ru-RU"/>
        </w:rPr>
        <w:t>.</w:t>
      </w:r>
    </w:p>
    <w:p w:rsidR="00F410CB" w:rsidRPr="00813817" w:rsidRDefault="00F410CB" w:rsidP="00F410CB">
      <w:pPr>
        <w:pStyle w:val="af5"/>
        <w:ind w:left="644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2. </w:t>
      </w:r>
      <w:r w:rsidRPr="00813817">
        <w:rPr>
          <w:rFonts w:ascii="Times New Roman" w:hAnsi="Times New Roman" w:cs="Times New Roman"/>
          <w:lang w:val="ru-RU"/>
        </w:rPr>
        <w:t>Решите уравнение:</w:t>
      </w:r>
    </w:p>
    <w:p w:rsidR="00F410CB" w:rsidRPr="00813817" w:rsidRDefault="00F410CB" w:rsidP="00F410CB">
      <w:pPr>
        <w:pStyle w:val="af5"/>
        <w:ind w:left="644"/>
        <w:rPr>
          <w:rFonts w:ascii="Times New Roman" w:hAnsi="Times New Roman" w:cs="Times New Roman"/>
          <w:lang w:val="ru-RU"/>
        </w:rPr>
      </w:pPr>
      <w:r w:rsidRPr="00813817">
        <w:rPr>
          <w:rFonts w:ascii="Times New Roman" w:hAnsi="Times New Roman" w:cs="Times New Roman"/>
          <w:lang w:val="ru-RU"/>
        </w:rPr>
        <w:t xml:space="preserve">а) </w:t>
      </w:r>
      <m:oMath>
        <m:f>
          <m:fPr>
            <m:ctrlPr>
              <w:rPr>
                <w:rFonts w:ascii="Cambria Math" w:hAnsi="Times New Roman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7</m:t>
            </m:r>
          </m:den>
        </m:f>
        <m:r>
          <w:rPr>
            <w:rFonts w:ascii="Cambria Math" w:hAnsi="Cambria Math" w:cs="Times New Roman"/>
            <w:lang w:val="ru-RU"/>
          </w:rPr>
          <m:t>m</m:t>
        </m:r>
        <m:r>
          <m:rPr>
            <m:sty m:val="p"/>
          </m:rPr>
          <w:rPr>
            <w:rFonts w:ascii="Cambria Math" w:hAnsi="Times New Roman" w:cs="Times New Roman"/>
            <w:lang w:val="ru-RU"/>
          </w:rPr>
          <m:t>+</m:t>
        </m:r>
        <m:f>
          <m:fPr>
            <m:ctrlPr>
              <w:rPr>
                <w:rFonts w:ascii="Cambria Math" w:hAnsi="Times New Roman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14</m:t>
            </m:r>
          </m:den>
        </m:f>
        <m:r>
          <w:rPr>
            <w:rFonts w:ascii="Cambria Math" w:hAnsi="Cambria Math" w:cs="Times New Roman"/>
            <w:lang w:val="ru-RU"/>
          </w:rPr>
          <m:t>m</m:t>
        </m:r>
        <m:r>
          <m:rPr>
            <m:sty m:val="p"/>
          </m:rPr>
          <w:rPr>
            <w:rFonts w:ascii="Cambria Math" w:hAnsi="Cambria Math" w:cs="Times New Roman"/>
            <w:lang w:val="ru-RU"/>
          </w:rPr>
          <m:t>-</m:t>
        </m:r>
        <m:f>
          <m:fPr>
            <m:ctrlPr>
              <w:rPr>
                <w:rFonts w:ascii="Cambria Math" w:hAnsi="Times New Roman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21</m:t>
            </m:r>
          </m:den>
        </m:f>
        <m:r>
          <w:rPr>
            <w:rFonts w:ascii="Cambria Math" w:hAnsi="Cambria Math" w:cs="Times New Roman"/>
            <w:lang w:val="ru-RU"/>
          </w:rPr>
          <m:t>m</m:t>
        </m:r>
        <m:r>
          <m:rPr>
            <m:sty m:val="p"/>
          </m:rPr>
          <w:rPr>
            <w:rFonts w:ascii="Cambria Math" w:hAnsi="Times New Roman" w:cs="Times New Roman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7</m:t>
            </m:r>
          </m:den>
        </m:f>
        <m:r>
          <m:rPr>
            <m:sty m:val="p"/>
          </m:rPr>
          <w:rPr>
            <w:rFonts w:ascii="Cambria Math" w:hAnsi="Times New Roman" w:cs="Times New Roman"/>
            <w:lang w:val="ru-RU"/>
          </w:rPr>
          <m:t>;</m:t>
        </m:r>
      </m:oMath>
      <w:r w:rsidRPr="00813817">
        <w:rPr>
          <w:rFonts w:ascii="Times New Roman" w:hAnsi="Times New Roman" w:cs="Times New Roman"/>
          <w:lang w:val="ru-RU"/>
        </w:rPr>
        <w:t xml:space="preserve"> б) </w:t>
      </w:r>
      <m:oMath>
        <m:r>
          <m:rPr>
            <m:sty m:val="p"/>
          </m:rPr>
          <w:rPr>
            <w:rFonts w:ascii="Cambria Math" w:hAnsi="Cambria Math" w:cs="Times New Roman"/>
            <w:lang w:val="ru-RU"/>
          </w:rPr>
          <m:t>1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7</m:t>
            </m:r>
          </m:den>
        </m:f>
        <m:r>
          <w:rPr>
            <w:rFonts w:ascii="Cambria Math" w:hAnsi="Cambria Math" w:cs="Times New Roman"/>
            <w:lang w:val="ru-RU"/>
          </w:rPr>
          <m:t>y</m:t>
        </m:r>
        <m:r>
          <m:rPr>
            <m:sty m:val="p"/>
          </m:rPr>
          <w:rPr>
            <w:rFonts w:ascii="Cambria Math" w:hAnsi="Cambria Math" w:cs="Times New Roman"/>
            <w:lang w:val="ru-RU"/>
          </w:rPr>
          <m:t>-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9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=2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9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.</m:t>
        </m:r>
      </m:oMath>
    </w:p>
    <w:p w:rsidR="00F410CB" w:rsidRPr="00813817" w:rsidRDefault="00F410CB" w:rsidP="00F410CB">
      <w:pPr>
        <w:pStyle w:val="af5"/>
        <w:ind w:left="64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3. </w:t>
      </w:r>
      <w:r w:rsidRPr="00813817">
        <w:rPr>
          <w:rFonts w:ascii="Times New Roman" w:hAnsi="Times New Roman" w:cs="Times New Roman"/>
          <w:lang w:val="ru-RU"/>
        </w:rPr>
        <w:t xml:space="preserve">За два часа самолёт пролетел 1020 км. За первый час он пролетел </w:t>
      </w:r>
      <m:oMath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9</m:t>
            </m:r>
          </m:den>
        </m:f>
      </m:oMath>
      <w:r w:rsidRPr="00813817">
        <w:rPr>
          <w:rFonts w:ascii="Times New Roman" w:hAnsi="Times New Roman" w:cs="Times New Roman"/>
          <w:lang w:val="ru-RU"/>
        </w:rPr>
        <w:t xml:space="preserve"> того пути, который он пролетел </w:t>
      </w:r>
      <w:proofErr w:type="gramStart"/>
      <w:r w:rsidRPr="00813817">
        <w:rPr>
          <w:rFonts w:ascii="Times New Roman" w:hAnsi="Times New Roman" w:cs="Times New Roman"/>
          <w:lang w:val="ru-RU"/>
        </w:rPr>
        <w:t>в</w:t>
      </w:r>
      <w:proofErr w:type="gramEnd"/>
      <w:r w:rsidRPr="00813817">
        <w:rPr>
          <w:rFonts w:ascii="Times New Roman" w:hAnsi="Times New Roman" w:cs="Times New Roman"/>
          <w:lang w:val="ru-RU"/>
        </w:rPr>
        <w:t xml:space="preserve"> второй час. Сколько километров пролетел самолёт в каждый из этих двух часов?</w:t>
      </w:r>
    </w:p>
    <w:p w:rsidR="00F410CB" w:rsidRPr="00813817" w:rsidRDefault="00F410CB" w:rsidP="00F410CB">
      <w:pPr>
        <w:pStyle w:val="af5"/>
        <w:ind w:left="644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4. </w:t>
      </w:r>
      <w:r w:rsidRPr="00813817">
        <w:rPr>
          <w:rFonts w:ascii="Times New Roman" w:hAnsi="Times New Roman" w:cs="Times New Roman"/>
          <w:lang w:val="ru-RU"/>
        </w:rPr>
        <w:t>Вычислите:</w:t>
      </w:r>
    </w:p>
    <w:p w:rsidR="00F410CB" w:rsidRPr="00813817" w:rsidRDefault="00F410CB" w:rsidP="00F410CB">
      <w:pPr>
        <w:pStyle w:val="af5"/>
        <w:ind w:left="709"/>
        <w:rPr>
          <w:rFonts w:ascii="Times New Roman" w:hAnsi="Times New Roman" w:cs="Times New Roman"/>
          <w:lang w:val="ru-RU"/>
        </w:rPr>
      </w:pPr>
      <w:r w:rsidRPr="00813817">
        <w:rPr>
          <w:rFonts w:ascii="Times New Roman" w:hAnsi="Times New Roman" w:cs="Times New Roman"/>
          <w:lang w:val="ru-RU"/>
        </w:rPr>
        <w:t xml:space="preserve">а) </w:t>
      </w:r>
      <m:oMath>
        <m:r>
          <m:rPr>
            <m:sty m:val="p"/>
          </m:rPr>
          <w:rPr>
            <w:rFonts w:ascii="Cambria Math" w:hAnsi="Cambria Math" w:cs="Times New Roman"/>
            <w:lang w:val="ru-RU"/>
          </w:rPr>
          <m:t>4∙</m:t>
        </m:r>
        <m:d>
          <m:dPr>
            <m:ctrlPr>
              <w:rPr>
                <w:rFonts w:ascii="Cambria Math" w:hAnsi="Cambria Math" w:cs="Times New Roman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2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+1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4</m:t>
                </m:r>
              </m:den>
            </m:f>
          </m:e>
        </m:d>
        <m:r>
          <m:rPr>
            <m:sty m:val="p"/>
          </m:rPr>
          <w:rPr>
            <w:rFonts w:ascii="Cambria Math" w:hAnsi="Cambria Math" w:cs="Times New Roman"/>
            <w:lang w:val="ru-RU"/>
          </w:rPr>
          <m:t>-</m:t>
        </m:r>
        <m:d>
          <m:dPr>
            <m:ctrlPr>
              <w:rPr>
                <w:rFonts w:ascii="Cambria Math" w:hAnsi="Cambria Math" w:cs="Times New Roman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6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+4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5</m:t>
                </m:r>
              </m:den>
            </m:f>
          </m:e>
        </m:d>
        <m:r>
          <m:rPr>
            <m:sty m:val="p"/>
          </m:rPr>
          <w:rPr>
            <w:rFonts w:ascii="Cambria Math" w:hAnsi="Cambria Math" w:cs="Times New Roman"/>
            <w:lang w:val="ru-RU"/>
          </w:rPr>
          <m:t xml:space="preserve"> :2;</m:t>
        </m:r>
      </m:oMath>
      <w:r w:rsidRPr="00813817">
        <w:rPr>
          <w:rFonts w:ascii="Times New Roman" w:hAnsi="Times New Roman" w:cs="Times New Roman"/>
          <w:lang w:val="ru-RU"/>
        </w:rPr>
        <w:t xml:space="preserve"> б)</w:t>
      </w:r>
      <m:oMath>
        <m:d>
          <m:dPr>
            <m:ctrlPr>
              <w:rPr>
                <w:rFonts w:ascii="Cambria Math" w:hAnsi="Cambria Math" w:cs="Times New Roman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7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-5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5</m:t>
                </m:r>
              </m:den>
            </m:f>
          </m:e>
        </m:d>
        <m:r>
          <m:rPr>
            <m:sty m:val="p"/>
          </m:rPr>
          <w:rPr>
            <w:rFonts w:ascii="Cambria Math" w:hAnsi="Cambria Math" w:cs="Times New Roman"/>
            <w:lang w:val="ru-RU"/>
          </w:rPr>
          <m:t>:</m:t>
        </m:r>
        <m:d>
          <m:dPr>
            <m:ctrlPr>
              <w:rPr>
                <w:rFonts w:ascii="Cambria Math" w:hAnsi="Cambria Math" w:cs="Times New Roman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6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5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-4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3</m:t>
                </m:r>
              </m:den>
            </m:f>
          </m:e>
        </m:d>
        <m:r>
          <m:rPr>
            <m:sty m:val="p"/>
          </m:rPr>
          <w:rPr>
            <w:rFonts w:ascii="Cambria Math" w:hAnsi="Cambria Math" w:cs="Times New Roman"/>
            <w:lang w:val="ru-RU"/>
          </w:rPr>
          <m:t>.</m:t>
        </m:r>
      </m:oMath>
    </w:p>
    <w:p w:rsidR="00F410CB" w:rsidRPr="00C433B0" w:rsidRDefault="00F410CB" w:rsidP="00F410CB">
      <w:pPr>
        <w:pStyle w:val="af5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5. </w:t>
      </w:r>
      <w:r w:rsidRPr="00C433B0">
        <w:rPr>
          <w:rFonts w:ascii="Times New Roman" w:hAnsi="Times New Roman" w:cs="Times New Roman"/>
          <w:lang w:val="ru-RU"/>
        </w:rPr>
        <w:t xml:space="preserve">Преобразуйте обыкновенную дробь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6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в бесконечную периодическую десятичную дробь.</w:t>
      </w:r>
    </w:p>
    <w:p w:rsidR="00F410CB" w:rsidRPr="00C433B0" w:rsidRDefault="00F410CB" w:rsidP="00F410CB">
      <w:pPr>
        <w:pStyle w:val="af5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 xml:space="preserve">6. </w:t>
      </w:r>
      <w:r w:rsidRPr="00C433B0">
        <w:rPr>
          <w:rFonts w:ascii="Times New Roman" w:hAnsi="Times New Roman" w:cs="Times New Roman"/>
          <w:lang w:val="ru-RU"/>
        </w:rPr>
        <w:t>Из пункта A в пункт B выехал первый велосипедист со скоростью 12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2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3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км/ч. Одновременно из пункта B в том же направлении выехал второй велосипедист, скорость которого в 1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16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41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раза меньше скорости первого. Через сколько часов первый велосипедист догонит второго, если расстояние между пунктами равно 8 км?</w:t>
      </w:r>
    </w:p>
    <w:p w:rsidR="00F410CB" w:rsidRDefault="00F410CB" w:rsidP="00F410CB">
      <w:pPr>
        <w:rPr>
          <w:lang w:val="ru-RU"/>
        </w:rPr>
      </w:pP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1318260</wp:posOffset>
            </wp:positionV>
            <wp:extent cx="1562100" cy="161925"/>
            <wp:effectExtent l="0" t="0" r="0" b="0"/>
            <wp:wrapNone/>
            <wp:docPr id="292528313" name="Рисунок 292528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146849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971925" cy="1128283"/>
            <wp:effectExtent l="0" t="0" r="0" b="0"/>
            <wp:docPr id="667953919" name="Рисунок 667953919" descr="Изображение выглядит как текст, внутренний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внутренний, снимок экрана&#10;&#10;Автоматически созданное описание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99386" cy="113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5146">
        <w:rPr>
          <w:noProof/>
        </w:rPr>
        <w:t xml:space="preserve"> </w:t>
      </w:r>
    </w:p>
    <w:p w:rsidR="00F410CB" w:rsidRDefault="00F410CB" w:rsidP="00F410CB">
      <w:pPr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1189990</wp:posOffset>
            </wp:positionV>
            <wp:extent cx="3115945" cy="1162050"/>
            <wp:effectExtent l="0" t="0" r="0" b="0"/>
            <wp:wrapSquare wrapText="bothSides"/>
            <wp:docPr id="326710210" name="Рисунок 3267102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5414" b="1312"/>
                    <a:stretch/>
                  </pic:blipFill>
                  <pic:spPr bwMode="auto">
                    <a:xfrm>
                      <a:off x="0" y="0"/>
                      <a:ext cx="311594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798830</wp:posOffset>
            </wp:positionV>
            <wp:extent cx="2963545" cy="352425"/>
            <wp:effectExtent l="0" t="0" r="0" b="0"/>
            <wp:wrapSquare wrapText="bothSides"/>
            <wp:docPr id="730302253" name="Рисунок 730302253" descr="Изображение выглядит как текст, Шрифт, снимок экрана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83052" name="Рисунок 274383052" descr="Изображение выглядит как текст, Шрифт, снимок экрана, докумен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1969"/>
                    <a:stretch/>
                  </pic:blipFill>
                  <pic:spPr bwMode="auto">
                    <a:xfrm>
                      <a:off x="0" y="0"/>
                      <a:ext cx="296354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294640</wp:posOffset>
            </wp:positionV>
            <wp:extent cx="3115945" cy="438150"/>
            <wp:effectExtent l="0" t="0" r="0" b="0"/>
            <wp:wrapSquare wrapText="bothSides"/>
            <wp:docPr id="1356865764" name="Рисунок 135686576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044" b="69869"/>
                    <a:stretch/>
                  </pic:blipFill>
                  <pic:spPr bwMode="auto">
                    <a:xfrm>
                      <a:off x="0" y="0"/>
                      <a:ext cx="3115945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 w:hanging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105150" cy="352425"/>
            <wp:effectExtent l="0" t="0" r="0" b="0"/>
            <wp:docPr id="68193011" name="Рисунок 6819301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946" b="79541"/>
                    <a:stretch/>
                  </pic:blipFill>
                  <pic:spPr bwMode="auto">
                    <a:xfrm>
                      <a:off x="0" y="0"/>
                      <a:ext cx="3105150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>Контрольная работа №5</w:t>
      </w:r>
    </w:p>
    <w:p w:rsidR="00F410CB" w:rsidRPr="00371B63" w:rsidRDefault="00F410CB" w:rsidP="00F410CB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 w:rsidRPr="00371B63"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>Тема: Фигуры на плоскости</w:t>
      </w:r>
    </w:p>
    <w:p w:rsidR="00F410CB" w:rsidRDefault="00F410CB" w:rsidP="00F410CB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 w:rsidRPr="00075146">
        <w:rPr>
          <w:noProof/>
          <w:lang w:val="ru-RU"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-2729865</wp:posOffset>
            </wp:positionH>
            <wp:positionV relativeFrom="paragraph">
              <wp:posOffset>2295525</wp:posOffset>
            </wp:positionV>
            <wp:extent cx="1533525" cy="142875"/>
            <wp:effectExtent l="0" t="0" r="0" b="0"/>
            <wp:wrapNone/>
            <wp:docPr id="1460680324" name="Рисунок 146068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772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5945"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>1. Найдите длину окружности, если ее радиус равен</w:t>
      </w:r>
      <w:r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 xml:space="preserve"> 4,5 см.</w:t>
      </w:r>
    </w:p>
    <w:p w:rsidR="00F410CB" w:rsidRDefault="00F410CB" w:rsidP="00F410CB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>2. Найдите площадь круга, если его радиус равен 6 см.</w:t>
      </w:r>
    </w:p>
    <w:p w:rsidR="00F410CB" w:rsidRDefault="00F410CB" w:rsidP="00F410CB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>3. С помощью циркуля и линейки постройте треугольник со сторонами 4см, 6 см и 7 см.</w:t>
      </w:r>
    </w:p>
    <w:p w:rsidR="00F410CB" w:rsidRPr="00C65945" w:rsidRDefault="00F410CB" w:rsidP="00F410CB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 w:rsidRPr="00371B63">
        <w:rPr>
          <w:bCs/>
          <w:noProof/>
          <w:lang w:val="ru-RU"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81280</wp:posOffset>
            </wp:positionV>
            <wp:extent cx="3105150" cy="1323975"/>
            <wp:effectExtent l="0" t="0" r="0" b="0"/>
            <wp:wrapSquare wrapText="bothSides"/>
            <wp:docPr id="129431815" name="Рисунок 12943181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7278" b="33226"/>
                    <a:stretch/>
                  </pic:blipFill>
                  <pic:spPr bwMode="auto">
                    <a:xfrm>
                      <a:off x="0" y="0"/>
                      <a:ext cx="310515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410CB" w:rsidRPr="00371B63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Pr="00371B63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F410CB" w:rsidRPr="00371B63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F410CB" w:rsidRPr="00371B63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F410CB" w:rsidRPr="00371B63" w:rsidRDefault="00F410CB" w:rsidP="00F410CB">
      <w:pPr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  <w:r w:rsidRPr="00371B63"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  <w:br w:type="page"/>
      </w:r>
    </w:p>
    <w:p w:rsidR="00F410CB" w:rsidRPr="00DE218D" w:rsidRDefault="00F410CB" w:rsidP="00F410CB">
      <w:pPr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4232910</wp:posOffset>
            </wp:positionV>
            <wp:extent cx="1571625" cy="142875"/>
            <wp:effectExtent l="0" t="0" r="0" b="0"/>
            <wp:wrapNone/>
            <wp:docPr id="1162171731" name="Рисунок 116217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96939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4195445</wp:posOffset>
            </wp:positionV>
            <wp:extent cx="1571844" cy="161948"/>
            <wp:effectExtent l="0" t="0" r="0" b="0"/>
            <wp:wrapSquare wrapText="bothSides"/>
            <wp:docPr id="1088580569" name="Рисунок 1088580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490275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844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4385945</wp:posOffset>
            </wp:positionV>
            <wp:extent cx="3095625" cy="2190115"/>
            <wp:effectExtent l="0" t="0" r="0" b="0"/>
            <wp:wrapSquare wrapText="bothSides"/>
            <wp:docPr id="907342249" name="Рисунок 90734224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002"/>
                    <a:stretch/>
                  </pic:blipFill>
                  <pic:spPr bwMode="auto">
                    <a:xfrm>
                      <a:off x="0" y="0"/>
                      <a:ext cx="3095625" cy="219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-14605</wp:posOffset>
            </wp:positionV>
            <wp:extent cx="1562100" cy="171450"/>
            <wp:effectExtent l="0" t="0" r="0" b="0"/>
            <wp:wrapSquare wrapText="bothSides"/>
            <wp:docPr id="1952229058" name="Рисунок 1952229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672124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4445</wp:posOffset>
            </wp:positionV>
            <wp:extent cx="1543050" cy="152400"/>
            <wp:effectExtent l="0" t="0" r="0" b="0"/>
            <wp:wrapNone/>
            <wp:docPr id="430302324" name="Рисунок 43030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191589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175260</wp:posOffset>
            </wp:positionV>
            <wp:extent cx="3190240" cy="1139825"/>
            <wp:effectExtent l="0" t="0" r="0" b="0"/>
            <wp:wrapSquare wrapText="bothSides"/>
            <wp:docPr id="889489917" name="Рисунок 8894899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702"/>
                    <a:stretch/>
                  </pic:blipFill>
                  <pic:spPr bwMode="auto">
                    <a:xfrm>
                      <a:off x="0" y="0"/>
                      <a:ext cx="3190240" cy="113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257279" cy="744220"/>
            <wp:effectExtent l="0" t="0" r="0" b="0"/>
            <wp:docPr id="547490271" name="Рисунок 54749027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63"/>
                    <a:srcRect t="21184"/>
                    <a:stretch/>
                  </pic:blipFill>
                  <pic:spPr bwMode="auto">
                    <a:xfrm>
                      <a:off x="0" y="0"/>
                      <a:ext cx="3281713" cy="749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21169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903605</wp:posOffset>
            </wp:positionV>
            <wp:extent cx="3095625" cy="3095625"/>
            <wp:effectExtent l="0" t="0" r="0" b="0"/>
            <wp:wrapNone/>
            <wp:docPr id="1916751866" name="Рисунок 191675186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10CB" w:rsidRDefault="00EA25A3" w:rsidP="00F410CB">
      <w:pPr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3378761</wp:posOffset>
            </wp:positionH>
            <wp:positionV relativeFrom="paragraph">
              <wp:posOffset>259346</wp:posOffset>
            </wp:positionV>
            <wp:extent cx="2978785" cy="1924050"/>
            <wp:effectExtent l="0" t="0" r="0" b="0"/>
            <wp:wrapSquare wrapText="bothSides"/>
            <wp:docPr id="311572772" name="Рисунок 31157277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10CB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F410CB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F410CB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F410CB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F410CB" w:rsidRDefault="00EA25A3" w:rsidP="00F410CB">
      <w:pPr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3092790</wp:posOffset>
            </wp:positionH>
            <wp:positionV relativeFrom="paragraph">
              <wp:posOffset>2244725</wp:posOffset>
            </wp:positionV>
            <wp:extent cx="3314065" cy="2086610"/>
            <wp:effectExtent l="0" t="0" r="0" b="0"/>
            <wp:wrapSquare wrapText="bothSides"/>
            <wp:docPr id="146551996" name="Рисунок 14655199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243"/>
                    <a:stretch/>
                  </pic:blipFill>
                  <pic:spPr bwMode="auto">
                    <a:xfrm>
                      <a:off x="0" y="0"/>
                      <a:ext cx="3314065" cy="208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410CB">
        <w:rPr>
          <w:rFonts w:ascii="Times New Roman" w:hAnsi="Times New Roman"/>
          <w:b/>
          <w:iCs/>
          <w:color w:val="000000"/>
          <w:sz w:val="24"/>
          <w:szCs w:val="24"/>
        </w:rPr>
        <w:br w:type="page"/>
      </w:r>
    </w:p>
    <w:p w:rsidR="00F410CB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-62230</wp:posOffset>
            </wp:positionV>
            <wp:extent cx="1800476" cy="152421"/>
            <wp:effectExtent l="0" t="0" r="0" b="0"/>
            <wp:wrapNone/>
            <wp:docPr id="121358822" name="Рисунок 121358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34709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476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252095</wp:posOffset>
            </wp:positionV>
            <wp:extent cx="2819400" cy="2475230"/>
            <wp:effectExtent l="0" t="0" r="0" b="0"/>
            <wp:wrapSquare wrapText="bothSides"/>
            <wp:docPr id="1152038789" name="Рисунок 115203878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478"/>
                    <a:stretch/>
                  </pic:blipFill>
                  <pic:spPr bwMode="auto">
                    <a:xfrm>
                      <a:off x="0" y="0"/>
                      <a:ext cx="2819400" cy="247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-176530</wp:posOffset>
            </wp:positionV>
            <wp:extent cx="1657581" cy="161948"/>
            <wp:effectExtent l="0" t="0" r="0" b="0"/>
            <wp:wrapSquare wrapText="bothSides"/>
            <wp:docPr id="1666077654" name="Рисунок 1666077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8395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58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33020</wp:posOffset>
            </wp:positionV>
            <wp:extent cx="2876550" cy="1836420"/>
            <wp:effectExtent l="0" t="0" r="0" b="0"/>
            <wp:wrapSquare wrapText="bothSides"/>
            <wp:docPr id="1021613697" name="Рисунок 1021613697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Рисунок 137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218"/>
                    <a:stretch/>
                  </pic:blipFill>
                  <pic:spPr bwMode="auto">
                    <a:xfrm>
                      <a:off x="0" y="0"/>
                      <a:ext cx="2876550" cy="183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3764280</wp:posOffset>
            </wp:positionV>
            <wp:extent cx="2898140" cy="2457450"/>
            <wp:effectExtent l="0" t="0" r="0" b="0"/>
            <wp:wrapSquare wrapText="bothSides"/>
            <wp:docPr id="1909179647" name="Рисунок 1909179647" descr="Изображение выглядит как текст, линия, диаграмма, Граф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371038" name="Рисунок 1085371038" descr="Изображение выглядит как текст, линия, диаграмма, График&#10;&#10;Автоматически созданное описание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0343"/>
                    <a:stretch/>
                  </pic:blipFill>
                  <pic:spPr bwMode="auto">
                    <a:xfrm>
                      <a:off x="0" y="0"/>
                      <a:ext cx="289814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222918</wp:posOffset>
            </wp:positionH>
            <wp:positionV relativeFrom="paragraph">
              <wp:posOffset>1938655</wp:posOffset>
            </wp:positionV>
            <wp:extent cx="3190875" cy="1823467"/>
            <wp:effectExtent l="0" t="0" r="0" b="0"/>
            <wp:wrapSquare wrapText="bothSides"/>
            <wp:docPr id="43948320" name="Рисунок 43948320" descr="Изображение выглядит как текст, линия, диаграмма, Граф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Рисунок 138" descr="Изображение выглядит как текст, линия, диаграмма, График&#10;&#10;Автоматически созданное описание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9793"/>
                    <a:stretch/>
                  </pic:blipFill>
                  <pic:spPr bwMode="auto">
                    <a:xfrm>
                      <a:off x="0" y="0"/>
                      <a:ext cx="3190875" cy="1823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410CB" w:rsidRDefault="00F410CB" w:rsidP="00F410CB">
      <w:pPr>
        <w:contextualSpacing/>
        <w:rPr>
          <w:rFonts w:ascii="Times New Roman" w:hAnsi="Times New Roman"/>
          <w:b/>
          <w:iCs/>
          <w:noProof/>
          <w:color w:val="000000"/>
          <w:sz w:val="24"/>
          <w:szCs w:val="24"/>
        </w:rPr>
      </w:pPr>
    </w:p>
    <w:p w:rsidR="00F410CB" w:rsidRPr="00DE218D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71120</wp:posOffset>
            </wp:positionV>
            <wp:extent cx="3000375" cy="864870"/>
            <wp:effectExtent l="0" t="0" r="0" b="0"/>
            <wp:wrapSquare wrapText="bothSides"/>
            <wp:docPr id="2121494568" name="Рисунок 212149456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Pr="0012640B" w:rsidRDefault="00F410CB" w:rsidP="00F410CB">
      <w:pPr>
        <w:rPr>
          <w:lang w:val="ru-RU"/>
        </w:rPr>
      </w:pPr>
    </w:p>
    <w:p w:rsidR="00F410CB" w:rsidRPr="0012640B" w:rsidRDefault="00F410CB" w:rsidP="00F410CB">
      <w:pPr>
        <w:spacing w:after="0"/>
        <w:ind w:left="120"/>
        <w:rPr>
          <w:lang w:val="ru-RU"/>
        </w:rPr>
      </w:pPr>
    </w:p>
    <w:p w:rsidR="00F410CB" w:rsidRDefault="00F410CB">
      <w:r>
        <w:br w:type="page"/>
      </w:r>
    </w:p>
    <w:p w:rsidR="00F410CB" w:rsidRPr="002E2D7F" w:rsidRDefault="00EA25A3" w:rsidP="00F410CB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="00F410CB">
        <w:rPr>
          <w:rFonts w:ascii="Times New Roman" w:hAnsi="Times New Roman"/>
          <w:b/>
          <w:color w:val="000000"/>
          <w:sz w:val="28"/>
          <w:lang w:val="ru-RU"/>
        </w:rPr>
        <w:t>ПОУРОЧНОЕ ПЛАНИРОВАНИЕ</w:t>
      </w:r>
    </w:p>
    <w:p w:rsidR="00F410CB" w:rsidRPr="0078507B" w:rsidRDefault="00F410CB" w:rsidP="00F410C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E14A7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8507B">
        <w:rPr>
          <w:rFonts w:ascii="Times New Roman" w:hAnsi="Times New Roman"/>
          <w:b/>
          <w:color w:val="000000"/>
          <w:sz w:val="28"/>
          <w:lang w:val="ru-RU"/>
        </w:rPr>
        <w:t xml:space="preserve">6 </w:t>
      </w:r>
      <w:r w:rsidR="00EA25A3">
        <w:rPr>
          <w:rFonts w:ascii="Times New Roman" w:hAnsi="Times New Roman"/>
          <w:b/>
          <w:color w:val="000000"/>
          <w:sz w:val="28"/>
          <w:lang w:val="ru-RU"/>
        </w:rPr>
        <w:t xml:space="preserve">«Д» </w:t>
      </w:r>
      <w:r w:rsidRPr="0078507B">
        <w:rPr>
          <w:rFonts w:ascii="Times New Roman" w:hAnsi="Times New Roman"/>
          <w:b/>
          <w:color w:val="000000"/>
          <w:sz w:val="28"/>
          <w:lang w:val="ru-RU"/>
        </w:rPr>
        <w:t xml:space="preserve">КЛАСС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</w:t>
      </w:r>
      <w:r w:rsidR="00743864">
        <w:rPr>
          <w:rFonts w:ascii="Times New Roman" w:hAnsi="Times New Roman"/>
          <w:b/>
          <w:color w:val="000000"/>
          <w:sz w:val="28"/>
          <w:lang w:val="ru-RU"/>
        </w:rPr>
        <w:t xml:space="preserve">         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Учитель </w:t>
      </w:r>
      <w:r w:rsidR="00743864">
        <w:rPr>
          <w:rFonts w:ascii="Times New Roman" w:hAnsi="Times New Roman"/>
          <w:b/>
          <w:color w:val="000000"/>
          <w:sz w:val="28"/>
          <w:lang w:val="ru-RU"/>
        </w:rPr>
        <w:t>Пицель Татьяна Федоровна</w:t>
      </w:r>
    </w:p>
    <w:tbl>
      <w:tblPr>
        <w:tblStyle w:val="TableNormal1"/>
        <w:tblW w:w="9923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5103"/>
        <w:gridCol w:w="1559"/>
        <w:gridCol w:w="1559"/>
        <w:gridCol w:w="993"/>
      </w:tblGrid>
      <w:tr w:rsidR="00F410CB" w:rsidRPr="007B1C5C" w:rsidTr="008B1FCB">
        <w:trPr>
          <w:trHeight w:val="1147"/>
          <w:tblHeader/>
        </w:trPr>
        <w:tc>
          <w:tcPr>
            <w:tcW w:w="709" w:type="dxa"/>
            <w:vAlign w:val="center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№ урока</w:t>
            </w:r>
          </w:p>
        </w:tc>
        <w:tc>
          <w:tcPr>
            <w:tcW w:w="5103" w:type="dxa"/>
            <w:vAlign w:val="center"/>
          </w:tcPr>
          <w:p w:rsidR="00F410CB" w:rsidRPr="007B1C5C" w:rsidRDefault="00F410CB" w:rsidP="008B1FCB">
            <w:pPr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Наименование разделов и тем</w:t>
            </w:r>
          </w:p>
        </w:tc>
        <w:tc>
          <w:tcPr>
            <w:tcW w:w="1559" w:type="dxa"/>
            <w:vAlign w:val="center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Плановые сроки прохождения программы</w:t>
            </w:r>
          </w:p>
        </w:tc>
        <w:tc>
          <w:tcPr>
            <w:tcW w:w="1559" w:type="dxa"/>
            <w:vAlign w:val="center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Фактические сроки и/или коррекция</w:t>
            </w:r>
          </w:p>
        </w:tc>
        <w:tc>
          <w:tcPr>
            <w:tcW w:w="993" w:type="dxa"/>
            <w:vAlign w:val="center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Примечание</w:t>
            </w:r>
          </w:p>
        </w:tc>
      </w:tr>
      <w:tr w:rsidR="00F410CB" w:rsidRPr="007B1C5C" w:rsidTr="008B1FCB">
        <w:trPr>
          <w:trHeight w:val="299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8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Раздел 1. Натуральные числа (</w:t>
            </w:r>
            <w:r w:rsidRPr="007B1C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23</w:t>
            </w:r>
            <w:r w:rsidRPr="007B1C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ч.)</w:t>
            </w: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курса 5 класса. Натуральные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2E2D7F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Повторение курса 5 класса. Обыкновенные дроби 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2E2D7F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</w:t>
            </w:r>
          </w:p>
        </w:tc>
        <w:tc>
          <w:tcPr>
            <w:tcW w:w="5103" w:type="dxa"/>
            <w:shd w:val="clear" w:color="auto" w:fill="auto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Повторение курса 5 класса. Десятичные дроби 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95F86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</w:t>
            </w:r>
          </w:p>
        </w:tc>
        <w:tc>
          <w:tcPr>
            <w:tcW w:w="5103" w:type="dxa"/>
            <w:shd w:val="clear" w:color="auto" w:fill="auto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курса 5 класса. Геометрические фигуры.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Виды треугольников.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</w:t>
            </w:r>
          </w:p>
        </w:tc>
        <w:tc>
          <w:tcPr>
            <w:tcW w:w="5103" w:type="dxa"/>
            <w:shd w:val="clear" w:color="auto" w:fill="auto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Среднее арифметическое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</w:t>
            </w:r>
          </w:p>
        </w:tc>
        <w:tc>
          <w:tcPr>
            <w:tcW w:w="5103" w:type="dxa"/>
            <w:shd w:val="clear" w:color="auto" w:fill="auto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Среднее арифметическое 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</w:t>
            </w:r>
          </w:p>
        </w:tc>
        <w:tc>
          <w:tcPr>
            <w:tcW w:w="5103" w:type="dxa"/>
            <w:shd w:val="clear" w:color="auto" w:fill="auto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Среднее арифметическое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. Решение задач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</w:t>
            </w:r>
          </w:p>
        </w:tc>
        <w:tc>
          <w:tcPr>
            <w:tcW w:w="5103" w:type="dxa"/>
            <w:vAlign w:val="center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</w:t>
            </w:r>
          </w:p>
        </w:tc>
        <w:tc>
          <w:tcPr>
            <w:tcW w:w="5103" w:type="dxa"/>
            <w:vAlign w:val="center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</w:t>
            </w:r>
          </w:p>
        </w:tc>
        <w:tc>
          <w:tcPr>
            <w:tcW w:w="5103" w:type="dxa"/>
            <w:vAlign w:val="center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</w:t>
            </w:r>
          </w:p>
        </w:tc>
        <w:tc>
          <w:tcPr>
            <w:tcW w:w="5103" w:type="dxa"/>
            <w:vAlign w:val="center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</w:t>
            </w:r>
          </w:p>
        </w:tc>
        <w:tc>
          <w:tcPr>
            <w:tcW w:w="5103" w:type="dxa"/>
            <w:vAlign w:val="center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Делители и кратные,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Признаки деления на 10.5,2,9,3.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Делимость суммы и произвед</w:t>
            </w: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Простые и составные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Наибольший общий делитель.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Взаимно простые числа.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Алгоритм нахождения НОД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на нахождение НОД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Наименьшее общее кратное натуральных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Алгоритм нахождения НОК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на нахождение НОК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55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1244D1" w:rsidTr="008B1FCB">
        <w:trPr>
          <w:trHeight w:val="284"/>
        </w:trPr>
        <w:tc>
          <w:tcPr>
            <w:tcW w:w="709" w:type="dxa"/>
            <w:shd w:val="clear" w:color="auto" w:fill="DEEAF6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23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Контрольная работа №1 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8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2. Дроби (</w:t>
            </w: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41</w:t>
            </w: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ч.)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Основное свойство дроби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Сокращение дробей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Сокращение дробей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567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 w:right="892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Приведение дробей к общему знаменателю.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Сравнение дробей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Сложение и вычитание дробей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примеров на сложение и вычитания дробей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30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Действие сложения и вычитания смешанных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Дробные выражен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и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примеров на действия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сложения и вычитания смешанных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shd w:val="clear" w:color="auto" w:fill="DEEAF6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34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№2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Умножение дробей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Действие умножения смешанных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Решение примеров на действие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у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множения смешанных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B616F7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Нахождение дроби от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Нахождение дроби от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Деление дробей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примеров на действие деления смешанных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текстовых задач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текстовых задач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95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 w:right="4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Нахождение числа по значению его дроби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72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 w:right="4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Нахождение числа по значению его дроби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567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 w:right="50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Преобразование обыкновенных дробей десятичные. Бесконечные периодические десятичные дроби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567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 w:right="3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 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  <w:shd w:val="clear" w:color="auto" w:fill="DEEAF6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50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 xml:space="preserve">Контрольная работа № 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3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Отношения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Отношения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Пропорции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tcBorders>
              <w:top w:val="nil"/>
            </w:tcBorders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54</w:t>
            </w:r>
          </w:p>
        </w:tc>
        <w:tc>
          <w:tcPr>
            <w:tcW w:w="5103" w:type="dxa"/>
            <w:tcBorders>
              <w:top w:val="nil"/>
            </w:tcBorders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Пропорции</w:t>
            </w:r>
          </w:p>
        </w:tc>
        <w:tc>
          <w:tcPr>
            <w:tcW w:w="1559" w:type="dxa"/>
            <w:tcBorders>
              <w:top w:val="nil"/>
            </w:tcBorders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Пропорции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Пропорции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Процентное отношение двух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Процентное отношение двух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Процентное отношение двух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567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 w:right="109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Прямая и обратная пропорциональные зависимости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567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 w:right="109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Прямая и обратная пропорциональные зависимости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Деление числа в данном отношении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Повторение и систематизация учебного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материала</w:t>
            </w:r>
          </w:p>
        </w:tc>
        <w:tc>
          <w:tcPr>
            <w:tcW w:w="1559" w:type="dxa"/>
          </w:tcPr>
          <w:p w:rsidR="00F410CB" w:rsidRPr="001244D1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1244D1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1244D1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1244D1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64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Контрольная работа №</w:t>
            </w: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4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8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Раздел 3 Наглядная геометрия</w:t>
            </w:r>
            <w:proofErr w:type="gramStart"/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 xml:space="preserve"> .</w:t>
            </w:r>
            <w:proofErr w:type="gramEnd"/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Фигуры на плоскости. (10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.</w:t>
            </w:r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Окружность и круг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Длина окружности. Площадь круга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Длина окружности. Площадь круга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99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Площадь фигур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99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 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1244D1" w:rsidTr="008B1FCB">
        <w:trPr>
          <w:trHeight w:val="299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Контрольная работа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№5 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301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11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4 Положительные и отрицательные числа (44 ч.)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Положи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т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ельные и отрицательные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Положительные и отрицательные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Координатная прямая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Координатная прямая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Координатная прямая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Целые числа. Рациональные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Целые числа. Рациональные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Модуль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Модуль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Модуль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Сравнение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Сравнение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301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Сравнение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 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shd w:val="clear" w:color="auto" w:fill="DEEAF6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89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6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Сложение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Сложение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Сложение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Сложение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7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Свойства сложения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60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Свойства сложения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Вычитание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Вычитание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Вычитание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Вычитание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100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 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shd w:val="clear" w:color="auto" w:fill="DEEAF6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101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7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Умножение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Умножение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Умножение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Умножение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567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Переместительное и сочетательное свойство умножения рациональных чисел.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Коэффициент.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567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Переместительное и сочетательное свойство умножения рациональных чисел.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Коэффициент.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567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Переместительное и сочетательное свойство умножения рациональных чисел.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Коэффициент.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17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21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11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01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05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Деление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Деление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Деление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 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shd w:val="clear" w:color="auto" w:fill="DEEAF6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118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8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301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11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Раздел 5 Выражения с буквами (10 ч.)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с помощью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с помощью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с помощью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с помощью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с помощью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shd w:val="clear" w:color="auto" w:fill="DEEAF6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128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9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301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11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6. Наглядная геометрия.  Прямые на плоскости (6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ч.)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Перпендикулярные прямые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Перпендикулярные прямые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Перпендикулярные прямые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Параллельные прямые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Параллельные прямые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9923" w:type="dxa"/>
            <w:gridSpan w:val="5"/>
          </w:tcPr>
          <w:p w:rsidR="00F410CB" w:rsidRPr="007B1C5C" w:rsidRDefault="00F410CB" w:rsidP="008B1FCB">
            <w:pPr>
              <w:spacing w:before="11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Раздел 7. Наглядная геометрия.  Симметрия (4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ч.)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Осевая и центральная симметрии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Осевая и центральная симметрии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Построение симмет</w:t>
            </w: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Pr="007B1C5C">
              <w:rPr>
                <w:rFonts w:ascii="Times New Roman" w:hAnsi="Times New Roman"/>
                <w:color w:val="000000"/>
                <w:sz w:val="24"/>
              </w:rPr>
              <w:t>ичных фигур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</w:t>
            </w: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Осевая симметрия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301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11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8. Представление данных. Координатная плоскость (8 ч.)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Координатная плоскость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tcBorders>
              <w:top w:val="nil"/>
            </w:tcBorders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140</w:t>
            </w:r>
          </w:p>
        </w:tc>
        <w:tc>
          <w:tcPr>
            <w:tcW w:w="5103" w:type="dxa"/>
            <w:tcBorders>
              <w:top w:val="nil"/>
            </w:tcBorders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Координатная плоскость</w:t>
            </w:r>
          </w:p>
        </w:tc>
        <w:tc>
          <w:tcPr>
            <w:tcW w:w="1559" w:type="dxa"/>
            <w:tcBorders>
              <w:top w:val="nil"/>
            </w:tcBorders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Графики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Графики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60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Диаграммы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68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Диаграммы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567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shd w:val="clear" w:color="auto" w:fill="DEEAF6"/>
          </w:tcPr>
          <w:p w:rsidR="00F410CB" w:rsidRPr="00E93BA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146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 1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0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460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8"/>
              <w:ind w:left="141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3"/>
                <w:szCs w:val="23"/>
                <w:lang w:val="ru-RU"/>
              </w:rPr>
              <w:t>Раздел 9. Наглядная геометрия. Фигуры в пространстве. (7</w:t>
            </w:r>
            <w:r>
              <w:rPr>
                <w:rFonts w:ascii="Times New Roman" w:eastAsia="Times New Roman" w:hAnsi="Times New Roman" w:cs="Times New Roman"/>
                <w:b/>
                <w:iCs/>
                <w:sz w:val="23"/>
                <w:szCs w:val="23"/>
                <w:lang w:val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3"/>
                <w:szCs w:val="23"/>
                <w:lang w:val="ru-RU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iCs/>
                <w:sz w:val="23"/>
                <w:szCs w:val="23"/>
                <w:lang w:val="ru-RU"/>
              </w:rPr>
              <w:t>.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3"/>
                <w:szCs w:val="23"/>
                <w:lang w:val="ru-RU"/>
              </w:rPr>
              <w:t>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Цилиндр.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К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онус.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Ш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ар.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51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73"/>
        </w:trPr>
        <w:tc>
          <w:tcPr>
            <w:tcW w:w="9923" w:type="dxa"/>
            <w:gridSpan w:val="5"/>
            <w:shd w:val="clear" w:color="auto" w:fill="D9D9D9" w:themeFill="background1" w:themeFillShade="D9"/>
          </w:tcPr>
          <w:p w:rsidR="00F410CB" w:rsidRPr="00F410CB" w:rsidRDefault="00F410CB" w:rsidP="008B1FCB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  <w:lang w:val="ru-RU" w:bidi="ru-RU"/>
              </w:rPr>
            </w:pPr>
            <w:r w:rsidRPr="00F410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  <w:lang w:val="ru-RU" w:bidi="ru-RU"/>
              </w:rPr>
              <w:t>Раздел 10.</w:t>
            </w:r>
            <w:r w:rsidRPr="00F410CB">
              <w:rPr>
                <w:rFonts w:ascii="Times New Roman" w:hAnsi="Times New Roman"/>
                <w:b/>
                <w:bCs/>
                <w:color w:val="000000"/>
                <w:sz w:val="24"/>
                <w:highlight w:val="lightGray"/>
                <w:lang w:val="ru-RU"/>
              </w:rPr>
              <w:t xml:space="preserve"> Повторение, обобщение, систематизация</w:t>
            </w:r>
            <w:r w:rsidRPr="00F410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  <w:lang w:val="ru-RU" w:bidi="ru-RU"/>
              </w:rPr>
              <w:t xml:space="preserve"> (17 ч.)</w:t>
            </w: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Итоговая контрольная №11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167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Итоговый урок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170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Итоговый урок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</w:tbl>
    <w:p w:rsidR="00F410CB" w:rsidRDefault="00F410CB" w:rsidP="00F410CB">
      <w:pPr>
        <w:pStyle w:val="af0"/>
        <w:rPr>
          <w:rFonts w:ascii="Times New Roman" w:hAnsi="Times New Roman"/>
          <w:b w:val="0"/>
          <w:color w:val="000000"/>
          <w:sz w:val="28"/>
        </w:rPr>
      </w:pPr>
    </w:p>
    <w:p w:rsidR="00F410CB" w:rsidRDefault="00F410CB" w:rsidP="00F410CB">
      <w:pPr>
        <w:rPr>
          <w:rFonts w:ascii="Times New Roman" w:hAnsi="Times New Roman"/>
          <w:bCs/>
          <w:color w:val="000000"/>
          <w:sz w:val="28"/>
          <w:szCs w:val="18"/>
        </w:rPr>
      </w:pPr>
      <w:r>
        <w:rPr>
          <w:rFonts w:ascii="Times New Roman" w:hAnsi="Times New Roman"/>
          <w:b/>
          <w:color w:val="000000"/>
          <w:sz w:val="28"/>
        </w:rPr>
        <w:br w:type="page"/>
      </w:r>
    </w:p>
    <w:p w:rsidR="00F410CB" w:rsidRPr="00E02E20" w:rsidRDefault="00F410CB" w:rsidP="00F410CB">
      <w:pPr>
        <w:spacing w:after="0"/>
        <w:ind w:left="120"/>
        <w:rPr>
          <w:lang w:val="ru-RU"/>
        </w:rPr>
      </w:pPr>
      <w:r w:rsidRPr="00E02E20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F410CB" w:rsidRPr="00E02E20" w:rsidRDefault="00F410CB" w:rsidP="00F410CB">
      <w:pPr>
        <w:spacing w:after="0" w:line="480" w:lineRule="auto"/>
        <w:ind w:left="120"/>
        <w:rPr>
          <w:lang w:val="ru-RU"/>
        </w:rPr>
      </w:pPr>
      <w:r w:rsidRPr="00E02E20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F410CB" w:rsidRPr="000066E9" w:rsidRDefault="00F410CB" w:rsidP="00F410CB">
      <w:pPr>
        <w:pStyle w:val="af5"/>
        <w:numPr>
          <w:ilvl w:val="0"/>
          <w:numId w:val="16"/>
        </w:numPr>
        <w:spacing w:after="0" w:line="0" w:lineRule="atLeast"/>
        <w:jc w:val="both"/>
        <w:rPr>
          <w:rFonts w:ascii="Times New Roman" w:eastAsia="Times New Roman" w:hAnsi="Times New Roman" w:cs="Arial"/>
          <w:sz w:val="20"/>
          <w:szCs w:val="20"/>
          <w:lang w:val="ru-RU" w:eastAsia="ru-RU"/>
        </w:rPr>
      </w:pPr>
      <w:r w:rsidRPr="000066E9">
        <w:rPr>
          <w:rFonts w:ascii="Times New Roman" w:hAnsi="Times New Roman"/>
          <w:color w:val="000000"/>
          <w:sz w:val="28"/>
          <w:lang w:val="ru-RU"/>
        </w:rPr>
        <w:t>​‌‌​</w:t>
      </w: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</w:t>
      </w:r>
      <w:proofErr w:type="gramStart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Мерзляк</w:t>
      </w:r>
      <w:proofErr w:type="gramEnd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А.Г., Полонский В.Б., Якир М.С.; под редакцией Подольского В.Е., Математика, Общество с ограниченной ответственностью "Издательский центр ВЕНТАНА-ГРАФ"</w:t>
      </w:r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>, 2018-2020</w:t>
      </w: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; Акционерное общество "Издательство Просвещение"</w:t>
      </w:r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>, 2021</w:t>
      </w: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.</w:t>
      </w:r>
    </w:p>
    <w:p w:rsidR="00F410CB" w:rsidRPr="00E02E20" w:rsidRDefault="00F410CB" w:rsidP="00F410CB">
      <w:pPr>
        <w:spacing w:after="0" w:line="480" w:lineRule="auto"/>
        <w:ind w:left="120"/>
        <w:rPr>
          <w:lang w:val="ru-RU"/>
        </w:rPr>
      </w:pPr>
      <w:r w:rsidRPr="00E02E20">
        <w:rPr>
          <w:rFonts w:ascii="Times New Roman" w:hAnsi="Times New Roman"/>
          <w:color w:val="000000"/>
          <w:sz w:val="28"/>
          <w:lang w:val="ru-RU"/>
        </w:rPr>
        <w:t>‌‌​</w:t>
      </w:r>
    </w:p>
    <w:p w:rsidR="00F410CB" w:rsidRPr="00E02E20" w:rsidRDefault="00F410CB" w:rsidP="00F410CB">
      <w:pPr>
        <w:spacing w:after="0" w:line="480" w:lineRule="auto"/>
        <w:ind w:left="120"/>
        <w:rPr>
          <w:lang w:val="ru-RU"/>
        </w:rPr>
      </w:pPr>
      <w:r w:rsidRPr="00E02E2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410CB" w:rsidRPr="000066E9" w:rsidRDefault="00F410CB" w:rsidP="00F410CB">
      <w:pPr>
        <w:pStyle w:val="af5"/>
        <w:numPr>
          <w:ilvl w:val="0"/>
          <w:numId w:val="17"/>
        </w:numPr>
        <w:spacing w:after="0" w:line="0" w:lineRule="atLeast"/>
        <w:jc w:val="both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  <w:r w:rsidRPr="000066E9">
        <w:rPr>
          <w:rFonts w:ascii="Times New Roman" w:hAnsi="Times New Roman"/>
          <w:color w:val="000000"/>
          <w:sz w:val="28"/>
          <w:lang w:val="ru-RU"/>
        </w:rPr>
        <w:t>​‌‌​</w:t>
      </w: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Математика: 6 класс: дидактические материалы: пособие для учащихся общеобразовательных организаций / А.Г. </w:t>
      </w:r>
      <w:proofErr w:type="gramStart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Мерзляк</w:t>
      </w:r>
      <w:proofErr w:type="gramEnd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, В.Б. Полонский, Е.М. Рабинович, М.С. Якир. — М.: Вентана-Граф, 2018. </w:t>
      </w:r>
    </w:p>
    <w:p w:rsidR="00F410CB" w:rsidRDefault="00F410CB" w:rsidP="00F410CB">
      <w:pPr>
        <w:pStyle w:val="af5"/>
        <w:numPr>
          <w:ilvl w:val="0"/>
          <w:numId w:val="17"/>
        </w:numPr>
        <w:spacing w:after="0" w:line="0" w:lineRule="atLeast"/>
        <w:jc w:val="both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Математика: 6 класс: методическое пособие / А.Г. </w:t>
      </w:r>
      <w:proofErr w:type="gramStart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Мерзляк</w:t>
      </w:r>
      <w:proofErr w:type="gramEnd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, В.Б. Полонский, М.С. Якир. — М.: Вентана-Граф, 2018.</w:t>
      </w:r>
    </w:p>
    <w:p w:rsidR="00F410CB" w:rsidRPr="000066E9" w:rsidRDefault="00F410CB" w:rsidP="00F410CB">
      <w:pPr>
        <w:pStyle w:val="af5"/>
        <w:numPr>
          <w:ilvl w:val="0"/>
          <w:numId w:val="17"/>
        </w:numPr>
        <w:spacing w:after="0" w:line="0" w:lineRule="atLeast"/>
        <w:jc w:val="both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>Рабочая тетрадь по математике. В двух частях.6 класс</w:t>
      </w:r>
      <w:proofErr w:type="gramStart"/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:</w:t>
      </w:r>
      <w:proofErr w:type="gramEnd"/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к учебнику Виленкина и др. «Математика. 6 класс» / Т.М. Ерина – 26-е изд., перераб. и доп. – М: Издательство «Экзамен», 2024</w:t>
      </w:r>
    </w:p>
    <w:p w:rsidR="00F410CB" w:rsidRPr="00E02E20" w:rsidRDefault="00F410CB" w:rsidP="00F410CB">
      <w:pPr>
        <w:spacing w:after="0" w:line="480" w:lineRule="auto"/>
        <w:ind w:left="120"/>
        <w:rPr>
          <w:lang w:val="ru-RU"/>
        </w:rPr>
      </w:pPr>
    </w:p>
    <w:p w:rsidR="00F410CB" w:rsidRPr="00E02E20" w:rsidRDefault="00F410CB" w:rsidP="00F410CB">
      <w:pPr>
        <w:spacing w:after="0"/>
        <w:ind w:left="120"/>
        <w:rPr>
          <w:lang w:val="ru-RU"/>
        </w:rPr>
      </w:pPr>
    </w:p>
    <w:p w:rsidR="00F410CB" w:rsidRPr="000066E9" w:rsidRDefault="00F410CB" w:rsidP="00F410CB">
      <w:pPr>
        <w:spacing w:after="0" w:line="480" w:lineRule="auto"/>
        <w:ind w:left="120"/>
        <w:rPr>
          <w:lang w:val="ru-RU"/>
        </w:rPr>
      </w:pPr>
      <w:r w:rsidRPr="00EF024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</w:t>
      </w:r>
    </w:p>
    <w:p w:rsidR="00F410CB" w:rsidRDefault="00D31AF3" w:rsidP="00F410CB">
      <w:pPr>
        <w:spacing w:after="0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  <w:hyperlink r:id="rId75" w:history="1">
        <w:r w:rsidR="00F410CB" w:rsidRPr="00A51FA2">
          <w:rPr>
            <w:rStyle w:val="ae"/>
            <w:rFonts w:ascii="Times New Roman" w:eastAsia="Times New Roman" w:hAnsi="Times New Roman" w:cs="Arial"/>
            <w:sz w:val="24"/>
            <w:szCs w:val="20"/>
            <w:lang w:val="ru-RU" w:eastAsia="ru-RU"/>
          </w:rPr>
          <w:t>https://resh.edu.ru/subject/12/6/</w:t>
        </w:r>
      </w:hyperlink>
    </w:p>
    <w:p w:rsidR="00F410CB" w:rsidRDefault="00F410CB" w:rsidP="00F410CB">
      <w:pPr>
        <w:spacing w:after="0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</w:p>
    <w:p w:rsidR="00F410CB" w:rsidRDefault="00D31AF3" w:rsidP="00F410CB">
      <w:pPr>
        <w:spacing w:after="0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  <w:hyperlink r:id="rId76" w:history="1">
        <w:r w:rsidR="00F410CB" w:rsidRPr="00A51FA2">
          <w:rPr>
            <w:rStyle w:val="ae"/>
            <w:rFonts w:ascii="Times New Roman" w:eastAsia="Times New Roman" w:hAnsi="Times New Roman" w:cs="Arial"/>
            <w:sz w:val="24"/>
            <w:szCs w:val="20"/>
            <w:lang w:val="ru-RU" w:eastAsia="ru-RU"/>
          </w:rPr>
          <w:t>https://lesson.academy-content.myschool.edu.ru/02.1/06</w:t>
        </w:r>
      </w:hyperlink>
    </w:p>
    <w:p w:rsidR="00F410CB" w:rsidRPr="0012640B" w:rsidRDefault="00F410CB" w:rsidP="00F410CB">
      <w:pPr>
        <w:pStyle w:val="af0"/>
        <w:rPr>
          <w:rFonts w:ascii="Times New Roman" w:hAnsi="Times New Roman"/>
          <w:b w:val="0"/>
          <w:color w:val="000000"/>
          <w:sz w:val="28"/>
          <w:lang w:val="ru-RU"/>
        </w:rPr>
      </w:pPr>
    </w:p>
    <w:p w:rsidR="00F410CB" w:rsidRDefault="00F410CB" w:rsidP="00F410CB">
      <w:pPr>
        <w:rPr>
          <w:lang w:val="ru-RU"/>
        </w:rPr>
      </w:pPr>
      <w:r>
        <w:rPr>
          <w:lang w:val="ru-RU"/>
        </w:rPr>
        <w:br w:type="page"/>
      </w:r>
    </w:p>
    <w:p w:rsidR="00F410CB" w:rsidRPr="000066E9" w:rsidRDefault="00F410CB" w:rsidP="00F410CB">
      <w:pPr>
        <w:spacing w:line="240" w:lineRule="auto"/>
        <w:ind w:right="-1"/>
        <w:contextualSpacing/>
        <w:jc w:val="right"/>
        <w:rPr>
          <w:rFonts w:ascii="Times New Roman" w:eastAsiaTheme="minorEastAsia" w:hAnsi="Times New Roman"/>
          <w:bCs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bCs/>
          <w:sz w:val="24"/>
          <w:szCs w:val="24"/>
          <w:lang w:val="ru-RU"/>
        </w:rPr>
        <w:lastRenderedPageBreak/>
        <w:t>ПРИЛОЖЕНИЕ №</w:t>
      </w:r>
      <w:r w:rsidRPr="000066E9">
        <w:rPr>
          <w:rFonts w:ascii="Times New Roman" w:eastAsiaTheme="minorEastAsia" w:hAnsi="Times New Roman"/>
          <w:bCs/>
          <w:sz w:val="24"/>
          <w:szCs w:val="24"/>
          <w:u w:val="single"/>
          <w:lang w:val="ru-RU"/>
        </w:rPr>
        <w:tab/>
      </w:r>
      <w:r>
        <w:rPr>
          <w:rFonts w:ascii="Times New Roman" w:eastAsiaTheme="minorEastAsia" w:hAnsi="Times New Roman"/>
          <w:bCs/>
          <w:sz w:val="24"/>
          <w:szCs w:val="24"/>
          <w:u w:val="single"/>
          <w:lang w:val="ru-RU"/>
        </w:rPr>
        <w:t xml:space="preserve"> ____</w:t>
      </w:r>
    </w:p>
    <w:p w:rsidR="00F410CB" w:rsidRPr="000066E9" w:rsidRDefault="00F410CB" w:rsidP="00F410CB">
      <w:pPr>
        <w:spacing w:line="240" w:lineRule="auto"/>
        <w:contextualSpacing/>
        <w:rPr>
          <w:rFonts w:ascii="Times New Roman" w:eastAsiaTheme="minorEastAsia" w:hAnsi="Times New Roman"/>
          <w:bCs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Cs/>
          <w:sz w:val="24"/>
          <w:szCs w:val="24"/>
          <w:lang w:val="ru-RU"/>
        </w:rPr>
        <w:t xml:space="preserve">Учитель математики: </w:t>
      </w:r>
      <w:r w:rsidR="00743864">
        <w:rPr>
          <w:rFonts w:ascii="Times New Roman" w:eastAsiaTheme="minorEastAsia" w:hAnsi="Times New Roman"/>
          <w:bCs/>
          <w:sz w:val="24"/>
          <w:szCs w:val="24"/>
          <w:lang w:val="ru-RU"/>
        </w:rPr>
        <w:t>Пицель Т.Ф</w:t>
      </w:r>
      <w:r>
        <w:rPr>
          <w:rFonts w:ascii="Times New Roman" w:eastAsiaTheme="minorEastAsia" w:hAnsi="Times New Roman"/>
          <w:bCs/>
          <w:sz w:val="24"/>
          <w:szCs w:val="24"/>
          <w:lang w:val="ru-RU"/>
        </w:rPr>
        <w:t>.</w:t>
      </w:r>
    </w:p>
    <w:p w:rsidR="00F410CB" w:rsidRPr="000066E9" w:rsidRDefault="00F410CB" w:rsidP="00F410CB">
      <w:pPr>
        <w:spacing w:line="240" w:lineRule="auto"/>
        <w:contextualSpacing/>
        <w:rPr>
          <w:rFonts w:ascii="Times New Roman" w:eastAsiaTheme="minorEastAsia" w:hAnsi="Times New Roman"/>
          <w:bCs/>
          <w:sz w:val="24"/>
          <w:szCs w:val="24"/>
          <w:u w:val="single"/>
          <w:lang w:val="ru-RU"/>
        </w:rPr>
      </w:pPr>
    </w:p>
    <w:p w:rsidR="00F410CB" w:rsidRPr="000066E9" w:rsidRDefault="00F410CB" w:rsidP="00F410CB">
      <w:pPr>
        <w:spacing w:line="240" w:lineRule="auto"/>
        <w:contextualSpacing/>
        <w:jc w:val="center"/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lang w:val="ru-RU"/>
        </w:rPr>
        <w:t>ОЦЕНОЧНЫЕ ПРОЦЕДУРЫ</w:t>
      </w:r>
    </w:p>
    <w:p w:rsidR="00F410CB" w:rsidRPr="000066E9" w:rsidRDefault="00F410CB" w:rsidP="00F410CB">
      <w:pPr>
        <w:spacing w:line="240" w:lineRule="auto"/>
        <w:contextualSpacing/>
        <w:jc w:val="center"/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u w:val="single"/>
          <w:lang w:val="ru-RU"/>
        </w:rPr>
      </w:pPr>
      <w:r w:rsidRPr="000066E9"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lang w:val="ru-RU"/>
        </w:rPr>
        <w:t xml:space="preserve">по предмету </w:t>
      </w:r>
      <w:r w:rsidRPr="000066E9"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u w:val="single"/>
          <w:lang w:val="ru-RU"/>
        </w:rPr>
        <w:t>МАТЕМАТИКА, 6 «</w:t>
      </w:r>
      <w:r w:rsidR="00EA25A3"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u w:val="single"/>
          <w:lang w:val="ru-RU"/>
        </w:rPr>
        <w:t>Д</w:t>
      </w:r>
      <w:r w:rsidRPr="000066E9"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u w:val="single"/>
          <w:lang w:val="ru-RU"/>
        </w:rPr>
        <w:t>» класс</w:t>
      </w:r>
    </w:p>
    <w:p w:rsidR="00F410CB" w:rsidRPr="000066E9" w:rsidRDefault="00F410CB" w:rsidP="00F410CB">
      <w:pPr>
        <w:spacing w:line="240" w:lineRule="auto"/>
        <w:contextualSpacing/>
        <w:jc w:val="center"/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lang w:val="ru-RU"/>
        </w:rPr>
      </w:pPr>
    </w:p>
    <w:tbl>
      <w:tblPr>
        <w:tblStyle w:val="16"/>
        <w:tblW w:w="10031" w:type="dxa"/>
        <w:tblLook w:val="04A0"/>
      </w:tblPr>
      <w:tblGrid>
        <w:gridCol w:w="1413"/>
        <w:gridCol w:w="2835"/>
        <w:gridCol w:w="5783"/>
      </w:tblGrid>
      <w:tr w:rsidR="00F410CB" w:rsidRPr="00743864" w:rsidTr="008B1FCB">
        <w:tc>
          <w:tcPr>
            <w:tcW w:w="10031" w:type="dxa"/>
            <w:gridSpan w:val="3"/>
          </w:tcPr>
          <w:p w:rsidR="00F410CB" w:rsidRPr="000066E9" w:rsidRDefault="00F410CB" w:rsidP="008B1FCB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График проведения для 6 «</w:t>
            </w:r>
            <w:r w:rsidR="00EA25A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Д</w:t>
            </w:r>
            <w:r w:rsidRPr="000066E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» класса</w:t>
            </w:r>
          </w:p>
        </w:tc>
      </w:tr>
      <w:tr w:rsidR="00F410CB" w:rsidRPr="000066E9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Вид оценочной работы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работы</w:t>
            </w:r>
          </w:p>
        </w:tc>
      </w:tr>
      <w:tr w:rsidR="00F410CB" w:rsidRPr="000066E9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01/10/2023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№1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C6CC5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Натуральные числа</w:t>
            </w:r>
          </w:p>
        </w:tc>
      </w:tr>
      <w:tr w:rsidR="00F410CB" w:rsidRPr="00743864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25/10/2023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№2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Сравнение, сложение и вычитание дробей</w:t>
            </w:r>
          </w:p>
        </w:tc>
      </w:tr>
      <w:tr w:rsidR="00F410CB" w:rsidRPr="000066E9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16/11/2023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№3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</w:rPr>
              <w:t>Умножение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и</w:t>
            </w:r>
            <w:r w:rsidRPr="000066E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</w:t>
            </w:r>
            <w:r w:rsidRPr="000066E9">
              <w:rPr>
                <w:rFonts w:ascii="Times New Roman" w:hAnsi="Times New Roman"/>
                <w:bCs/>
                <w:sz w:val="24"/>
                <w:szCs w:val="24"/>
              </w:rPr>
              <w:t xml:space="preserve">еление дробей </w:t>
            </w:r>
          </w:p>
        </w:tc>
      </w:tr>
      <w:tr w:rsidR="00F410CB" w:rsidRPr="00743864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13/12/2023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Отношения и пропорции. Процентное отношение двух чисел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Прямая и обратная пропорциональные зависимости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</w:tc>
      </w:tr>
      <w:tr w:rsidR="00F410CB" w:rsidRPr="000066E9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27/12/2023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0B91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Фигуры на плоскости</w:t>
            </w:r>
          </w:p>
        </w:tc>
      </w:tr>
      <w:tr w:rsidR="00F410CB" w:rsidRPr="00743864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25/01/2024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Рациональные числа. Сравнение рациональных чисел</w:t>
            </w:r>
          </w:p>
        </w:tc>
      </w:tr>
      <w:tr w:rsidR="00F410CB" w:rsidRPr="00743864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12/02/2024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Сложение и вычитание рациональных чисел</w:t>
            </w:r>
          </w:p>
        </w:tc>
      </w:tr>
      <w:tr w:rsidR="00F410CB" w:rsidRPr="00743864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13/03/2024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Умножение и деление рациональных чисел</w:t>
            </w:r>
          </w:p>
        </w:tc>
      </w:tr>
      <w:tr w:rsidR="00F410CB" w:rsidRPr="00743864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27/03/2024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Решение уравнений и решение задач с помощью уравнений</w:t>
            </w:r>
          </w:p>
        </w:tc>
      </w:tr>
      <w:tr w:rsidR="00F410CB" w:rsidRPr="000066E9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29/04/2024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Перпендикулярные и параллельные прямые. Осевая и центральная симметрии. </w:t>
            </w:r>
            <w:r w:rsidRPr="000066E9">
              <w:rPr>
                <w:rFonts w:ascii="Times New Roman" w:hAnsi="Times New Roman"/>
                <w:bCs/>
                <w:sz w:val="24"/>
                <w:szCs w:val="24"/>
              </w:rPr>
              <w:t>Координатная плоскость. Графики</w:t>
            </w:r>
          </w:p>
        </w:tc>
      </w:tr>
      <w:tr w:rsidR="00F410CB" w:rsidRPr="00743864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16/05/2024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Повторение и систематизация знаний учащихся</w:t>
            </w:r>
          </w:p>
        </w:tc>
      </w:tr>
    </w:tbl>
    <w:p w:rsidR="00F410CB" w:rsidRPr="000066E9" w:rsidRDefault="00F410CB" w:rsidP="00F410CB">
      <w:pPr>
        <w:spacing w:line="240" w:lineRule="auto"/>
        <w:ind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заданий.</w:t>
      </w:r>
    </w:p>
    <w:p w:rsidR="00F410CB" w:rsidRPr="000066E9" w:rsidRDefault="00F410CB" w:rsidP="00F410CB">
      <w:pPr>
        <w:spacing w:line="240" w:lineRule="auto"/>
        <w:ind w:right="283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 xml:space="preserve">Основой науки математика являются вычисления и построение логических рассуждений на базе знания закономерностей и взаимосвязей между объектами и величинами. </w:t>
      </w:r>
    </w:p>
    <w:p w:rsidR="00F410CB" w:rsidRPr="000066E9" w:rsidRDefault="00F410CB" w:rsidP="00F410CB">
      <w:pPr>
        <w:spacing w:line="240" w:lineRule="auto"/>
        <w:ind w:right="283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Для проверки теоретических знаний проводятся теоретические опросы/тесты, которые оцениваются с выставлением отметки «5», «4», «3», «2» или по принципу «зачет/незачет».</w:t>
      </w:r>
    </w:p>
    <w:p w:rsidR="00F410CB" w:rsidRPr="000066E9" w:rsidRDefault="00F410CB" w:rsidP="00F410CB">
      <w:pPr>
        <w:spacing w:line="240" w:lineRule="auto"/>
        <w:ind w:right="283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 xml:space="preserve">Для проверки практических и вычислительных навыков проводятся кратковременные практические (самостоятельные) работы продолжительностью не более 15-20 минут, которые также оцениваются с выставлением отметки «5», «4», «3», «2» или по принципу «зачет/незачет». </w:t>
      </w:r>
    </w:p>
    <w:p w:rsidR="00F410CB" w:rsidRPr="000066E9" w:rsidRDefault="00F410CB" w:rsidP="00F410CB">
      <w:pPr>
        <w:spacing w:line="240" w:lineRule="auto"/>
        <w:ind w:right="283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Проведение контрольных работ позволяет связать теоретический материал, изучаемый на уроках математики, с практическим использованием этих знаний. 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В результате аттестации по учебному предмету «Математика» осуществляется комплексная проверка следующих умений и знаний, а также динамика формирования общих компетенций.</w:t>
      </w:r>
    </w:p>
    <w:p w:rsidR="00F410CB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№1.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«</w:t>
      </w:r>
      <w:r w:rsidRPr="00F01872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Натуральные числа</w:t>
      </w:r>
      <w:r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</w:t>
      </w:r>
      <w:r w:rsidRPr="001244D1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Среднее арифметическое</w:t>
      </w:r>
    </w:p>
    <w:p w:rsidR="00F410CB" w:rsidRPr="00FA6AB8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</w:t>
      </w:r>
      <w:r w:rsidRPr="001244D1">
        <w:rPr>
          <w:rFonts w:ascii="Times New Roman" w:hAnsi="Times New Roman"/>
          <w:sz w:val="24"/>
          <w:lang w:val="ru-RU"/>
        </w:rPr>
        <w:t xml:space="preserve"> Понятие процента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lastRenderedPageBreak/>
        <w:t>3</w:t>
      </w:r>
      <w:r>
        <w:rPr>
          <w:lang w:val="ru-RU"/>
        </w:rPr>
        <w:t xml:space="preserve">. </w:t>
      </w:r>
      <w:r w:rsidRPr="00F01872">
        <w:rPr>
          <w:rFonts w:ascii="Times New Roman" w:eastAsiaTheme="minorEastAsia" w:hAnsi="Times New Roman"/>
          <w:sz w:val="24"/>
          <w:szCs w:val="24"/>
          <w:lang w:val="ru-RU"/>
        </w:rPr>
        <w:t>Делители и кратные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4. Простые и составные числа.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5. Наибольший общий делитель.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6. Наименьшее общее кратное.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iCs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№2.</w:t>
      </w:r>
      <w:r w:rsidRPr="000066E9">
        <w:rPr>
          <w:rFonts w:ascii="Times New Roman" w:eastAsiaTheme="minorEastAsia" w:hAnsi="Times New Roman"/>
          <w:b/>
          <w:iCs/>
          <w:sz w:val="24"/>
          <w:szCs w:val="24"/>
          <w:lang w:val="ru-RU"/>
        </w:rPr>
        <w:t xml:space="preserve"> «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Сравнение, сложение и вычитание дробей</w:t>
      </w:r>
      <w:r w:rsidRPr="000066E9">
        <w:rPr>
          <w:rFonts w:ascii="Times New Roman" w:eastAsiaTheme="minorEastAsia" w:hAnsi="Times New Roman"/>
          <w:b/>
          <w:iCs/>
          <w:sz w:val="24"/>
          <w:szCs w:val="24"/>
          <w:lang w:val="ru-RU"/>
        </w:rPr>
        <w:t>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Основное свойство дроби.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Сокращение дробей.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Приведение дробей к общему знаменателю. Сравнение дробей.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4. Сложение и вычитание дробей с разными знаменателями.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iCs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 xml:space="preserve">Контрольная работа №3. «Умножение 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и д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еление дробей»</w:t>
      </w:r>
    </w:p>
    <w:p w:rsidR="00F410CB" w:rsidRPr="000066E9" w:rsidRDefault="00F410CB" w:rsidP="00F410CB">
      <w:pPr>
        <w:spacing w:line="240" w:lineRule="auto"/>
        <w:ind w:right="284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1.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Умножение дробей.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2.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Нахождение дроби от числа.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3.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Взаимно обратные числа.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4.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Деление дробей.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5.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Нахождение числа по заданному значению его дроби.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6.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Абсолютная и относительная погрешности.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7.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Преобразование обыкновенной дроби в десятичную.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8.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Бесконечные периодические десятичные дроби.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9.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Десятичное приближение обыкновенной дроби.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6C7B2A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4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 «Отношения и пропорции. Процентное отношение двух чисел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.</w:t>
      </w:r>
      <w:r w:rsidRPr="00F01872">
        <w:rPr>
          <w:rFonts w:ascii="Times New Roman" w:eastAsiaTheme="minorEastAsia" w:hAnsi="Times New Roman"/>
          <w:b/>
          <w:sz w:val="24"/>
          <w:szCs w:val="24"/>
          <w:lang w:val="ru-RU"/>
        </w:rPr>
        <w:t xml:space="preserve"> 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Прямая и обратная пропорциональные зависимости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Отношения.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Пропорции.</w:t>
      </w:r>
    </w:p>
    <w:p w:rsidR="00F410CB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Процентное отношение двух чисел.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>4.</w:t>
      </w:r>
      <w:r w:rsidRPr="00F01872">
        <w:rPr>
          <w:rFonts w:ascii="Times New Roman" w:eastAsiaTheme="minorEastAsia" w:hAnsi="Times New Roman"/>
          <w:sz w:val="24"/>
          <w:szCs w:val="24"/>
          <w:lang w:val="ru-RU"/>
        </w:rPr>
        <w:t xml:space="preserve"> 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Прямая и обратная пропорциональные зависимости.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>5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. Деление числа в данном отношении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5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 xml:space="preserve">. 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«Фигуры на плоскости»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</w:t>
      </w:r>
      <w:r>
        <w:rPr>
          <w:rFonts w:ascii="Times New Roman" w:eastAsiaTheme="minorEastAsia" w:hAnsi="Times New Roman"/>
          <w:sz w:val="24"/>
          <w:szCs w:val="24"/>
          <w:lang w:val="ru-RU"/>
        </w:rPr>
        <w:t>.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 xml:space="preserve"> Окружность и круг.</w:t>
      </w:r>
    </w:p>
    <w:p w:rsidR="00F410CB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>2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 xml:space="preserve">. Длина окружности. </w:t>
      </w:r>
    </w:p>
    <w:p w:rsidR="00F410CB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3. 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Площадь круга</w:t>
      </w:r>
    </w:p>
    <w:p w:rsidR="00F410CB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>4. Построение треугольников по сторонам и углам</w:t>
      </w:r>
    </w:p>
    <w:p w:rsidR="00F410CB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-1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6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 xml:space="preserve"> «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Рациональные числа. Сравнение рациональных чисел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Положительные и отрицательные числа.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Координатная прямая.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Координатная прямая.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4. Модуль числа.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5. Сравнение чисел.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7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 xml:space="preserve"> «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Сложение и вычитание рациональных чисел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Сложение рациональных чисел.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lastRenderedPageBreak/>
        <w:t>2. Свойства сложения рациональных чисел.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Вычитание рациональных чисел.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8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 xml:space="preserve"> «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Умножение и деление рациональных чисел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Умножение рациональных чисел.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Переместительное и сочетательное свойства умножения рациональных чисел. Коэффициент.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Распределительное свойство умножения.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4. Деление рациональных чисел.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9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 xml:space="preserve"> «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Решение уравнений и решение задач с помощью уравнений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Решение уравнений.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Решение задач с помощью уравнений.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№1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0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 «Перпендикулярные и параллельные прямые. Осевая и центральная симметрии. Координатная плоскость. Графики»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Перпендикулярные прямые.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Осевая и центральная симметрии.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Параллельные прямые.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4. Координатная плоскость.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5. Графики.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№1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1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 «Обобщение и систематизация знаний учащихся»»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Сложение, вычитание, умножение, деление дробей.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Нахождение дроби от числа. Нахождение числа по заданному значению его дроби.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Координатная плоскость. Перпендикулярные и параллельные прямые.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4. Решение задач с помощью уравнений.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5. Решение уравнений.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142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Система оценки достижений - один из инструментов реализации требований стандарта. Контроль знаний, проводимый в процессе обучения, призван соотнести достижения обучающегося с планируемыми результатами, заложенными в образовательную программу.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ab/>
      </w:r>
    </w:p>
    <w:tbl>
      <w:tblPr>
        <w:tblStyle w:val="16"/>
        <w:tblW w:w="0" w:type="auto"/>
        <w:tblInd w:w="306" w:type="dxa"/>
        <w:tblLook w:val="04A0"/>
      </w:tblPr>
      <w:tblGrid>
        <w:gridCol w:w="1129"/>
        <w:gridCol w:w="8596"/>
      </w:tblGrid>
      <w:tr w:rsidR="00F410CB" w:rsidRPr="000066E9" w:rsidTr="008B1FCB">
        <w:tc>
          <w:tcPr>
            <w:tcW w:w="1129" w:type="dxa"/>
          </w:tcPr>
          <w:p w:rsidR="00F410CB" w:rsidRPr="000066E9" w:rsidRDefault="00F410CB" w:rsidP="008B1FCB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596" w:type="dxa"/>
          </w:tcPr>
          <w:p w:rsidR="00F410CB" w:rsidRPr="000066E9" w:rsidRDefault="00F410CB" w:rsidP="008B1FCB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оценки результатов</w:t>
            </w:r>
          </w:p>
        </w:tc>
      </w:tr>
      <w:tr w:rsidR="00F410CB" w:rsidRPr="00743864" w:rsidTr="008B1FCB">
        <w:tc>
          <w:tcPr>
            <w:tcW w:w="1129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8596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работа выполнена полностью; в логических рассуждениях и обосновании решения нет пробелов и ошибок; 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      </w:r>
          </w:p>
        </w:tc>
      </w:tr>
      <w:tr w:rsidR="00F410CB" w:rsidRPr="00743864" w:rsidTr="008B1FCB">
        <w:tc>
          <w:tcPr>
            <w:tcW w:w="1129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8596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 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</w:t>
            </w:r>
          </w:p>
        </w:tc>
      </w:tr>
      <w:tr w:rsidR="00F410CB" w:rsidRPr="00743864" w:rsidTr="008B1FCB">
        <w:tc>
          <w:tcPr>
            <w:tcW w:w="1129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8596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допущено более одной ошибки или более двух – трех недочетов в выкладках, чертежах или графиках, но учащийся обладает обязательными умениями по </w:t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lastRenderedPageBreak/>
              <w:t>проверяемой теме.</w:t>
            </w:r>
          </w:p>
        </w:tc>
      </w:tr>
      <w:tr w:rsidR="00F410CB" w:rsidRPr="00743864" w:rsidTr="008B1FCB">
        <w:tc>
          <w:tcPr>
            <w:tcW w:w="1129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«2»</w:t>
            </w:r>
          </w:p>
        </w:tc>
        <w:tc>
          <w:tcPr>
            <w:tcW w:w="8596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допущены существенные ошибки, показавшие, что учащийся не обладает обязательными умениями по данной теме в полной мере; полное незнание изученного материала, отсутствия элементарных умений и навыков.</w:t>
            </w:r>
          </w:p>
        </w:tc>
      </w:tr>
    </w:tbl>
    <w:p w:rsidR="00F410CB" w:rsidRPr="000066E9" w:rsidRDefault="00F410CB" w:rsidP="00F410C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F410CB" w:rsidRPr="000066E9" w:rsidRDefault="00F410CB" w:rsidP="00F410C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066E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Оценка за контроль ключевых компетенций обучающихся производится по пятибалльной системе. </w:t>
      </w:r>
      <w:r w:rsidRPr="000066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выполнении заданий ставится отметка, учитывая процент выполненных заданий:</w:t>
      </w:r>
    </w:p>
    <w:p w:rsidR="00F410CB" w:rsidRPr="000066E9" w:rsidRDefault="00F410CB" w:rsidP="00F410CB">
      <w:pPr>
        <w:spacing w:line="240" w:lineRule="auto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</w:p>
    <w:tbl>
      <w:tblPr>
        <w:tblStyle w:val="16"/>
        <w:tblW w:w="0" w:type="auto"/>
        <w:tblLook w:val="04A0"/>
      </w:tblPr>
      <w:tblGrid>
        <w:gridCol w:w="1205"/>
        <w:gridCol w:w="3043"/>
        <w:gridCol w:w="5783"/>
      </w:tblGrid>
      <w:tr w:rsidR="00F410CB" w:rsidRPr="00743864" w:rsidTr="008B1FCB">
        <w:tc>
          <w:tcPr>
            <w:tcW w:w="120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826" w:type="dxa"/>
            <w:gridSpan w:val="2"/>
          </w:tcPr>
          <w:p w:rsidR="00F410CB" w:rsidRPr="000066E9" w:rsidRDefault="00F410CB" w:rsidP="008B1FCB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Критерии оценки результатов работ, состоящих из заданий обязательного уровня и дополнительных заданий</w:t>
            </w:r>
          </w:p>
        </w:tc>
      </w:tr>
      <w:tr w:rsidR="00F410CB" w:rsidRPr="00743864" w:rsidTr="008B1FCB">
        <w:tc>
          <w:tcPr>
            <w:tcW w:w="120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304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не менее 85% от всей работы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выставляется за ответ, в котором обучающийся демонстрирует глубокое понимание сущности материала, логично его излагает, используя в деятельности</w:t>
            </w:r>
          </w:p>
        </w:tc>
      </w:tr>
      <w:tr w:rsidR="00F410CB" w:rsidRPr="00743864" w:rsidTr="008B1FCB">
        <w:tc>
          <w:tcPr>
            <w:tcW w:w="120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04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от 70% до 84% от всей работы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ставится за ответ, в котором содержатся небольшие неточности и незначительные ошибки</w:t>
            </w:r>
          </w:p>
        </w:tc>
      </w:tr>
      <w:tr w:rsidR="00F410CB" w:rsidRPr="00743864" w:rsidTr="008B1FCB">
        <w:tc>
          <w:tcPr>
            <w:tcW w:w="120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04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от 50% до 69% от всей работы, или все задания обязательного уровня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получают за ответ, в котором отсутствует логическая последовательность, имеются пробелы в знании материала, нет должной аргументации и умения использовать знания на практике</w:t>
            </w:r>
          </w:p>
        </w:tc>
      </w:tr>
      <w:tr w:rsidR="00F410CB" w:rsidRPr="00743864" w:rsidTr="008B1FCB">
        <w:tc>
          <w:tcPr>
            <w:tcW w:w="120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304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выполнение заданий менее 50% от общей работы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keepNext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выставляется за непонимание и незнание материала программы</w:t>
            </w:r>
          </w:p>
        </w:tc>
      </w:tr>
    </w:tbl>
    <w:p w:rsidR="00F410CB" w:rsidRPr="000066E9" w:rsidRDefault="00F410CB" w:rsidP="00F410CB">
      <w:pPr>
        <w:spacing w:line="240" w:lineRule="auto"/>
        <w:contextualSpacing/>
        <w:jc w:val="both"/>
        <w:rPr>
          <w:rFonts w:ascii="Times New Roman" w:eastAsiaTheme="minorEastAsia" w:hAnsi="Times New Roman"/>
          <w:b/>
          <w:color w:val="000000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contextualSpacing/>
        <w:jc w:val="center"/>
        <w:rPr>
          <w:rFonts w:ascii="Times New Roman" w:eastAsiaTheme="minorEastAsia" w:hAnsi="Times New Roman"/>
          <w:b/>
          <w:color w:val="000000"/>
          <w:sz w:val="24"/>
          <w:szCs w:val="24"/>
        </w:rPr>
      </w:pPr>
      <w:r w:rsidRPr="000066E9">
        <w:rPr>
          <w:rFonts w:ascii="Times New Roman" w:eastAsiaTheme="minorEastAsia" w:hAnsi="Times New Roman"/>
          <w:b/>
          <w:color w:val="000000"/>
          <w:sz w:val="24"/>
          <w:szCs w:val="24"/>
        </w:rPr>
        <w:t>Об</w:t>
      </w:r>
      <w:r w:rsidRPr="000066E9">
        <w:rPr>
          <w:rFonts w:ascii="Times New Roman" w:eastAsiaTheme="minorEastAsia" w:hAnsi="Times New Roman"/>
          <w:b/>
          <w:color w:val="000000"/>
          <w:sz w:val="24"/>
          <w:szCs w:val="24"/>
          <w:lang w:val="ru-RU"/>
        </w:rPr>
        <w:t>щ</w:t>
      </w:r>
      <w:r w:rsidRPr="000066E9">
        <w:rPr>
          <w:rFonts w:ascii="Times New Roman" w:eastAsiaTheme="minorEastAsia" w:hAnsi="Times New Roman"/>
          <w:b/>
          <w:color w:val="000000"/>
          <w:sz w:val="24"/>
          <w:szCs w:val="24"/>
        </w:rPr>
        <w:t>ая классификация ошибок.</w:t>
      </w:r>
    </w:p>
    <w:p w:rsidR="00F410CB" w:rsidRPr="000066E9" w:rsidRDefault="00F410CB" w:rsidP="00F410CB">
      <w:pPr>
        <w:spacing w:line="240" w:lineRule="auto"/>
        <w:contextualSpacing/>
        <w:jc w:val="center"/>
        <w:rPr>
          <w:rFonts w:ascii="Times New Roman" w:eastAsiaTheme="minorEastAsia" w:hAnsi="Times New Roman"/>
          <w:b/>
          <w:color w:val="000000"/>
          <w:sz w:val="24"/>
          <w:szCs w:val="24"/>
        </w:rPr>
      </w:pPr>
    </w:p>
    <w:tbl>
      <w:tblPr>
        <w:tblStyle w:val="16"/>
        <w:tblW w:w="0" w:type="auto"/>
        <w:tblLook w:val="04A0"/>
      </w:tblPr>
      <w:tblGrid>
        <w:gridCol w:w="1174"/>
        <w:gridCol w:w="8857"/>
      </w:tblGrid>
      <w:tr w:rsidR="00F410CB" w:rsidRPr="000066E9" w:rsidTr="008B1FCB">
        <w:tc>
          <w:tcPr>
            <w:tcW w:w="1174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iCs/>
                <w:sz w:val="24"/>
                <w:szCs w:val="24"/>
              </w:rPr>
              <w:t>Виды ошибок</w:t>
            </w:r>
          </w:p>
        </w:tc>
        <w:tc>
          <w:tcPr>
            <w:tcW w:w="8857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iCs/>
                <w:sz w:val="24"/>
                <w:szCs w:val="24"/>
              </w:rPr>
              <w:t>Критерии ошибок</w:t>
            </w:r>
          </w:p>
        </w:tc>
      </w:tr>
      <w:tr w:rsidR="00F410CB" w:rsidRPr="00743864" w:rsidTr="008B1FCB">
        <w:tc>
          <w:tcPr>
            <w:tcW w:w="1174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hAnsi="Times New Roman"/>
                <w:sz w:val="24"/>
                <w:szCs w:val="24"/>
              </w:rPr>
              <w:t>Грубые ошибки</w:t>
            </w:r>
          </w:p>
        </w:tc>
        <w:tc>
          <w:tcPr>
            <w:tcW w:w="8857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незнание наименований единиц измерения;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выделить в ответе главное;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применять знания, алгоритмы для решения задач;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делать выводы и обобщения;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читать и строить графики;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пользоваться первоисточниками, учебником и справочниками;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вычислительные ошибки, если они не являются опиской;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логические ошибки;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вычислительные ошибки в примерах и задачах;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ошибки на незнание порядка выполнения арифметических действий;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решение задачи (пропуск действий, неправильный выбор действий, лишнее действие);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недоведение до конца решения задачи или примера;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невыполненное задание;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неправильный выбор порядка выполнения действий в выражении;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пропуск нуля в частном при делении натуральных чисел или десятичных дробей;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неправильный выбор знака в результате выполнения действий над положительными и отрицательными числами, а так же при раскрытии скобок и при переносе слагаемых из одной части уравнения в другую;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неправильный выбор действий при решении текстовых задач;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измерение или построение угла с помощью транспортира, связанное с отсутствием умения выбирать нужную шкалу;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проведение перпендикуляра к прямой;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замена частного десятичных дробей частным целых чисел в том случае, когда в делителе после запятой меньше цифр, чем в делимом;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неверное нахождение значения функции по значению аргумента и ее графику.</w:t>
            </w:r>
          </w:p>
        </w:tc>
      </w:tr>
      <w:tr w:rsidR="00F410CB" w:rsidRPr="00743864" w:rsidTr="008B1FCB">
        <w:tc>
          <w:tcPr>
            <w:tcW w:w="1174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hAnsi="Times New Roman"/>
                <w:sz w:val="24"/>
                <w:szCs w:val="24"/>
              </w:rPr>
              <w:lastRenderedPageBreak/>
              <w:t>Негрубая ошибка</w:t>
            </w:r>
          </w:p>
        </w:tc>
        <w:tc>
          <w:tcPr>
            <w:tcW w:w="8857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второстепенными;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неточность графика;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нерациональный метод решения задачи или недостаточно продуманный план ответа (нарушение логики, подмена отдельных основных вопросов второстепенными);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нерациональные методы работы со справочной и другой литературой;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решать задачи, выполнять задания в общем виде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неправильная постановка вопроса к действию при решении задачи;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неверно сформулированный ответ задачи;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списывание данных чисел, знаков;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недоведение до конца преобразований.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неправильная ссылка на сочетательный и распределительный законы при вычислениях;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использование в отдельных случаях наименований, например, обозначение единиц длины для единиц площади и объема;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сохранение в окончательном результате при вычислениях или преобразованиях выражений неправильной дроби или сократимой дроби;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приведение алгебраических дробей не к наиболее простому общему знаменателю;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случайные погрешности в вычислениях при решении геометрических задач и выполнении тождественных преобразований.</w:t>
            </w:r>
          </w:p>
        </w:tc>
      </w:tr>
      <w:tr w:rsidR="00F410CB" w:rsidRPr="00743864" w:rsidTr="008B1FCB">
        <w:tc>
          <w:tcPr>
            <w:tcW w:w="1174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hAnsi="Times New Roman"/>
                <w:sz w:val="24"/>
                <w:szCs w:val="24"/>
              </w:rPr>
              <w:t xml:space="preserve">Недочет </w:t>
            </w:r>
          </w:p>
        </w:tc>
        <w:tc>
          <w:tcPr>
            <w:tcW w:w="8857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нерациональные приемы вычислений и преобразований; небрежное выполнение записей, чертежей, схем, графиков.</w:t>
            </w:r>
          </w:p>
        </w:tc>
      </w:tr>
    </w:tbl>
    <w:p w:rsidR="00F410CB" w:rsidRPr="000066E9" w:rsidRDefault="00F410CB" w:rsidP="00F410CB">
      <w:pPr>
        <w:spacing w:line="240" w:lineRule="auto"/>
        <w:ind w:right="686"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 xml:space="preserve">Ниже в приложении предлагаются примерные варианты контрольных работ, используемые при обучении данного класса. 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br w:type="page"/>
      </w:r>
    </w:p>
    <w:p w:rsidR="00F410CB" w:rsidRPr="001244D1" w:rsidRDefault="00F410CB" w:rsidP="00F410CB">
      <w:pPr>
        <w:spacing w:after="0"/>
        <w:rPr>
          <w:rFonts w:ascii="Times New Roman" w:hAnsi="Times New Roman"/>
          <w:b/>
          <w:iCs/>
          <w:noProof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iCs/>
          <w:noProof/>
          <w:color w:val="000000"/>
          <w:sz w:val="24"/>
          <w:szCs w:val="24"/>
          <w:lang w:val="ru-RU"/>
        </w:rPr>
        <w:lastRenderedPageBreak/>
        <w:t>Демонстрационные варианты контрольных работ</w:t>
      </w:r>
    </w:p>
    <w:p w:rsidR="00F410CB" w:rsidRPr="00C433B0" w:rsidRDefault="00F410CB" w:rsidP="00F410CB">
      <w:pPr>
        <w:jc w:val="center"/>
        <w:rPr>
          <w:rFonts w:ascii="Times New Roman" w:eastAsiaTheme="minorEastAsia" w:hAnsi="Times New Roman" w:cs="Times New Roman"/>
          <w:b/>
          <w:bCs/>
          <w:lang w:val="ru-RU"/>
        </w:rPr>
      </w:pPr>
      <w:r w:rsidRPr="00C433B0">
        <w:rPr>
          <w:rFonts w:ascii="Times New Roman" w:eastAsiaTheme="minorEastAsia" w:hAnsi="Times New Roman" w:cs="Times New Roman"/>
          <w:b/>
          <w:bCs/>
          <w:lang w:val="ru-RU"/>
        </w:rPr>
        <w:t>Контрольная работа № 1.</w:t>
      </w:r>
    </w:p>
    <w:p w:rsidR="00F410CB" w:rsidRPr="00C433B0" w:rsidRDefault="00F410CB" w:rsidP="00F410CB">
      <w:pPr>
        <w:jc w:val="center"/>
        <w:rPr>
          <w:rFonts w:ascii="Times New Roman" w:eastAsiaTheme="minorEastAsia" w:hAnsi="Times New Roman" w:cs="Times New Roman"/>
          <w:b/>
          <w:bCs/>
          <w:lang w:val="ru-RU"/>
        </w:rPr>
      </w:pPr>
      <w:r w:rsidRPr="00C433B0">
        <w:rPr>
          <w:rFonts w:ascii="Times New Roman" w:eastAsiaTheme="minorEastAsia" w:hAnsi="Times New Roman" w:cs="Times New Roman"/>
          <w:b/>
          <w:bCs/>
          <w:lang w:val="ru-RU"/>
        </w:rPr>
        <w:t>Тема. Натуральные чи</w:t>
      </w:r>
      <w:r>
        <w:rPr>
          <w:rFonts w:ascii="Times New Roman" w:eastAsiaTheme="minorEastAsia" w:hAnsi="Times New Roman" w:cs="Times New Roman"/>
          <w:b/>
          <w:bCs/>
          <w:lang w:val="ru-RU"/>
        </w:rPr>
        <w:t>с</w:t>
      </w:r>
      <w:r w:rsidRPr="00C433B0">
        <w:rPr>
          <w:rFonts w:ascii="Times New Roman" w:eastAsiaTheme="minorEastAsia" w:hAnsi="Times New Roman" w:cs="Times New Roman"/>
          <w:b/>
          <w:bCs/>
          <w:lang w:val="ru-RU"/>
        </w:rPr>
        <w:t>ла.</w:t>
      </w:r>
    </w:p>
    <w:p w:rsidR="00F410CB" w:rsidRPr="00C433B0" w:rsidRDefault="00F410CB" w:rsidP="00F410C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Найдите среднее арифметическое чисел: 32,6; 38,5; 34; 35.</w:t>
      </w:r>
    </w:p>
    <w:p w:rsidR="00F410CB" w:rsidRPr="00C433B0" w:rsidRDefault="00F410CB" w:rsidP="00F410C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Разложите число 1 056 на простые множители.</w:t>
      </w:r>
    </w:p>
    <w:p w:rsidR="00F410CB" w:rsidRPr="00C433B0" w:rsidRDefault="00F410CB" w:rsidP="00F410C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Найдите наибольший общий делитель чисел: 1) 24 и 42; 2) 280 и 588.</w:t>
      </w:r>
    </w:p>
    <w:p w:rsidR="00F410CB" w:rsidRPr="00C433B0" w:rsidRDefault="00F410CB" w:rsidP="00F410C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Найдите наименьшее общее кратное чисел: 1) З и 6; 2) 28 и 9; 3) 15 и 20.</w:t>
      </w:r>
    </w:p>
    <w:p w:rsidR="00F410CB" w:rsidRPr="00C433B0" w:rsidRDefault="00F410CB" w:rsidP="00F410C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Площадь поля равна 300 га. Рожью засеяли 18 % поля. Сколько гектаров поля засеяли рожью.</w:t>
      </w:r>
    </w:p>
    <w:p w:rsidR="00F410CB" w:rsidRPr="00C433B0" w:rsidRDefault="00F410CB" w:rsidP="00F410C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Дима собирает модели самолётов. Их можно расставить поровну на 14 полках, а можно, тоже поровну, — на восьми полках. Сколько моделей у Димы, если известно, что их больше 100, но меньше 120?</w:t>
      </w:r>
    </w:p>
    <w:p w:rsidR="00F410CB" w:rsidRPr="00C433B0" w:rsidRDefault="00F410CB" w:rsidP="00F410C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Петя купил книгу за 90 р., что составляет 30 % всех денег, которые у него были. Сколько денег</w:t>
      </w:r>
      <w:r>
        <w:rPr>
          <w:rFonts w:ascii="Times New Roman" w:eastAsiaTheme="minorEastAsia" w:hAnsi="Times New Roman" w:cs="Times New Roman"/>
          <w:lang w:val="ru-RU"/>
        </w:rPr>
        <w:t xml:space="preserve"> </w:t>
      </w:r>
      <w:r w:rsidRPr="00C433B0">
        <w:rPr>
          <w:rFonts w:ascii="Times New Roman" w:eastAsiaTheme="minorEastAsia" w:hAnsi="Times New Roman" w:cs="Times New Roman"/>
          <w:lang w:val="ru-RU"/>
        </w:rPr>
        <w:t>было.</w:t>
      </w:r>
    </w:p>
    <w:p w:rsidR="00F410CB" w:rsidRPr="00C433B0" w:rsidRDefault="00F410CB" w:rsidP="00F410CB">
      <w:pPr>
        <w:jc w:val="center"/>
        <w:rPr>
          <w:rFonts w:ascii="Times New Roman" w:hAnsi="Times New Roman" w:cs="Times New Roman"/>
          <w:b/>
          <w:bCs/>
          <w:lang w:val="ru-RU"/>
        </w:rPr>
      </w:pPr>
      <w:r w:rsidRPr="00C433B0">
        <w:rPr>
          <w:rFonts w:ascii="Times New Roman" w:hAnsi="Times New Roman" w:cs="Times New Roman"/>
          <w:b/>
          <w:bCs/>
          <w:lang w:val="ru-RU"/>
        </w:rPr>
        <w:t>Контрольная работа №2</w:t>
      </w:r>
    </w:p>
    <w:p w:rsidR="00F410CB" w:rsidRPr="00C433B0" w:rsidRDefault="00F410CB" w:rsidP="00F410CB">
      <w:pPr>
        <w:jc w:val="center"/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b/>
          <w:bCs/>
          <w:lang w:val="ru-RU"/>
        </w:rPr>
        <w:t>Тема. Сравнение, сложение и вычитание дробей</w:t>
      </w:r>
    </w:p>
    <w:p w:rsidR="00F410CB" w:rsidRPr="00C433B0" w:rsidRDefault="00F410CB" w:rsidP="00F410C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 xml:space="preserve">Сократите дробь: 1)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12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16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2)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18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27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>.</w:t>
      </w:r>
    </w:p>
    <w:p w:rsidR="00F410CB" w:rsidRPr="00C433B0" w:rsidRDefault="00F410CB" w:rsidP="00F410C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 xml:space="preserve">Сравните дроби: 1)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8</m:t>
            </m:r>
          </m:den>
        </m:f>
        <m:r>
          <w:rPr>
            <w:rFonts w:ascii="Cambria Math" w:hAnsi="Cambria Math" w:cs="Times New Roman"/>
            <w:lang w:val="ru-RU"/>
          </w:rPr>
          <m:t xml:space="preserve"> и 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3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2)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4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9</m:t>
            </m:r>
          </m:den>
        </m:f>
        <m:r>
          <w:rPr>
            <w:rFonts w:ascii="Cambria Math" w:hAnsi="Cambria Math" w:cs="Times New Roman"/>
            <w:lang w:val="ru-RU"/>
          </w:rPr>
          <m:t xml:space="preserve"> и 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3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8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.</w:t>
      </w:r>
    </w:p>
    <w:p w:rsidR="00F410CB" w:rsidRPr="00C433B0" w:rsidRDefault="00F410CB" w:rsidP="00F410C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 xml:space="preserve">Вычислите: 1)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4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15</m:t>
            </m:r>
          </m:den>
        </m:f>
        <m:r>
          <w:rPr>
            <w:rFonts w:ascii="Cambria Math" w:hAnsi="Cambria Math" w:cs="Times New Roman"/>
            <w:lang w:val="ru-RU"/>
          </w:rPr>
          <m:t xml:space="preserve">+ 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3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     2)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6</m:t>
            </m:r>
          </m:den>
        </m:f>
        <m:r>
          <w:rPr>
            <w:rFonts w:ascii="Cambria Math" w:hAnsi="Cambria Math" w:cs="Times New Roman"/>
            <w:lang w:val="ru-RU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9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     3) </w:t>
      </w:r>
      <m:oMath>
        <m:r>
          <w:rPr>
            <w:rFonts w:ascii="Cambria Math" w:hAnsi="Cambria Math" w:cs="Times New Roman"/>
            <w:lang w:val="ru-RU"/>
          </w:rPr>
          <m:t>4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4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7</m:t>
            </m:r>
          </m:den>
        </m:f>
        <m:r>
          <w:rPr>
            <w:rFonts w:ascii="Cambria Math" w:hAnsi="Cambria Math" w:cs="Times New Roman"/>
            <w:lang w:val="ru-RU"/>
          </w:rPr>
          <m:t>+6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     4) </w:t>
      </w:r>
      <m:oMath>
        <m:r>
          <w:rPr>
            <w:rFonts w:ascii="Cambria Math" w:hAnsi="Cambria Math" w:cs="Times New Roman"/>
            <w:lang w:val="ru-RU"/>
          </w:rPr>
          <m:t>5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7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8</m:t>
            </m:r>
          </m:den>
        </m:f>
        <m:r>
          <w:rPr>
            <w:rFonts w:ascii="Cambria Math" w:hAnsi="Cambria Math" w:cs="Times New Roman"/>
            <w:lang w:val="ru-RU"/>
          </w:rPr>
          <m:t>-3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6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.</w:t>
      </w:r>
    </w:p>
    <w:p w:rsidR="00F410CB" w:rsidRPr="00C433B0" w:rsidRDefault="00F410CB" w:rsidP="00F410C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>В первый день продали 4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7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24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ц картофеля, а во второй – на 1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7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12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ц меньше. Сколько центнеров картофеля продали за два дня?</w:t>
      </w:r>
    </w:p>
    <w:p w:rsidR="00F410CB" w:rsidRPr="00C433B0" w:rsidRDefault="00F410CB" w:rsidP="00F410C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>Решите уравнение: 1) 10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11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24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– x = 6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7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16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     2) </w:t>
      </w:r>
      <m:oMath>
        <m:d>
          <m:dPr>
            <m:ctrlPr>
              <w:rPr>
                <w:rFonts w:ascii="Cambria Math" w:hAnsi="Cambria Math" w:cs="Times New Roman"/>
                <w:i/>
                <w:lang w:val="ru-RU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lang w:val="ru-RU"/>
                  </w:rPr>
                </m:ctrlPr>
              </m:fPr>
              <m:num>
                <m:r>
                  <w:rPr>
                    <w:rFonts w:ascii="Cambria Math" w:hAnsi="Cambria Math" w:cs="Times New Roman"/>
                    <w:lang w:val="ru-RU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lang w:val="ru-RU"/>
                  </w:rPr>
                  <m:t>6</m:t>
                </m:r>
              </m:den>
            </m:f>
            <m:r>
              <w:rPr>
                <w:rFonts w:ascii="Cambria Math" w:hAnsi="Cambria Math" w:cs="Times New Roman"/>
                <w:lang w:val="ru-RU"/>
              </w:rPr>
              <m:t>+x</m:t>
            </m:r>
          </m:e>
        </m:d>
        <m:r>
          <w:rPr>
            <w:rFonts w:ascii="Cambria Math" w:hAnsi="Cambria Math" w:cs="Times New Roman"/>
            <w:lang w:val="ru-RU"/>
          </w:rPr>
          <m:t>-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2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3</m:t>
            </m:r>
          </m:den>
        </m:f>
        <m:r>
          <w:rPr>
            <w:rFonts w:ascii="Cambria Math" w:hAnsi="Cambria Math" w:cs="Times New Roman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13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18</m:t>
            </m:r>
          </m:den>
        </m:f>
      </m:oMath>
    </w:p>
    <w:p w:rsidR="00F410CB" w:rsidRPr="00C433B0" w:rsidRDefault="00F410CB" w:rsidP="00F410C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 xml:space="preserve">За первый день турист прошёл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18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туристического маршрута, за второй -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7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27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, за третий -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2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9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. Оставшуюся часть маршрута он прошёл за четвёртый день. Какую часть маршрута прошёл турист за четвёртый день?</w:t>
      </w:r>
    </w:p>
    <w:p w:rsidR="00F410CB" w:rsidRPr="00C433B0" w:rsidRDefault="00F410CB" w:rsidP="00F410C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 xml:space="preserve">Найдите все натуральные значения x, при которых верно неравенство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x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9</m:t>
            </m:r>
          </m:den>
        </m:f>
        <m:r>
          <w:rPr>
            <w:rFonts w:ascii="Cambria Math" w:hAnsi="Cambria Math" w:cs="Times New Roman"/>
            <w:lang w:val="ru-RU"/>
          </w:rPr>
          <m:t>&lt;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22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45</m:t>
            </m:r>
          </m:den>
        </m:f>
      </m:oMath>
    </w:p>
    <w:p w:rsidR="00F410CB" w:rsidRPr="00C433B0" w:rsidRDefault="00F410CB" w:rsidP="00F410CB">
      <w:pPr>
        <w:spacing w:after="0"/>
        <w:rPr>
          <w:rFonts w:ascii="Times New Roman" w:hAnsi="Times New Roman" w:cs="Times New Roman"/>
          <w:lang w:val="ru-RU"/>
        </w:rPr>
      </w:pPr>
    </w:p>
    <w:p w:rsidR="00F410CB" w:rsidRPr="00C433B0" w:rsidRDefault="00F410CB" w:rsidP="00F410CB">
      <w:pPr>
        <w:jc w:val="center"/>
        <w:rPr>
          <w:rFonts w:ascii="Times New Roman" w:hAnsi="Times New Roman" w:cs="Times New Roman"/>
          <w:b/>
          <w:bCs/>
          <w:lang w:val="ru-RU"/>
        </w:rPr>
      </w:pPr>
      <w:r w:rsidRPr="00C433B0">
        <w:rPr>
          <w:rFonts w:ascii="Times New Roman" w:hAnsi="Times New Roman" w:cs="Times New Roman"/>
          <w:b/>
          <w:bCs/>
          <w:lang w:val="ru-RU"/>
        </w:rPr>
        <w:t>Контрольная работа №</w:t>
      </w:r>
      <w:r>
        <w:rPr>
          <w:rFonts w:ascii="Times New Roman" w:hAnsi="Times New Roman" w:cs="Times New Roman"/>
          <w:b/>
          <w:bCs/>
          <w:lang w:val="ru-RU"/>
        </w:rPr>
        <w:t>3</w:t>
      </w:r>
    </w:p>
    <w:p w:rsidR="00F410CB" w:rsidRDefault="00F410CB" w:rsidP="00F410CB">
      <w:pPr>
        <w:jc w:val="center"/>
        <w:rPr>
          <w:rFonts w:ascii="Times New Roman" w:hAnsi="Times New Roman" w:cs="Times New Roman"/>
          <w:b/>
          <w:bCs/>
          <w:lang w:val="ru-RU"/>
        </w:rPr>
      </w:pPr>
      <w:r w:rsidRPr="00C433B0">
        <w:rPr>
          <w:rFonts w:ascii="Times New Roman" w:hAnsi="Times New Roman" w:cs="Times New Roman"/>
          <w:b/>
          <w:bCs/>
          <w:lang w:val="ru-RU"/>
        </w:rPr>
        <w:t xml:space="preserve">Тема. </w:t>
      </w:r>
      <w:r>
        <w:rPr>
          <w:rFonts w:ascii="Times New Roman" w:hAnsi="Times New Roman" w:cs="Times New Roman"/>
          <w:b/>
          <w:bCs/>
          <w:lang w:val="ru-RU"/>
        </w:rPr>
        <w:t>Умножение и д</w:t>
      </w:r>
      <w:r w:rsidRPr="00C433B0">
        <w:rPr>
          <w:rFonts w:ascii="Times New Roman" w:hAnsi="Times New Roman" w:cs="Times New Roman"/>
          <w:b/>
          <w:bCs/>
          <w:lang w:val="ru-RU"/>
        </w:rPr>
        <w:t xml:space="preserve">еление дробей </w:t>
      </w:r>
    </w:p>
    <w:p w:rsidR="00F410CB" w:rsidRPr="00813817" w:rsidRDefault="00F410CB" w:rsidP="00F410CB">
      <w:pPr>
        <w:pStyle w:val="af5"/>
        <w:ind w:left="644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1. </w:t>
      </w:r>
      <w:r w:rsidRPr="00813817">
        <w:rPr>
          <w:rFonts w:ascii="Times New Roman" w:hAnsi="Times New Roman" w:cs="Times New Roman"/>
          <w:lang w:val="ru-RU"/>
        </w:rPr>
        <w:t>Выполните действие:</w:t>
      </w:r>
    </w:p>
    <w:p w:rsidR="00F410CB" w:rsidRPr="00813817" w:rsidRDefault="00F410CB" w:rsidP="00F410CB">
      <w:pPr>
        <w:pStyle w:val="af5"/>
        <w:ind w:left="644"/>
        <w:rPr>
          <w:rFonts w:ascii="Times New Roman" w:hAnsi="Times New Roman" w:cs="Times New Roman"/>
          <w:lang w:val="ru-RU"/>
        </w:rPr>
      </w:pPr>
      <w:r w:rsidRPr="00813817">
        <w:rPr>
          <w:rFonts w:ascii="Times New Roman" w:hAnsi="Times New Roman" w:cs="Times New Roman"/>
          <w:lang w:val="ru-RU"/>
        </w:rPr>
        <w:t xml:space="preserve">а) </w:t>
      </w:r>
      <m:oMath>
        <m:r>
          <m:rPr>
            <m:sty m:val="p"/>
          </m:rPr>
          <w:rPr>
            <w:rFonts w:ascii="Cambria Math" w:hAnsi="Cambria Math" w:cs="Times New Roman"/>
            <w:lang w:val="ru-RU"/>
          </w:rPr>
          <m:t>10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 xml:space="preserve"> :2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 xml:space="preserve">; </m:t>
        </m:r>
      </m:oMath>
      <w:r w:rsidRPr="00813817">
        <w:rPr>
          <w:rFonts w:ascii="Times New Roman" w:hAnsi="Times New Roman" w:cs="Times New Roman"/>
          <w:lang w:val="ru-RU"/>
        </w:rPr>
        <w:t xml:space="preserve"> б) </w:t>
      </w:r>
      <m:oMath>
        <m:r>
          <m:rPr>
            <m:sty m:val="p"/>
          </m:rPr>
          <w:rPr>
            <w:rFonts w:ascii="Cambria Math" w:hAnsi="Cambria Math" w:cs="Times New Roman"/>
            <w:lang w:val="ru-RU"/>
          </w:rPr>
          <m:t>3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5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:2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15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;</m:t>
        </m:r>
      </m:oMath>
      <w:r w:rsidRPr="00813817">
        <w:rPr>
          <w:rFonts w:ascii="Times New Roman" w:hAnsi="Times New Roman" w:cs="Times New Roman"/>
          <w:lang w:val="ru-RU"/>
        </w:rPr>
        <w:t xml:space="preserve"> в) </w:t>
      </w:r>
      <m:oMath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20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27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∙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5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+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10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: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100</m:t>
            </m:r>
          </m:den>
        </m:f>
      </m:oMath>
      <w:r w:rsidRPr="00813817">
        <w:rPr>
          <w:rFonts w:ascii="Times New Roman" w:hAnsi="Times New Roman" w:cs="Times New Roman"/>
          <w:lang w:val="ru-RU"/>
        </w:rPr>
        <w:t>.</w:t>
      </w:r>
    </w:p>
    <w:p w:rsidR="00F410CB" w:rsidRPr="00813817" w:rsidRDefault="00F410CB" w:rsidP="00F410CB">
      <w:pPr>
        <w:pStyle w:val="af5"/>
        <w:ind w:left="644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2. </w:t>
      </w:r>
      <w:r w:rsidRPr="00813817">
        <w:rPr>
          <w:rFonts w:ascii="Times New Roman" w:hAnsi="Times New Roman" w:cs="Times New Roman"/>
          <w:lang w:val="ru-RU"/>
        </w:rPr>
        <w:t>Решите уравнение:</w:t>
      </w:r>
    </w:p>
    <w:p w:rsidR="00F410CB" w:rsidRPr="00813817" w:rsidRDefault="00F410CB" w:rsidP="00F410CB">
      <w:pPr>
        <w:pStyle w:val="af5"/>
        <w:ind w:left="644"/>
        <w:rPr>
          <w:rFonts w:ascii="Times New Roman" w:hAnsi="Times New Roman" w:cs="Times New Roman"/>
          <w:lang w:val="ru-RU"/>
        </w:rPr>
      </w:pPr>
      <w:r w:rsidRPr="00813817">
        <w:rPr>
          <w:rFonts w:ascii="Times New Roman" w:hAnsi="Times New Roman" w:cs="Times New Roman"/>
          <w:lang w:val="ru-RU"/>
        </w:rPr>
        <w:t xml:space="preserve">а) </w:t>
      </w:r>
      <m:oMath>
        <m:f>
          <m:fPr>
            <m:ctrlPr>
              <w:rPr>
                <w:rFonts w:ascii="Cambria Math" w:hAnsi="Times New Roman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7</m:t>
            </m:r>
          </m:den>
        </m:f>
        <m:r>
          <w:rPr>
            <w:rFonts w:ascii="Cambria Math" w:hAnsi="Cambria Math" w:cs="Times New Roman"/>
            <w:lang w:val="ru-RU"/>
          </w:rPr>
          <m:t>m</m:t>
        </m:r>
        <m:r>
          <m:rPr>
            <m:sty m:val="p"/>
          </m:rPr>
          <w:rPr>
            <w:rFonts w:ascii="Cambria Math" w:hAnsi="Times New Roman" w:cs="Times New Roman"/>
            <w:lang w:val="ru-RU"/>
          </w:rPr>
          <m:t>+</m:t>
        </m:r>
        <m:f>
          <m:fPr>
            <m:ctrlPr>
              <w:rPr>
                <w:rFonts w:ascii="Cambria Math" w:hAnsi="Times New Roman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14</m:t>
            </m:r>
          </m:den>
        </m:f>
        <m:r>
          <w:rPr>
            <w:rFonts w:ascii="Cambria Math" w:hAnsi="Cambria Math" w:cs="Times New Roman"/>
            <w:lang w:val="ru-RU"/>
          </w:rPr>
          <m:t>m</m:t>
        </m:r>
        <m:r>
          <m:rPr>
            <m:sty m:val="p"/>
          </m:rPr>
          <w:rPr>
            <w:rFonts w:ascii="Cambria Math" w:hAnsi="Cambria Math" w:cs="Times New Roman"/>
            <w:lang w:val="ru-RU"/>
          </w:rPr>
          <m:t>-</m:t>
        </m:r>
        <m:f>
          <m:fPr>
            <m:ctrlPr>
              <w:rPr>
                <w:rFonts w:ascii="Cambria Math" w:hAnsi="Times New Roman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21</m:t>
            </m:r>
          </m:den>
        </m:f>
        <m:r>
          <w:rPr>
            <w:rFonts w:ascii="Cambria Math" w:hAnsi="Cambria Math" w:cs="Times New Roman"/>
            <w:lang w:val="ru-RU"/>
          </w:rPr>
          <m:t>m</m:t>
        </m:r>
        <m:r>
          <m:rPr>
            <m:sty m:val="p"/>
          </m:rPr>
          <w:rPr>
            <w:rFonts w:ascii="Cambria Math" w:hAnsi="Times New Roman" w:cs="Times New Roman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7</m:t>
            </m:r>
          </m:den>
        </m:f>
        <m:r>
          <m:rPr>
            <m:sty m:val="p"/>
          </m:rPr>
          <w:rPr>
            <w:rFonts w:ascii="Cambria Math" w:hAnsi="Times New Roman" w:cs="Times New Roman"/>
            <w:lang w:val="ru-RU"/>
          </w:rPr>
          <m:t>;</m:t>
        </m:r>
      </m:oMath>
      <w:r w:rsidRPr="00813817">
        <w:rPr>
          <w:rFonts w:ascii="Times New Roman" w:hAnsi="Times New Roman" w:cs="Times New Roman"/>
          <w:lang w:val="ru-RU"/>
        </w:rPr>
        <w:t xml:space="preserve"> б) </w:t>
      </w:r>
      <m:oMath>
        <m:r>
          <m:rPr>
            <m:sty m:val="p"/>
          </m:rPr>
          <w:rPr>
            <w:rFonts w:ascii="Cambria Math" w:hAnsi="Cambria Math" w:cs="Times New Roman"/>
            <w:lang w:val="ru-RU"/>
          </w:rPr>
          <m:t>1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7</m:t>
            </m:r>
          </m:den>
        </m:f>
        <m:r>
          <w:rPr>
            <w:rFonts w:ascii="Cambria Math" w:hAnsi="Cambria Math" w:cs="Times New Roman"/>
            <w:lang w:val="ru-RU"/>
          </w:rPr>
          <m:t>y</m:t>
        </m:r>
        <m:r>
          <m:rPr>
            <m:sty m:val="p"/>
          </m:rPr>
          <w:rPr>
            <w:rFonts w:ascii="Cambria Math" w:hAnsi="Cambria Math" w:cs="Times New Roman"/>
            <w:lang w:val="ru-RU"/>
          </w:rPr>
          <m:t>-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9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=2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9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.</m:t>
        </m:r>
      </m:oMath>
    </w:p>
    <w:p w:rsidR="00F410CB" w:rsidRPr="00813817" w:rsidRDefault="00F410CB" w:rsidP="00F410CB">
      <w:pPr>
        <w:pStyle w:val="af5"/>
        <w:ind w:left="64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3. </w:t>
      </w:r>
      <w:r w:rsidRPr="00813817">
        <w:rPr>
          <w:rFonts w:ascii="Times New Roman" w:hAnsi="Times New Roman" w:cs="Times New Roman"/>
          <w:lang w:val="ru-RU"/>
        </w:rPr>
        <w:t xml:space="preserve">За два часа самолёт пролетел 1020 км. За первый час он пролетел </w:t>
      </w:r>
      <m:oMath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9</m:t>
            </m:r>
          </m:den>
        </m:f>
      </m:oMath>
      <w:r w:rsidRPr="00813817">
        <w:rPr>
          <w:rFonts w:ascii="Times New Roman" w:hAnsi="Times New Roman" w:cs="Times New Roman"/>
          <w:lang w:val="ru-RU"/>
        </w:rPr>
        <w:t xml:space="preserve"> того пути, который он пролетел </w:t>
      </w:r>
      <w:proofErr w:type="gramStart"/>
      <w:r w:rsidRPr="00813817">
        <w:rPr>
          <w:rFonts w:ascii="Times New Roman" w:hAnsi="Times New Roman" w:cs="Times New Roman"/>
          <w:lang w:val="ru-RU"/>
        </w:rPr>
        <w:t>в</w:t>
      </w:r>
      <w:proofErr w:type="gramEnd"/>
      <w:r w:rsidRPr="00813817">
        <w:rPr>
          <w:rFonts w:ascii="Times New Roman" w:hAnsi="Times New Roman" w:cs="Times New Roman"/>
          <w:lang w:val="ru-RU"/>
        </w:rPr>
        <w:t xml:space="preserve"> второй час. Сколько километров пролетел самолёт в каждый из этих двух часов?</w:t>
      </w:r>
    </w:p>
    <w:p w:rsidR="00F410CB" w:rsidRPr="00813817" w:rsidRDefault="00F410CB" w:rsidP="00F410CB">
      <w:pPr>
        <w:pStyle w:val="af5"/>
        <w:ind w:left="644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4. </w:t>
      </w:r>
      <w:r w:rsidRPr="00813817">
        <w:rPr>
          <w:rFonts w:ascii="Times New Roman" w:hAnsi="Times New Roman" w:cs="Times New Roman"/>
          <w:lang w:val="ru-RU"/>
        </w:rPr>
        <w:t>Вычислите:</w:t>
      </w:r>
    </w:p>
    <w:p w:rsidR="00F410CB" w:rsidRPr="00813817" w:rsidRDefault="00F410CB" w:rsidP="00F410CB">
      <w:pPr>
        <w:pStyle w:val="af5"/>
        <w:ind w:left="709"/>
        <w:rPr>
          <w:rFonts w:ascii="Times New Roman" w:hAnsi="Times New Roman" w:cs="Times New Roman"/>
          <w:lang w:val="ru-RU"/>
        </w:rPr>
      </w:pPr>
      <w:r w:rsidRPr="00813817">
        <w:rPr>
          <w:rFonts w:ascii="Times New Roman" w:hAnsi="Times New Roman" w:cs="Times New Roman"/>
          <w:lang w:val="ru-RU"/>
        </w:rPr>
        <w:t xml:space="preserve">а) </w:t>
      </w:r>
      <m:oMath>
        <m:r>
          <m:rPr>
            <m:sty m:val="p"/>
          </m:rPr>
          <w:rPr>
            <w:rFonts w:ascii="Cambria Math" w:hAnsi="Cambria Math" w:cs="Times New Roman"/>
            <w:lang w:val="ru-RU"/>
          </w:rPr>
          <m:t>4∙</m:t>
        </m:r>
        <m:d>
          <m:dPr>
            <m:ctrlPr>
              <w:rPr>
                <w:rFonts w:ascii="Cambria Math" w:hAnsi="Cambria Math" w:cs="Times New Roman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2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+1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4</m:t>
                </m:r>
              </m:den>
            </m:f>
          </m:e>
        </m:d>
        <m:r>
          <m:rPr>
            <m:sty m:val="p"/>
          </m:rPr>
          <w:rPr>
            <w:rFonts w:ascii="Cambria Math" w:hAnsi="Cambria Math" w:cs="Times New Roman"/>
            <w:lang w:val="ru-RU"/>
          </w:rPr>
          <m:t>-</m:t>
        </m:r>
        <m:d>
          <m:dPr>
            <m:ctrlPr>
              <w:rPr>
                <w:rFonts w:ascii="Cambria Math" w:hAnsi="Cambria Math" w:cs="Times New Roman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6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+4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5</m:t>
                </m:r>
              </m:den>
            </m:f>
          </m:e>
        </m:d>
        <m:r>
          <m:rPr>
            <m:sty m:val="p"/>
          </m:rPr>
          <w:rPr>
            <w:rFonts w:ascii="Cambria Math" w:hAnsi="Cambria Math" w:cs="Times New Roman"/>
            <w:lang w:val="ru-RU"/>
          </w:rPr>
          <m:t xml:space="preserve"> :2;</m:t>
        </m:r>
      </m:oMath>
      <w:r w:rsidRPr="00813817">
        <w:rPr>
          <w:rFonts w:ascii="Times New Roman" w:hAnsi="Times New Roman" w:cs="Times New Roman"/>
          <w:lang w:val="ru-RU"/>
        </w:rPr>
        <w:t xml:space="preserve"> б)</w:t>
      </w:r>
      <m:oMath>
        <m:d>
          <m:dPr>
            <m:ctrlPr>
              <w:rPr>
                <w:rFonts w:ascii="Cambria Math" w:hAnsi="Cambria Math" w:cs="Times New Roman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7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-5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5</m:t>
                </m:r>
              </m:den>
            </m:f>
          </m:e>
        </m:d>
        <m:r>
          <m:rPr>
            <m:sty m:val="p"/>
          </m:rPr>
          <w:rPr>
            <w:rFonts w:ascii="Cambria Math" w:hAnsi="Cambria Math" w:cs="Times New Roman"/>
            <w:lang w:val="ru-RU"/>
          </w:rPr>
          <m:t>:</m:t>
        </m:r>
        <m:d>
          <m:dPr>
            <m:ctrlPr>
              <w:rPr>
                <w:rFonts w:ascii="Cambria Math" w:hAnsi="Cambria Math" w:cs="Times New Roman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6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5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-4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3</m:t>
                </m:r>
              </m:den>
            </m:f>
          </m:e>
        </m:d>
        <m:r>
          <m:rPr>
            <m:sty m:val="p"/>
          </m:rPr>
          <w:rPr>
            <w:rFonts w:ascii="Cambria Math" w:hAnsi="Cambria Math" w:cs="Times New Roman"/>
            <w:lang w:val="ru-RU"/>
          </w:rPr>
          <m:t>.</m:t>
        </m:r>
      </m:oMath>
    </w:p>
    <w:p w:rsidR="00F410CB" w:rsidRPr="00C433B0" w:rsidRDefault="00F410CB" w:rsidP="00F410CB">
      <w:pPr>
        <w:pStyle w:val="af5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5. </w:t>
      </w:r>
      <w:r w:rsidRPr="00C433B0">
        <w:rPr>
          <w:rFonts w:ascii="Times New Roman" w:hAnsi="Times New Roman" w:cs="Times New Roman"/>
          <w:lang w:val="ru-RU"/>
        </w:rPr>
        <w:t xml:space="preserve">Преобразуйте обыкновенную дробь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6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в бесконечную периодическую десятичную дробь.</w:t>
      </w:r>
    </w:p>
    <w:p w:rsidR="00F410CB" w:rsidRPr="00C433B0" w:rsidRDefault="00F410CB" w:rsidP="00F410CB">
      <w:pPr>
        <w:pStyle w:val="af5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 xml:space="preserve">6. </w:t>
      </w:r>
      <w:r w:rsidRPr="00C433B0">
        <w:rPr>
          <w:rFonts w:ascii="Times New Roman" w:hAnsi="Times New Roman" w:cs="Times New Roman"/>
          <w:lang w:val="ru-RU"/>
        </w:rPr>
        <w:t>Из пункта A в пункт B выехал первый велосипедист со скоростью 12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2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3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км/ч. Одновременно из пункта B в том же направлении выехал второй велосипедист, скорость которого в 1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16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41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раза меньше скорости первого. Через сколько часов первый велосипедист догонит второго, если расстояние между пунктами равно 8 км?</w:t>
      </w:r>
    </w:p>
    <w:p w:rsidR="00F410CB" w:rsidRDefault="00F410CB" w:rsidP="00F410CB">
      <w:pPr>
        <w:rPr>
          <w:lang w:val="ru-RU"/>
        </w:rPr>
      </w:pP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1318260</wp:posOffset>
            </wp:positionV>
            <wp:extent cx="1562100" cy="161925"/>
            <wp:effectExtent l="0" t="0" r="0" b="0"/>
            <wp:wrapNone/>
            <wp:docPr id="1566572895" name="Рисунок 1566572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146849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971925" cy="1128283"/>
            <wp:effectExtent l="0" t="0" r="0" b="0"/>
            <wp:docPr id="2109741566" name="Рисунок 2109741566" descr="Изображение выглядит как текст, внутренний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внутренний, снимок экрана&#10;&#10;Автоматически созданное описание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99386" cy="113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5146">
        <w:rPr>
          <w:noProof/>
        </w:rPr>
        <w:t xml:space="preserve"> </w:t>
      </w:r>
    </w:p>
    <w:p w:rsidR="00F410CB" w:rsidRDefault="00F410CB" w:rsidP="00F410CB">
      <w:pPr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1189990</wp:posOffset>
            </wp:positionV>
            <wp:extent cx="3115945" cy="1162050"/>
            <wp:effectExtent l="0" t="0" r="0" b="0"/>
            <wp:wrapSquare wrapText="bothSides"/>
            <wp:docPr id="89776659" name="Рисунок 8977665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5414" b="1312"/>
                    <a:stretch/>
                  </pic:blipFill>
                  <pic:spPr bwMode="auto">
                    <a:xfrm>
                      <a:off x="0" y="0"/>
                      <a:ext cx="311594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798830</wp:posOffset>
            </wp:positionV>
            <wp:extent cx="2963545" cy="352425"/>
            <wp:effectExtent l="0" t="0" r="0" b="0"/>
            <wp:wrapSquare wrapText="bothSides"/>
            <wp:docPr id="1934904254" name="Рисунок 1934904254" descr="Изображение выглядит как текст, Шрифт, снимок экрана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83052" name="Рисунок 274383052" descr="Изображение выглядит как текст, Шрифт, снимок экрана, докумен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1969"/>
                    <a:stretch/>
                  </pic:blipFill>
                  <pic:spPr bwMode="auto">
                    <a:xfrm>
                      <a:off x="0" y="0"/>
                      <a:ext cx="296354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294640</wp:posOffset>
            </wp:positionV>
            <wp:extent cx="3115945" cy="438150"/>
            <wp:effectExtent l="0" t="0" r="0" b="0"/>
            <wp:wrapSquare wrapText="bothSides"/>
            <wp:docPr id="94484576" name="Рисунок 9448457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044" b="69869"/>
                    <a:stretch/>
                  </pic:blipFill>
                  <pic:spPr bwMode="auto">
                    <a:xfrm>
                      <a:off x="0" y="0"/>
                      <a:ext cx="3115945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 w:hanging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105150" cy="352425"/>
            <wp:effectExtent l="0" t="0" r="0" b="0"/>
            <wp:docPr id="1935100423" name="Рисунок 193510042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946" b="79541"/>
                    <a:stretch/>
                  </pic:blipFill>
                  <pic:spPr bwMode="auto">
                    <a:xfrm>
                      <a:off x="0" y="0"/>
                      <a:ext cx="3105150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>Контрольная работа №5</w:t>
      </w:r>
    </w:p>
    <w:p w:rsidR="00F410CB" w:rsidRPr="00371B63" w:rsidRDefault="00F410CB" w:rsidP="00F410CB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 w:rsidRPr="00371B63"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>Тема: Фигуры на плоскости</w:t>
      </w:r>
    </w:p>
    <w:p w:rsidR="00F410CB" w:rsidRDefault="00F410CB" w:rsidP="00F410CB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 w:rsidRPr="00075146">
        <w:rPr>
          <w:noProof/>
          <w:lang w:val="ru-RU" w:eastAsia="ru-RU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-2729865</wp:posOffset>
            </wp:positionH>
            <wp:positionV relativeFrom="paragraph">
              <wp:posOffset>2295525</wp:posOffset>
            </wp:positionV>
            <wp:extent cx="1533525" cy="142875"/>
            <wp:effectExtent l="0" t="0" r="0" b="0"/>
            <wp:wrapNone/>
            <wp:docPr id="1427445242" name="Рисунок 1427445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772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5945"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>1. Найдите длину окружности, если ее радиус равен</w:t>
      </w:r>
      <w:r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 xml:space="preserve"> 4,5 см.</w:t>
      </w:r>
    </w:p>
    <w:p w:rsidR="00F410CB" w:rsidRDefault="00F410CB" w:rsidP="00F410CB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>2. Найдите площадь круга, если его радиус равен 6 см.</w:t>
      </w:r>
    </w:p>
    <w:p w:rsidR="00F410CB" w:rsidRDefault="00F410CB" w:rsidP="00F410CB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>3. С помощью циркуля и линейки постройте треугольник со сторонами 4см, 6 см и 7 см.</w:t>
      </w:r>
    </w:p>
    <w:p w:rsidR="00F410CB" w:rsidRPr="00C65945" w:rsidRDefault="00F410CB" w:rsidP="00F410CB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 w:rsidRPr="00371B63">
        <w:rPr>
          <w:bCs/>
          <w:noProof/>
          <w:lang w:val="ru-RU" w:eastAsia="ru-RU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81280</wp:posOffset>
            </wp:positionV>
            <wp:extent cx="3105150" cy="1323975"/>
            <wp:effectExtent l="0" t="0" r="0" b="0"/>
            <wp:wrapSquare wrapText="bothSides"/>
            <wp:docPr id="1379712482" name="Рисунок 137971248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7278" b="33226"/>
                    <a:stretch/>
                  </pic:blipFill>
                  <pic:spPr bwMode="auto">
                    <a:xfrm>
                      <a:off x="0" y="0"/>
                      <a:ext cx="310515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410CB" w:rsidRPr="00371B63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Pr="00371B63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F410CB" w:rsidRPr="00371B63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F410CB" w:rsidRPr="00371B63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F410CB" w:rsidRPr="00371B63" w:rsidRDefault="00F410CB" w:rsidP="00F410CB">
      <w:pPr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  <w:r w:rsidRPr="00371B63"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  <w:br w:type="page"/>
      </w:r>
    </w:p>
    <w:p w:rsidR="00F410CB" w:rsidRPr="00DE218D" w:rsidRDefault="00F410CB" w:rsidP="00F410CB">
      <w:pPr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4232910</wp:posOffset>
            </wp:positionV>
            <wp:extent cx="1571625" cy="142875"/>
            <wp:effectExtent l="0" t="0" r="0" b="0"/>
            <wp:wrapNone/>
            <wp:docPr id="2060170243" name="Рисунок 206017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96939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4195445</wp:posOffset>
            </wp:positionV>
            <wp:extent cx="1571844" cy="161948"/>
            <wp:effectExtent l="0" t="0" r="0" b="0"/>
            <wp:wrapSquare wrapText="bothSides"/>
            <wp:docPr id="516554394" name="Рисунок 516554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490275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844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4385945</wp:posOffset>
            </wp:positionV>
            <wp:extent cx="3095625" cy="2190115"/>
            <wp:effectExtent l="0" t="0" r="0" b="0"/>
            <wp:wrapSquare wrapText="bothSides"/>
            <wp:docPr id="1217163604" name="Рисунок 121716360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002"/>
                    <a:stretch/>
                  </pic:blipFill>
                  <pic:spPr bwMode="auto">
                    <a:xfrm>
                      <a:off x="0" y="0"/>
                      <a:ext cx="3095625" cy="219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-14605</wp:posOffset>
            </wp:positionV>
            <wp:extent cx="1562100" cy="171450"/>
            <wp:effectExtent l="0" t="0" r="0" b="0"/>
            <wp:wrapSquare wrapText="bothSides"/>
            <wp:docPr id="1919656754" name="Рисунок 1919656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672124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4445</wp:posOffset>
            </wp:positionV>
            <wp:extent cx="1543050" cy="152400"/>
            <wp:effectExtent l="0" t="0" r="0" b="0"/>
            <wp:wrapNone/>
            <wp:docPr id="1388951287" name="Рисунок 138895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191589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175260</wp:posOffset>
            </wp:positionV>
            <wp:extent cx="3190240" cy="1139825"/>
            <wp:effectExtent l="0" t="0" r="0" b="0"/>
            <wp:wrapSquare wrapText="bothSides"/>
            <wp:docPr id="2023386536" name="Рисунок 202338653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702"/>
                    <a:stretch/>
                  </pic:blipFill>
                  <pic:spPr bwMode="auto">
                    <a:xfrm>
                      <a:off x="0" y="0"/>
                      <a:ext cx="3190240" cy="113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257279" cy="744220"/>
            <wp:effectExtent l="0" t="0" r="0" b="0"/>
            <wp:docPr id="1469243115" name="Рисунок 14692431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63"/>
                    <a:srcRect t="21184"/>
                    <a:stretch/>
                  </pic:blipFill>
                  <pic:spPr bwMode="auto">
                    <a:xfrm>
                      <a:off x="0" y="0"/>
                      <a:ext cx="3281713" cy="749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21210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903605</wp:posOffset>
            </wp:positionV>
            <wp:extent cx="3095625" cy="3095625"/>
            <wp:effectExtent l="0" t="0" r="0" b="0"/>
            <wp:wrapNone/>
            <wp:docPr id="1506762099" name="Рисунок 150676209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10CB" w:rsidRDefault="00EA25A3" w:rsidP="00F410CB">
      <w:pPr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3378761</wp:posOffset>
            </wp:positionH>
            <wp:positionV relativeFrom="paragraph">
              <wp:posOffset>259346</wp:posOffset>
            </wp:positionV>
            <wp:extent cx="2978785" cy="1924050"/>
            <wp:effectExtent l="0" t="0" r="0" b="0"/>
            <wp:wrapSquare wrapText="bothSides"/>
            <wp:docPr id="1336445236" name="Рисунок 133644523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10CB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F410CB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F410CB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F410CB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F410CB" w:rsidRDefault="00EA25A3" w:rsidP="00F410CB">
      <w:pPr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3092790</wp:posOffset>
            </wp:positionH>
            <wp:positionV relativeFrom="paragraph">
              <wp:posOffset>2244725</wp:posOffset>
            </wp:positionV>
            <wp:extent cx="3314065" cy="2086610"/>
            <wp:effectExtent l="0" t="0" r="0" b="0"/>
            <wp:wrapSquare wrapText="bothSides"/>
            <wp:docPr id="230835225" name="Рисунок 23083522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243"/>
                    <a:stretch/>
                  </pic:blipFill>
                  <pic:spPr bwMode="auto">
                    <a:xfrm>
                      <a:off x="0" y="0"/>
                      <a:ext cx="3314065" cy="208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410CB">
        <w:rPr>
          <w:rFonts w:ascii="Times New Roman" w:hAnsi="Times New Roman"/>
          <w:b/>
          <w:iCs/>
          <w:color w:val="000000"/>
          <w:sz w:val="24"/>
          <w:szCs w:val="24"/>
        </w:rPr>
        <w:br w:type="page"/>
      </w:r>
    </w:p>
    <w:p w:rsidR="00F410CB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-62230</wp:posOffset>
            </wp:positionV>
            <wp:extent cx="1800476" cy="152421"/>
            <wp:effectExtent l="0" t="0" r="0" b="0"/>
            <wp:wrapNone/>
            <wp:docPr id="1335504947" name="Рисунок 1335504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34709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476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252095</wp:posOffset>
            </wp:positionV>
            <wp:extent cx="2819400" cy="2475230"/>
            <wp:effectExtent l="0" t="0" r="0" b="0"/>
            <wp:wrapSquare wrapText="bothSides"/>
            <wp:docPr id="634505210" name="Рисунок 6345052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478"/>
                    <a:stretch/>
                  </pic:blipFill>
                  <pic:spPr bwMode="auto">
                    <a:xfrm>
                      <a:off x="0" y="0"/>
                      <a:ext cx="2819400" cy="247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-176530</wp:posOffset>
            </wp:positionV>
            <wp:extent cx="1657581" cy="161948"/>
            <wp:effectExtent l="0" t="0" r="0" b="0"/>
            <wp:wrapSquare wrapText="bothSides"/>
            <wp:docPr id="153358833" name="Рисунок 153358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8395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58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33020</wp:posOffset>
            </wp:positionV>
            <wp:extent cx="2876550" cy="1836420"/>
            <wp:effectExtent l="0" t="0" r="0" b="0"/>
            <wp:wrapSquare wrapText="bothSides"/>
            <wp:docPr id="34184587" name="Рисунок 34184587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Рисунок 137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218"/>
                    <a:stretch/>
                  </pic:blipFill>
                  <pic:spPr bwMode="auto">
                    <a:xfrm>
                      <a:off x="0" y="0"/>
                      <a:ext cx="2876550" cy="183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3764280</wp:posOffset>
            </wp:positionV>
            <wp:extent cx="2898140" cy="2457450"/>
            <wp:effectExtent l="0" t="0" r="0" b="0"/>
            <wp:wrapSquare wrapText="bothSides"/>
            <wp:docPr id="889499960" name="Рисунок 889499960" descr="Изображение выглядит как текст, линия, диаграмма, Граф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371038" name="Рисунок 1085371038" descr="Изображение выглядит как текст, линия, диаграмма, График&#10;&#10;Автоматически созданное описание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0343"/>
                    <a:stretch/>
                  </pic:blipFill>
                  <pic:spPr bwMode="auto">
                    <a:xfrm>
                      <a:off x="0" y="0"/>
                      <a:ext cx="289814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222918</wp:posOffset>
            </wp:positionH>
            <wp:positionV relativeFrom="paragraph">
              <wp:posOffset>1938655</wp:posOffset>
            </wp:positionV>
            <wp:extent cx="3190875" cy="1823467"/>
            <wp:effectExtent l="0" t="0" r="0" b="0"/>
            <wp:wrapSquare wrapText="bothSides"/>
            <wp:docPr id="1101742803" name="Рисунок 1101742803" descr="Изображение выглядит как текст, линия, диаграмма, Граф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Рисунок 138" descr="Изображение выглядит как текст, линия, диаграмма, График&#10;&#10;Автоматически созданное описание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9793"/>
                    <a:stretch/>
                  </pic:blipFill>
                  <pic:spPr bwMode="auto">
                    <a:xfrm>
                      <a:off x="0" y="0"/>
                      <a:ext cx="3190875" cy="1823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410CB" w:rsidRDefault="00F410CB" w:rsidP="00F410CB">
      <w:pPr>
        <w:contextualSpacing/>
        <w:rPr>
          <w:rFonts w:ascii="Times New Roman" w:hAnsi="Times New Roman"/>
          <w:b/>
          <w:iCs/>
          <w:noProof/>
          <w:color w:val="000000"/>
          <w:sz w:val="24"/>
          <w:szCs w:val="24"/>
        </w:rPr>
      </w:pPr>
    </w:p>
    <w:p w:rsidR="00F410CB" w:rsidRPr="00DE218D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71120</wp:posOffset>
            </wp:positionV>
            <wp:extent cx="3000375" cy="864870"/>
            <wp:effectExtent l="0" t="0" r="0" b="0"/>
            <wp:wrapSquare wrapText="bothSides"/>
            <wp:docPr id="1560900122" name="Рисунок 156090012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Pr="0012640B" w:rsidRDefault="00F410CB" w:rsidP="00F410CB">
      <w:pPr>
        <w:rPr>
          <w:lang w:val="ru-RU"/>
        </w:rPr>
      </w:pPr>
    </w:p>
    <w:p w:rsidR="00F410CB" w:rsidRPr="0012640B" w:rsidRDefault="00F410CB" w:rsidP="00F410CB">
      <w:pPr>
        <w:spacing w:after="0"/>
        <w:ind w:left="120"/>
        <w:rPr>
          <w:lang w:val="ru-RU"/>
        </w:rPr>
      </w:pPr>
    </w:p>
    <w:p w:rsidR="00F410CB" w:rsidRDefault="00F410CB">
      <w:r>
        <w:br w:type="page"/>
      </w:r>
    </w:p>
    <w:p w:rsidR="00F410CB" w:rsidRPr="002E2D7F" w:rsidRDefault="003762B2" w:rsidP="00F410CB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="00F410CB">
        <w:rPr>
          <w:rFonts w:ascii="Times New Roman" w:hAnsi="Times New Roman"/>
          <w:b/>
          <w:color w:val="000000"/>
          <w:sz w:val="28"/>
          <w:lang w:val="ru-RU"/>
        </w:rPr>
        <w:t>ПОУРОЧНОЕ ПЛАНИРОВАНИЕ</w:t>
      </w:r>
    </w:p>
    <w:p w:rsidR="00F410CB" w:rsidRPr="0078507B" w:rsidRDefault="00F410CB" w:rsidP="00F410C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E14A7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8507B">
        <w:rPr>
          <w:rFonts w:ascii="Times New Roman" w:hAnsi="Times New Roman"/>
          <w:b/>
          <w:color w:val="000000"/>
          <w:sz w:val="28"/>
          <w:lang w:val="ru-RU"/>
        </w:rPr>
        <w:t xml:space="preserve">6 </w:t>
      </w:r>
      <w:r w:rsidR="003762B2">
        <w:rPr>
          <w:rFonts w:ascii="Times New Roman" w:hAnsi="Times New Roman"/>
          <w:b/>
          <w:color w:val="000000"/>
          <w:sz w:val="28"/>
          <w:lang w:val="ru-RU"/>
        </w:rPr>
        <w:t xml:space="preserve">«Е» </w:t>
      </w:r>
      <w:r w:rsidRPr="0078507B">
        <w:rPr>
          <w:rFonts w:ascii="Times New Roman" w:hAnsi="Times New Roman"/>
          <w:b/>
          <w:color w:val="000000"/>
          <w:sz w:val="28"/>
          <w:lang w:val="ru-RU"/>
        </w:rPr>
        <w:t xml:space="preserve">КЛАСС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Учитель </w:t>
      </w:r>
      <w:r w:rsidR="003762B2">
        <w:rPr>
          <w:rFonts w:ascii="Times New Roman" w:hAnsi="Times New Roman"/>
          <w:b/>
          <w:color w:val="000000"/>
          <w:sz w:val="28"/>
          <w:lang w:val="ru-RU"/>
        </w:rPr>
        <w:t>Портареску Елена Александровна</w:t>
      </w:r>
    </w:p>
    <w:tbl>
      <w:tblPr>
        <w:tblStyle w:val="TableNormal1"/>
        <w:tblW w:w="9923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5103"/>
        <w:gridCol w:w="1559"/>
        <w:gridCol w:w="1559"/>
        <w:gridCol w:w="993"/>
      </w:tblGrid>
      <w:tr w:rsidR="00F410CB" w:rsidRPr="007B1C5C" w:rsidTr="008B1FCB">
        <w:trPr>
          <w:trHeight w:val="1147"/>
          <w:tblHeader/>
        </w:trPr>
        <w:tc>
          <w:tcPr>
            <w:tcW w:w="709" w:type="dxa"/>
            <w:vAlign w:val="center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№ урока</w:t>
            </w:r>
          </w:p>
        </w:tc>
        <w:tc>
          <w:tcPr>
            <w:tcW w:w="5103" w:type="dxa"/>
            <w:vAlign w:val="center"/>
          </w:tcPr>
          <w:p w:rsidR="00F410CB" w:rsidRPr="007B1C5C" w:rsidRDefault="00F410CB" w:rsidP="008B1FCB">
            <w:pPr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Наименование разделов и тем</w:t>
            </w:r>
          </w:p>
        </w:tc>
        <w:tc>
          <w:tcPr>
            <w:tcW w:w="1559" w:type="dxa"/>
            <w:vAlign w:val="center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Плановые сроки прохождения программы</w:t>
            </w:r>
          </w:p>
        </w:tc>
        <w:tc>
          <w:tcPr>
            <w:tcW w:w="1559" w:type="dxa"/>
            <w:vAlign w:val="center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Фактические сроки и/или коррекция</w:t>
            </w:r>
          </w:p>
        </w:tc>
        <w:tc>
          <w:tcPr>
            <w:tcW w:w="993" w:type="dxa"/>
            <w:vAlign w:val="center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Примечание</w:t>
            </w:r>
          </w:p>
        </w:tc>
      </w:tr>
      <w:tr w:rsidR="00F410CB" w:rsidRPr="007B1C5C" w:rsidTr="008B1FCB">
        <w:trPr>
          <w:trHeight w:val="299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8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Раздел 1. Натуральные числа (</w:t>
            </w:r>
            <w:r w:rsidRPr="007B1C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23</w:t>
            </w:r>
            <w:r w:rsidRPr="007B1C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ч.)</w:t>
            </w: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курса 5 класса. Натуральные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2E2D7F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Повторение курса 5 класса. Обыкновенные дроби 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2E2D7F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</w:t>
            </w:r>
          </w:p>
        </w:tc>
        <w:tc>
          <w:tcPr>
            <w:tcW w:w="5103" w:type="dxa"/>
            <w:shd w:val="clear" w:color="auto" w:fill="auto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Повторение курса 5 класса. Десятичные дроби 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95F86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</w:t>
            </w:r>
          </w:p>
        </w:tc>
        <w:tc>
          <w:tcPr>
            <w:tcW w:w="5103" w:type="dxa"/>
            <w:shd w:val="clear" w:color="auto" w:fill="auto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курса 5 класса. Геометрические фигуры.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Виды треугольников.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</w:t>
            </w:r>
          </w:p>
        </w:tc>
        <w:tc>
          <w:tcPr>
            <w:tcW w:w="5103" w:type="dxa"/>
            <w:shd w:val="clear" w:color="auto" w:fill="auto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Среднее арифметическое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</w:t>
            </w:r>
          </w:p>
        </w:tc>
        <w:tc>
          <w:tcPr>
            <w:tcW w:w="5103" w:type="dxa"/>
            <w:shd w:val="clear" w:color="auto" w:fill="auto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Среднее арифметическое 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</w:t>
            </w:r>
          </w:p>
        </w:tc>
        <w:tc>
          <w:tcPr>
            <w:tcW w:w="5103" w:type="dxa"/>
            <w:shd w:val="clear" w:color="auto" w:fill="auto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Среднее арифметическое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. Решение задач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</w:t>
            </w:r>
          </w:p>
        </w:tc>
        <w:tc>
          <w:tcPr>
            <w:tcW w:w="5103" w:type="dxa"/>
            <w:vAlign w:val="center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</w:t>
            </w:r>
          </w:p>
        </w:tc>
        <w:tc>
          <w:tcPr>
            <w:tcW w:w="5103" w:type="dxa"/>
            <w:vAlign w:val="center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</w:t>
            </w:r>
          </w:p>
        </w:tc>
        <w:tc>
          <w:tcPr>
            <w:tcW w:w="5103" w:type="dxa"/>
            <w:vAlign w:val="center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</w:t>
            </w:r>
          </w:p>
        </w:tc>
        <w:tc>
          <w:tcPr>
            <w:tcW w:w="5103" w:type="dxa"/>
            <w:vAlign w:val="center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</w:t>
            </w:r>
          </w:p>
        </w:tc>
        <w:tc>
          <w:tcPr>
            <w:tcW w:w="5103" w:type="dxa"/>
            <w:vAlign w:val="center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tabs>
                <w:tab w:val="center" w:pos="706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Делители и кратные,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Признаки деления на 10.5,2,9,3.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Делимость суммы и произвед</w:t>
            </w: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Простые и составные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Наибольший общий делитель.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Взаимно простые числа.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Алгоритм нахождения НОД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на нахождение НОД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Наименьшее общее кратное натуральных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Алгоритм нахождения НОК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на нахождение НОК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55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1244D1" w:rsidTr="008B1FCB">
        <w:trPr>
          <w:trHeight w:val="284"/>
        </w:trPr>
        <w:tc>
          <w:tcPr>
            <w:tcW w:w="709" w:type="dxa"/>
            <w:shd w:val="clear" w:color="auto" w:fill="DEEAF6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23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Контрольная работа №1 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8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2. Дроби (</w:t>
            </w: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41</w:t>
            </w: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ч.)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Основное свойство дроби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Сокращение дробей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Сокращение дробей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567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 w:right="892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Приведение дробей к общему знаменателю.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Сравнение дробей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ind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Сложение и вычитание дробей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примеров на сложение и вычитания дробей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30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Действие сложения и вычитания смешанных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Дробные выражен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и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примеров на действия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сложения и вычитания смешанных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shd w:val="clear" w:color="auto" w:fill="DEEAF6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34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№2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Умножение дробей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Действие умножения смешанных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Решение примеров на действие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у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множения смешанных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B616F7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39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Нахождение дроби от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Нахождение дроби от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Деление дробей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примеров на действие деления смешанных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текстовых задач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текстовых задач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95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 w:right="4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Нахождение числа по значению его дроби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72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 w:right="4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Нахождение числа по значению его дроби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567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 w:right="50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Преобразование обыкновенных дробей десятичные. Бесконечные периодические десятичные дроби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567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49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 w:right="3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 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  <w:shd w:val="clear" w:color="auto" w:fill="DEEAF6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50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 xml:space="preserve">Контрольная работа № 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3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Отношения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Отношения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Пропорции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tcBorders>
              <w:top w:val="nil"/>
            </w:tcBorders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54</w:t>
            </w:r>
          </w:p>
        </w:tc>
        <w:tc>
          <w:tcPr>
            <w:tcW w:w="5103" w:type="dxa"/>
            <w:tcBorders>
              <w:top w:val="nil"/>
            </w:tcBorders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Пропорции</w:t>
            </w:r>
          </w:p>
        </w:tc>
        <w:tc>
          <w:tcPr>
            <w:tcW w:w="1559" w:type="dxa"/>
            <w:tcBorders>
              <w:top w:val="nil"/>
            </w:tcBorders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Пропорции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Пропорции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Процентное отношение двух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Процентное отношение двух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59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Процентное отношение двух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567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 w:right="109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Прямая и обратная пропорциональные зависимости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567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 w:right="109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Прямая и обратная пропорциональные зависимости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Деление числа в данном отношении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Повторение и систематизация учебного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материала</w:t>
            </w:r>
          </w:p>
        </w:tc>
        <w:tc>
          <w:tcPr>
            <w:tcW w:w="1559" w:type="dxa"/>
          </w:tcPr>
          <w:p w:rsidR="00F410CB" w:rsidRPr="001244D1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1244D1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1244D1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1244D1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64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Контрольная работа №</w:t>
            </w: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4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8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Раздел 3 Наглядная геометрия</w:t>
            </w:r>
            <w:proofErr w:type="gramStart"/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 xml:space="preserve"> .</w:t>
            </w:r>
            <w:proofErr w:type="gramEnd"/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Фигуры на плоскости. (10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.</w:t>
            </w:r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Окружность и круг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Длина окружности. Площадь круга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Длина окружности. Площадь круга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69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99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Площадь фигур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99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 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1244D1" w:rsidTr="008B1FCB">
        <w:trPr>
          <w:trHeight w:val="299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Контрольная работа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№5 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301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11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4 Положительные и отрицательные числа (44 ч.)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Положи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т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ельные и отрицательные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Положительные и отрицательные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Координатная прямая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Координатная прямая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Координатная прямая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Целые числа. Рациональные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Целые числа. Рациональные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Модуль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Модуль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Модуль числа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Сравнение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Сравнение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301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Сравнение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 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shd w:val="clear" w:color="auto" w:fill="DEEAF6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89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6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Сложение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Сложение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Сложение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Сложение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7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Свойства сложения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60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Свойства сложения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Вычитание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Вычитание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Вычитание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99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Вычитание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100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 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shd w:val="clear" w:color="auto" w:fill="DEEAF6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101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7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Умножение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Умножение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Умножение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Умножение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567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Переместительное и сочетательное свойство умножения рациональных чисел.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Коэффициент.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567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Переместительное и сочетательное свойство умножения рациональных чисел.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Коэффициент.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567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Переместительное и сочетательное свойство умножения рациональных чисел.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Коэффициент.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17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109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21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11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01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05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Распределительное свойство умножения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Деление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Деление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Деление рациональных чисел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8A3D75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 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shd w:val="clear" w:color="auto" w:fill="DEEAF6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118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8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301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11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  <w:t>Раздел 5 Выражения с буквами (10 ч.)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119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Решение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с помощью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с помощью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с помощью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с помощью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Решение задач с помощью уравнений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shd w:val="clear" w:color="auto" w:fill="DEEAF6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128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9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301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11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6. Наглядная геометрия.  Прямые на плоскости (6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ч.)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129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Перпендикулярные прямые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Перпендикулярные прямые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Перпендикулярные прямые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Параллельные прямые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Параллельные прямые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9923" w:type="dxa"/>
            <w:gridSpan w:val="5"/>
          </w:tcPr>
          <w:p w:rsidR="00F410CB" w:rsidRPr="007B1C5C" w:rsidRDefault="00F410CB" w:rsidP="008B1FCB">
            <w:pPr>
              <w:spacing w:before="11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Раздел 7. Наглядная геометрия.  Симметрия (4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ч.)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Осевая и центральная симметрии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Осевая и центральная симметрии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Построение симмет</w:t>
            </w: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Pr="007B1C5C">
              <w:rPr>
                <w:rFonts w:ascii="Times New Roman" w:hAnsi="Times New Roman"/>
                <w:color w:val="000000"/>
                <w:sz w:val="24"/>
              </w:rPr>
              <w:t>ичных фигур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D1785A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</w:t>
            </w: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Осевая симметрия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559" w:type="dxa"/>
            <w:vAlign w:val="bottom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301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11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8. Представление данных. Координатная плоскость (8 ч.)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139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Координатная плоскость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tcBorders>
              <w:top w:val="nil"/>
            </w:tcBorders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140</w:t>
            </w:r>
          </w:p>
        </w:tc>
        <w:tc>
          <w:tcPr>
            <w:tcW w:w="5103" w:type="dxa"/>
            <w:tcBorders>
              <w:top w:val="nil"/>
            </w:tcBorders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Координатная плоскость</w:t>
            </w:r>
          </w:p>
        </w:tc>
        <w:tc>
          <w:tcPr>
            <w:tcW w:w="1559" w:type="dxa"/>
            <w:tcBorders>
              <w:top w:val="nil"/>
            </w:tcBorders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Графики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Графики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60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Диаграммы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68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Диаграммы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567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Повторение и систематизация учебного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материала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  <w:shd w:val="clear" w:color="auto" w:fill="DEEAF6"/>
          </w:tcPr>
          <w:p w:rsidR="00F410CB" w:rsidRPr="00E93BA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146</w:t>
            </w:r>
          </w:p>
        </w:tc>
        <w:tc>
          <w:tcPr>
            <w:tcW w:w="5103" w:type="dxa"/>
            <w:shd w:val="clear" w:color="auto" w:fill="DEEAF6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bidi="ru-RU"/>
              </w:rPr>
              <w:t>Контрольная работа № 1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  <w:t>0</w:t>
            </w:r>
          </w:p>
        </w:tc>
        <w:tc>
          <w:tcPr>
            <w:tcW w:w="1559" w:type="dxa"/>
            <w:shd w:val="clear" w:color="auto" w:fill="DEEAF6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F410CB" w:rsidTr="008B1FCB">
        <w:trPr>
          <w:trHeight w:val="460"/>
        </w:trPr>
        <w:tc>
          <w:tcPr>
            <w:tcW w:w="9923" w:type="dxa"/>
            <w:gridSpan w:val="5"/>
            <w:shd w:val="clear" w:color="auto" w:fill="D9D9D9"/>
          </w:tcPr>
          <w:p w:rsidR="00F410CB" w:rsidRPr="007B1C5C" w:rsidRDefault="00F410CB" w:rsidP="008B1FCB">
            <w:pPr>
              <w:spacing w:before="8"/>
              <w:ind w:left="141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iCs/>
                <w:sz w:val="23"/>
                <w:szCs w:val="23"/>
                <w:lang w:val="ru-RU"/>
              </w:rPr>
              <w:t>Раздел 9. Наглядная геометрия. Фигуры в пространстве. (7</w:t>
            </w:r>
            <w:r>
              <w:rPr>
                <w:rFonts w:ascii="Times New Roman" w:eastAsia="Times New Roman" w:hAnsi="Times New Roman" w:cs="Times New Roman"/>
                <w:b/>
                <w:iCs/>
                <w:sz w:val="23"/>
                <w:szCs w:val="23"/>
                <w:lang w:val="ru-RU"/>
              </w:rPr>
              <w:t xml:space="preserve"> 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3"/>
                <w:szCs w:val="23"/>
                <w:lang w:val="ru-RU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iCs/>
                <w:sz w:val="23"/>
                <w:szCs w:val="23"/>
                <w:lang w:val="ru-RU"/>
              </w:rPr>
              <w:t>.</w:t>
            </w:r>
            <w:r w:rsidRPr="007B1C5C">
              <w:rPr>
                <w:rFonts w:ascii="Times New Roman" w:eastAsia="Times New Roman" w:hAnsi="Times New Roman" w:cs="Times New Roman"/>
                <w:b/>
                <w:iCs/>
                <w:sz w:val="23"/>
                <w:szCs w:val="23"/>
                <w:lang w:val="ru-RU"/>
              </w:rPr>
              <w:t>)</w:t>
            </w: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Цилиндр.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К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онус.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Ш</w:t>
            </w: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ар.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B1C5C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149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84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51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F410CB" w:rsidRPr="00743864" w:rsidTr="008B1FCB">
        <w:trPr>
          <w:trHeight w:val="273"/>
        </w:trPr>
        <w:tc>
          <w:tcPr>
            <w:tcW w:w="9923" w:type="dxa"/>
            <w:gridSpan w:val="5"/>
            <w:shd w:val="clear" w:color="auto" w:fill="D9D9D9" w:themeFill="background1" w:themeFillShade="D9"/>
          </w:tcPr>
          <w:p w:rsidR="00F410CB" w:rsidRPr="00F410CB" w:rsidRDefault="00F410CB" w:rsidP="008B1FCB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  <w:lang w:val="ru-RU" w:bidi="ru-RU"/>
              </w:rPr>
            </w:pPr>
            <w:r w:rsidRPr="00F410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  <w:lang w:val="ru-RU" w:bidi="ru-RU"/>
              </w:rPr>
              <w:t>Раздел 10.</w:t>
            </w:r>
            <w:r w:rsidRPr="00F410CB">
              <w:rPr>
                <w:rFonts w:ascii="Times New Roman" w:hAnsi="Times New Roman"/>
                <w:b/>
                <w:bCs/>
                <w:color w:val="000000"/>
                <w:sz w:val="24"/>
                <w:highlight w:val="lightGray"/>
                <w:lang w:val="ru-RU"/>
              </w:rPr>
              <w:t xml:space="preserve"> Повторение, обобщение, систематизация</w:t>
            </w:r>
            <w:r w:rsidRPr="00F410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  <w:lang w:val="ru-RU" w:bidi="ru-RU"/>
              </w:rPr>
              <w:t xml:space="preserve"> (17 ч.)</w:t>
            </w: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7B1C5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159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7B1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Итоговая контрольная №11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161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162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163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164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165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166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167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168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Итоговое повторение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169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Итоговый урок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10CB" w:rsidRPr="007B1C5C" w:rsidTr="008B1FCB">
        <w:trPr>
          <w:trHeight w:val="299"/>
        </w:trPr>
        <w:tc>
          <w:tcPr>
            <w:tcW w:w="709" w:type="dxa"/>
          </w:tcPr>
          <w:p w:rsidR="00F410CB" w:rsidRPr="0004799C" w:rsidRDefault="00F410CB" w:rsidP="008B1FCB">
            <w:pPr>
              <w:ind w:firstLine="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170</w:t>
            </w:r>
          </w:p>
        </w:tc>
        <w:tc>
          <w:tcPr>
            <w:tcW w:w="5103" w:type="dxa"/>
          </w:tcPr>
          <w:p w:rsidR="00F410CB" w:rsidRPr="007B1C5C" w:rsidRDefault="00F410CB" w:rsidP="008B1FCB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7B1C5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Итоговый урок</w:t>
            </w:r>
          </w:p>
        </w:tc>
        <w:tc>
          <w:tcPr>
            <w:tcW w:w="1559" w:type="dxa"/>
          </w:tcPr>
          <w:p w:rsidR="00F410CB" w:rsidRPr="007B1C5C" w:rsidRDefault="00F410CB" w:rsidP="008B1F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F410CB" w:rsidRPr="007B1C5C" w:rsidRDefault="00F410CB" w:rsidP="008B1FC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F410CB" w:rsidRPr="007B1C5C" w:rsidRDefault="00F410CB" w:rsidP="008B1FCB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</w:tbl>
    <w:p w:rsidR="00F410CB" w:rsidRDefault="00F410CB" w:rsidP="00F410CB">
      <w:pPr>
        <w:pStyle w:val="af0"/>
        <w:rPr>
          <w:rFonts w:ascii="Times New Roman" w:hAnsi="Times New Roman"/>
          <w:b w:val="0"/>
          <w:color w:val="000000"/>
          <w:sz w:val="28"/>
        </w:rPr>
      </w:pPr>
    </w:p>
    <w:p w:rsidR="00F410CB" w:rsidRDefault="00F410CB" w:rsidP="00F410CB">
      <w:pPr>
        <w:rPr>
          <w:rFonts w:ascii="Times New Roman" w:hAnsi="Times New Roman"/>
          <w:bCs/>
          <w:color w:val="000000"/>
          <w:sz w:val="28"/>
          <w:szCs w:val="18"/>
        </w:rPr>
      </w:pPr>
      <w:r>
        <w:rPr>
          <w:rFonts w:ascii="Times New Roman" w:hAnsi="Times New Roman"/>
          <w:b/>
          <w:color w:val="000000"/>
          <w:sz w:val="28"/>
        </w:rPr>
        <w:br w:type="page"/>
      </w:r>
    </w:p>
    <w:p w:rsidR="00F410CB" w:rsidRPr="00E02E20" w:rsidRDefault="00F410CB" w:rsidP="00F410CB">
      <w:pPr>
        <w:spacing w:after="0"/>
        <w:ind w:left="120"/>
        <w:rPr>
          <w:lang w:val="ru-RU"/>
        </w:rPr>
      </w:pPr>
      <w:r w:rsidRPr="00E02E20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F410CB" w:rsidRPr="00E02E20" w:rsidRDefault="00F410CB" w:rsidP="00F410CB">
      <w:pPr>
        <w:spacing w:after="0" w:line="480" w:lineRule="auto"/>
        <w:ind w:left="120"/>
        <w:rPr>
          <w:lang w:val="ru-RU"/>
        </w:rPr>
      </w:pPr>
      <w:r w:rsidRPr="00E02E20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F410CB" w:rsidRPr="000066E9" w:rsidRDefault="00F410CB" w:rsidP="00F410CB">
      <w:pPr>
        <w:pStyle w:val="af5"/>
        <w:numPr>
          <w:ilvl w:val="0"/>
          <w:numId w:val="16"/>
        </w:numPr>
        <w:spacing w:after="0" w:line="0" w:lineRule="atLeast"/>
        <w:jc w:val="both"/>
        <w:rPr>
          <w:rFonts w:ascii="Times New Roman" w:eastAsia="Times New Roman" w:hAnsi="Times New Roman" w:cs="Arial"/>
          <w:sz w:val="20"/>
          <w:szCs w:val="20"/>
          <w:lang w:val="ru-RU" w:eastAsia="ru-RU"/>
        </w:rPr>
      </w:pPr>
      <w:r w:rsidRPr="000066E9">
        <w:rPr>
          <w:rFonts w:ascii="Times New Roman" w:hAnsi="Times New Roman"/>
          <w:color w:val="000000"/>
          <w:sz w:val="28"/>
          <w:lang w:val="ru-RU"/>
        </w:rPr>
        <w:t>​‌‌​</w:t>
      </w: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</w:t>
      </w:r>
      <w:proofErr w:type="gramStart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Мерзляк</w:t>
      </w:r>
      <w:proofErr w:type="gramEnd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А.Г., Полонский В.Б., Якир М.С.; под редакцией Подольского В.Е., Математика, Общество с ограниченной ответственностью "Издательский центр ВЕНТАНА-ГРАФ"</w:t>
      </w:r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>, 2018-2020</w:t>
      </w: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; Акционерное общество "Издательство Просвещение"</w:t>
      </w:r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>, 2021</w:t>
      </w: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.</w:t>
      </w:r>
    </w:p>
    <w:p w:rsidR="00F410CB" w:rsidRPr="00E02E20" w:rsidRDefault="00F410CB" w:rsidP="00F410CB">
      <w:pPr>
        <w:spacing w:after="0" w:line="480" w:lineRule="auto"/>
        <w:ind w:left="120"/>
        <w:rPr>
          <w:lang w:val="ru-RU"/>
        </w:rPr>
      </w:pPr>
      <w:r w:rsidRPr="00E02E20">
        <w:rPr>
          <w:rFonts w:ascii="Times New Roman" w:hAnsi="Times New Roman"/>
          <w:color w:val="000000"/>
          <w:sz w:val="28"/>
          <w:lang w:val="ru-RU"/>
        </w:rPr>
        <w:t>‌‌​</w:t>
      </w:r>
    </w:p>
    <w:p w:rsidR="00F410CB" w:rsidRPr="00E02E20" w:rsidRDefault="00F410CB" w:rsidP="00F410CB">
      <w:pPr>
        <w:spacing w:after="0" w:line="480" w:lineRule="auto"/>
        <w:ind w:left="120"/>
        <w:rPr>
          <w:lang w:val="ru-RU"/>
        </w:rPr>
      </w:pPr>
      <w:r w:rsidRPr="00E02E2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410CB" w:rsidRPr="000066E9" w:rsidRDefault="00F410CB" w:rsidP="00F410CB">
      <w:pPr>
        <w:pStyle w:val="af5"/>
        <w:numPr>
          <w:ilvl w:val="0"/>
          <w:numId w:val="17"/>
        </w:numPr>
        <w:spacing w:after="0" w:line="0" w:lineRule="atLeast"/>
        <w:jc w:val="both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  <w:r w:rsidRPr="000066E9">
        <w:rPr>
          <w:rFonts w:ascii="Times New Roman" w:hAnsi="Times New Roman"/>
          <w:color w:val="000000"/>
          <w:sz w:val="28"/>
          <w:lang w:val="ru-RU"/>
        </w:rPr>
        <w:t>​‌‌​</w:t>
      </w: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Математика: 6 класс: дидактические материалы: пособие для учащихся общеобразовательных организаций / А.Г. </w:t>
      </w:r>
      <w:proofErr w:type="gramStart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Мерзляк</w:t>
      </w:r>
      <w:proofErr w:type="gramEnd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, В.Б. Полонский, Е.М. Рабинович, М.С. Якир. — М.: Вентана-Граф, 2018. </w:t>
      </w:r>
    </w:p>
    <w:p w:rsidR="00F410CB" w:rsidRDefault="00F410CB" w:rsidP="00F410CB">
      <w:pPr>
        <w:pStyle w:val="af5"/>
        <w:numPr>
          <w:ilvl w:val="0"/>
          <w:numId w:val="17"/>
        </w:numPr>
        <w:spacing w:after="0" w:line="0" w:lineRule="atLeast"/>
        <w:jc w:val="both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Математика: 6 класс: методическое пособие / А.Г. </w:t>
      </w:r>
      <w:proofErr w:type="gramStart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Мерзляк</w:t>
      </w:r>
      <w:proofErr w:type="gramEnd"/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>, В.Б. Полонский, М.С. Якир. — М.: Вентана-Граф, 2018.</w:t>
      </w:r>
    </w:p>
    <w:p w:rsidR="00F410CB" w:rsidRPr="000066E9" w:rsidRDefault="00F410CB" w:rsidP="00F410CB">
      <w:pPr>
        <w:pStyle w:val="af5"/>
        <w:numPr>
          <w:ilvl w:val="0"/>
          <w:numId w:val="17"/>
        </w:numPr>
        <w:spacing w:after="0" w:line="0" w:lineRule="atLeast"/>
        <w:jc w:val="both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>Рабочая тетрадь по математике. В двух частях.6 класс</w:t>
      </w:r>
      <w:proofErr w:type="gramStart"/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:</w:t>
      </w:r>
      <w:proofErr w:type="gramEnd"/>
      <w:r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к учебнику Виленкина и др. «Математика. 6 класс» / Т.М. Ерина – 26-е изд., перераб. и доп. – М: Издательство «Экзамен», 2024</w:t>
      </w:r>
    </w:p>
    <w:p w:rsidR="00F410CB" w:rsidRPr="00E02E20" w:rsidRDefault="00F410CB" w:rsidP="00F410CB">
      <w:pPr>
        <w:spacing w:after="0" w:line="480" w:lineRule="auto"/>
        <w:ind w:left="120"/>
        <w:rPr>
          <w:lang w:val="ru-RU"/>
        </w:rPr>
      </w:pPr>
    </w:p>
    <w:p w:rsidR="00F410CB" w:rsidRPr="00E02E20" w:rsidRDefault="00F410CB" w:rsidP="00F410CB">
      <w:pPr>
        <w:spacing w:after="0"/>
        <w:ind w:left="120"/>
        <w:rPr>
          <w:lang w:val="ru-RU"/>
        </w:rPr>
      </w:pPr>
    </w:p>
    <w:p w:rsidR="00F410CB" w:rsidRPr="000066E9" w:rsidRDefault="00F410CB" w:rsidP="00F410CB">
      <w:pPr>
        <w:spacing w:after="0" w:line="480" w:lineRule="auto"/>
        <w:ind w:left="120"/>
        <w:rPr>
          <w:lang w:val="ru-RU"/>
        </w:rPr>
      </w:pPr>
      <w:r w:rsidRPr="00EF024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  <w:r w:rsidRPr="000066E9">
        <w:rPr>
          <w:rFonts w:ascii="Times New Roman" w:eastAsia="Times New Roman" w:hAnsi="Times New Roman" w:cs="Arial"/>
          <w:sz w:val="24"/>
          <w:szCs w:val="20"/>
          <w:lang w:val="ru-RU" w:eastAsia="ru-RU"/>
        </w:rPr>
        <w:t xml:space="preserve"> </w:t>
      </w:r>
    </w:p>
    <w:p w:rsidR="00F410CB" w:rsidRDefault="00D31AF3" w:rsidP="00F410CB">
      <w:pPr>
        <w:spacing w:after="0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  <w:hyperlink r:id="rId77" w:history="1">
        <w:r w:rsidR="00F410CB" w:rsidRPr="00A51FA2">
          <w:rPr>
            <w:rStyle w:val="ae"/>
            <w:rFonts w:ascii="Times New Roman" w:eastAsia="Times New Roman" w:hAnsi="Times New Roman" w:cs="Arial"/>
            <w:sz w:val="24"/>
            <w:szCs w:val="20"/>
            <w:lang w:val="ru-RU" w:eastAsia="ru-RU"/>
          </w:rPr>
          <w:t>https://resh.edu.ru/subject/12/6/</w:t>
        </w:r>
      </w:hyperlink>
    </w:p>
    <w:p w:rsidR="00F410CB" w:rsidRDefault="00F410CB" w:rsidP="00F410CB">
      <w:pPr>
        <w:spacing w:after="0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</w:p>
    <w:p w:rsidR="00F410CB" w:rsidRDefault="00D31AF3" w:rsidP="00F410CB">
      <w:pPr>
        <w:spacing w:after="0"/>
        <w:rPr>
          <w:rFonts w:ascii="Times New Roman" w:eastAsia="Times New Roman" w:hAnsi="Times New Roman" w:cs="Arial"/>
          <w:sz w:val="24"/>
          <w:szCs w:val="20"/>
          <w:lang w:val="ru-RU" w:eastAsia="ru-RU"/>
        </w:rPr>
      </w:pPr>
      <w:hyperlink r:id="rId78" w:history="1">
        <w:r w:rsidR="00F410CB" w:rsidRPr="00A51FA2">
          <w:rPr>
            <w:rStyle w:val="ae"/>
            <w:rFonts w:ascii="Times New Roman" w:eastAsia="Times New Roman" w:hAnsi="Times New Roman" w:cs="Arial"/>
            <w:sz w:val="24"/>
            <w:szCs w:val="20"/>
            <w:lang w:val="ru-RU" w:eastAsia="ru-RU"/>
          </w:rPr>
          <w:t>https://lesson.academy-content.myschool.edu.ru/02.1/06</w:t>
        </w:r>
      </w:hyperlink>
    </w:p>
    <w:p w:rsidR="00F410CB" w:rsidRPr="0012640B" w:rsidRDefault="00F410CB" w:rsidP="00F410CB">
      <w:pPr>
        <w:pStyle w:val="af0"/>
        <w:rPr>
          <w:rFonts w:ascii="Times New Roman" w:hAnsi="Times New Roman"/>
          <w:b w:val="0"/>
          <w:color w:val="000000"/>
          <w:sz w:val="28"/>
          <w:lang w:val="ru-RU"/>
        </w:rPr>
      </w:pPr>
    </w:p>
    <w:p w:rsidR="00F410CB" w:rsidRDefault="00F410CB" w:rsidP="00F410CB">
      <w:pPr>
        <w:rPr>
          <w:lang w:val="ru-RU"/>
        </w:rPr>
      </w:pPr>
      <w:r>
        <w:rPr>
          <w:lang w:val="ru-RU"/>
        </w:rPr>
        <w:br w:type="page"/>
      </w:r>
    </w:p>
    <w:p w:rsidR="00F410CB" w:rsidRPr="000066E9" w:rsidRDefault="00F410CB" w:rsidP="00F410CB">
      <w:pPr>
        <w:spacing w:line="240" w:lineRule="auto"/>
        <w:ind w:right="-1"/>
        <w:contextualSpacing/>
        <w:jc w:val="right"/>
        <w:rPr>
          <w:rFonts w:ascii="Times New Roman" w:eastAsiaTheme="minorEastAsia" w:hAnsi="Times New Roman"/>
          <w:bCs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bCs/>
          <w:sz w:val="24"/>
          <w:szCs w:val="24"/>
          <w:lang w:val="ru-RU"/>
        </w:rPr>
        <w:lastRenderedPageBreak/>
        <w:t>ПРИЛОЖЕНИЕ №</w:t>
      </w:r>
      <w:r w:rsidRPr="000066E9">
        <w:rPr>
          <w:rFonts w:ascii="Times New Roman" w:eastAsiaTheme="minorEastAsia" w:hAnsi="Times New Roman"/>
          <w:bCs/>
          <w:sz w:val="24"/>
          <w:szCs w:val="24"/>
          <w:u w:val="single"/>
          <w:lang w:val="ru-RU"/>
        </w:rPr>
        <w:tab/>
      </w:r>
      <w:r>
        <w:rPr>
          <w:rFonts w:ascii="Times New Roman" w:eastAsiaTheme="minorEastAsia" w:hAnsi="Times New Roman"/>
          <w:bCs/>
          <w:sz w:val="24"/>
          <w:szCs w:val="24"/>
          <w:u w:val="single"/>
          <w:lang w:val="ru-RU"/>
        </w:rPr>
        <w:t xml:space="preserve"> ____</w:t>
      </w:r>
    </w:p>
    <w:p w:rsidR="00F410CB" w:rsidRPr="000066E9" w:rsidRDefault="00F410CB" w:rsidP="00F410CB">
      <w:pPr>
        <w:spacing w:line="240" w:lineRule="auto"/>
        <w:contextualSpacing/>
        <w:rPr>
          <w:rFonts w:ascii="Times New Roman" w:eastAsiaTheme="minorEastAsia" w:hAnsi="Times New Roman"/>
          <w:bCs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Cs/>
          <w:sz w:val="24"/>
          <w:szCs w:val="24"/>
          <w:lang w:val="ru-RU"/>
        </w:rPr>
        <w:t xml:space="preserve">Учитель математики: </w:t>
      </w:r>
      <w:r w:rsidR="003762B2">
        <w:rPr>
          <w:rFonts w:ascii="Times New Roman" w:eastAsiaTheme="minorEastAsia" w:hAnsi="Times New Roman"/>
          <w:bCs/>
          <w:sz w:val="24"/>
          <w:szCs w:val="24"/>
          <w:lang w:val="ru-RU"/>
        </w:rPr>
        <w:t>Портареску Е.А</w:t>
      </w:r>
      <w:r>
        <w:rPr>
          <w:rFonts w:ascii="Times New Roman" w:eastAsiaTheme="minorEastAsia" w:hAnsi="Times New Roman"/>
          <w:bCs/>
          <w:sz w:val="24"/>
          <w:szCs w:val="24"/>
          <w:lang w:val="ru-RU"/>
        </w:rPr>
        <w:t>.</w:t>
      </w:r>
    </w:p>
    <w:p w:rsidR="00F410CB" w:rsidRPr="000066E9" w:rsidRDefault="00F410CB" w:rsidP="00F410CB">
      <w:pPr>
        <w:spacing w:line="240" w:lineRule="auto"/>
        <w:contextualSpacing/>
        <w:rPr>
          <w:rFonts w:ascii="Times New Roman" w:eastAsiaTheme="minorEastAsia" w:hAnsi="Times New Roman"/>
          <w:bCs/>
          <w:sz w:val="24"/>
          <w:szCs w:val="24"/>
          <w:u w:val="single"/>
          <w:lang w:val="ru-RU"/>
        </w:rPr>
      </w:pPr>
    </w:p>
    <w:p w:rsidR="00F410CB" w:rsidRPr="000066E9" w:rsidRDefault="00F410CB" w:rsidP="00F410CB">
      <w:pPr>
        <w:spacing w:line="240" w:lineRule="auto"/>
        <w:contextualSpacing/>
        <w:jc w:val="center"/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lang w:val="ru-RU"/>
        </w:rPr>
        <w:t>ОЦЕНОЧНЫЕ ПРОЦЕДУРЫ</w:t>
      </w:r>
    </w:p>
    <w:p w:rsidR="00F410CB" w:rsidRPr="000066E9" w:rsidRDefault="00F410CB" w:rsidP="00F410CB">
      <w:pPr>
        <w:spacing w:line="240" w:lineRule="auto"/>
        <w:contextualSpacing/>
        <w:jc w:val="center"/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u w:val="single"/>
          <w:lang w:val="ru-RU"/>
        </w:rPr>
      </w:pPr>
      <w:r w:rsidRPr="000066E9"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lang w:val="ru-RU"/>
        </w:rPr>
        <w:t xml:space="preserve">по предмету </w:t>
      </w:r>
      <w:r w:rsidRPr="000066E9"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u w:val="single"/>
          <w:lang w:val="ru-RU"/>
        </w:rPr>
        <w:t>МАТЕМАТИКА, 6 «</w:t>
      </w:r>
      <w:r w:rsidR="003762B2"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u w:val="single"/>
          <w:lang w:val="ru-RU"/>
        </w:rPr>
        <w:t>Е</w:t>
      </w:r>
      <w:r w:rsidRPr="000066E9"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u w:val="single"/>
          <w:lang w:val="ru-RU"/>
        </w:rPr>
        <w:t>» класс</w:t>
      </w:r>
    </w:p>
    <w:p w:rsidR="00F410CB" w:rsidRPr="000066E9" w:rsidRDefault="00F410CB" w:rsidP="00F410CB">
      <w:pPr>
        <w:spacing w:line="240" w:lineRule="auto"/>
        <w:contextualSpacing/>
        <w:jc w:val="center"/>
        <w:rPr>
          <w:rFonts w:ascii="Times New Roman" w:eastAsiaTheme="minorEastAsia" w:hAnsi="Times New Roman"/>
          <w:b/>
          <w:bCs/>
          <w:color w:val="000000" w:themeColor="text1"/>
          <w:sz w:val="24"/>
          <w:szCs w:val="24"/>
          <w:lang w:val="ru-RU"/>
        </w:rPr>
      </w:pPr>
    </w:p>
    <w:tbl>
      <w:tblPr>
        <w:tblStyle w:val="16"/>
        <w:tblW w:w="10031" w:type="dxa"/>
        <w:tblLook w:val="04A0"/>
      </w:tblPr>
      <w:tblGrid>
        <w:gridCol w:w="1413"/>
        <w:gridCol w:w="2835"/>
        <w:gridCol w:w="5783"/>
      </w:tblGrid>
      <w:tr w:rsidR="00F410CB" w:rsidRPr="00743864" w:rsidTr="008B1FCB">
        <w:tc>
          <w:tcPr>
            <w:tcW w:w="10031" w:type="dxa"/>
            <w:gridSpan w:val="3"/>
          </w:tcPr>
          <w:p w:rsidR="00F410CB" w:rsidRPr="000066E9" w:rsidRDefault="00F410CB" w:rsidP="008B1FCB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График проведения для 6 «</w:t>
            </w:r>
            <w:r w:rsidR="003762B2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Е</w:t>
            </w:r>
            <w:r w:rsidRPr="000066E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» класса</w:t>
            </w:r>
          </w:p>
        </w:tc>
      </w:tr>
      <w:tr w:rsidR="00F410CB" w:rsidRPr="000066E9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Вид оценочной работы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работы</w:t>
            </w:r>
          </w:p>
        </w:tc>
      </w:tr>
      <w:tr w:rsidR="00F410CB" w:rsidRPr="000066E9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01/10/2023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№1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C6CC5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Натуральные числа</w:t>
            </w:r>
          </w:p>
        </w:tc>
      </w:tr>
      <w:tr w:rsidR="00F410CB" w:rsidRPr="00743864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25/10/2023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№2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Сравнение, сложение и вычитание дробей</w:t>
            </w:r>
          </w:p>
        </w:tc>
      </w:tr>
      <w:tr w:rsidR="00F410CB" w:rsidRPr="000066E9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16/11/2023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№3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</w:rPr>
              <w:t>Умножение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и</w:t>
            </w:r>
            <w:r w:rsidRPr="000066E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</w:t>
            </w:r>
            <w:r w:rsidRPr="000066E9">
              <w:rPr>
                <w:rFonts w:ascii="Times New Roman" w:hAnsi="Times New Roman"/>
                <w:bCs/>
                <w:sz w:val="24"/>
                <w:szCs w:val="24"/>
              </w:rPr>
              <w:t xml:space="preserve">еление дробей </w:t>
            </w:r>
          </w:p>
        </w:tc>
      </w:tr>
      <w:tr w:rsidR="00F410CB" w:rsidRPr="00743864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13/12/2023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Отношения и пропорции. Процентное отношение двух чисел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Прямая и обратная пропорциональные зависимости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</w:tc>
      </w:tr>
      <w:tr w:rsidR="00F410CB" w:rsidRPr="000066E9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27/12/2023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0B91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Фигуры на плоскости</w:t>
            </w:r>
          </w:p>
        </w:tc>
      </w:tr>
      <w:tr w:rsidR="00F410CB" w:rsidRPr="00743864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25/01/2024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Рациональные числа. Сравнение рациональных чисел</w:t>
            </w:r>
          </w:p>
        </w:tc>
      </w:tr>
      <w:tr w:rsidR="00F410CB" w:rsidRPr="00743864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12/02/2024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Сложение и вычитание рациональных чисел</w:t>
            </w:r>
          </w:p>
        </w:tc>
      </w:tr>
      <w:tr w:rsidR="00F410CB" w:rsidRPr="00743864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13/03/2024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Умножение и деление рациональных чисел</w:t>
            </w:r>
          </w:p>
        </w:tc>
      </w:tr>
      <w:tr w:rsidR="00F410CB" w:rsidRPr="00743864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27/03/2024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Решение уравнений и решение задач с помощью уравнений</w:t>
            </w:r>
          </w:p>
        </w:tc>
      </w:tr>
      <w:tr w:rsidR="00F410CB" w:rsidRPr="000066E9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29/04/2024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Перпендикулярные и параллельные прямые. Осевая и центральная симметрии. </w:t>
            </w:r>
            <w:r w:rsidRPr="000066E9">
              <w:rPr>
                <w:rFonts w:ascii="Times New Roman" w:hAnsi="Times New Roman"/>
                <w:bCs/>
                <w:sz w:val="24"/>
                <w:szCs w:val="24"/>
              </w:rPr>
              <w:t>Координатная плоскость. Графики</w:t>
            </w:r>
          </w:p>
        </w:tc>
      </w:tr>
      <w:tr w:rsidR="00F410CB" w:rsidRPr="00743864" w:rsidTr="008B1FCB">
        <w:tc>
          <w:tcPr>
            <w:tcW w:w="141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16/05/2024</w:t>
            </w:r>
          </w:p>
        </w:tc>
        <w:tc>
          <w:tcPr>
            <w:tcW w:w="283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066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Повторение и систематизация знаний учащихся</w:t>
            </w:r>
          </w:p>
        </w:tc>
      </w:tr>
    </w:tbl>
    <w:p w:rsidR="00F410CB" w:rsidRPr="000066E9" w:rsidRDefault="00F410CB" w:rsidP="00F410CB">
      <w:pPr>
        <w:spacing w:line="240" w:lineRule="auto"/>
        <w:ind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заданий.</w:t>
      </w:r>
    </w:p>
    <w:p w:rsidR="00F410CB" w:rsidRPr="000066E9" w:rsidRDefault="00F410CB" w:rsidP="00F410CB">
      <w:pPr>
        <w:spacing w:line="240" w:lineRule="auto"/>
        <w:ind w:right="283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 xml:space="preserve">Основой науки математика являются вычисления и построение логических рассуждений на базе знания закономерностей и взаимосвязей между объектами и величинами. </w:t>
      </w:r>
    </w:p>
    <w:p w:rsidR="00F410CB" w:rsidRPr="000066E9" w:rsidRDefault="00F410CB" w:rsidP="00F410CB">
      <w:pPr>
        <w:spacing w:line="240" w:lineRule="auto"/>
        <w:ind w:right="283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Для проверки теоретических знаний проводятся теоретические опросы/тесты, которые оцениваются с выставлением отметки «5», «4», «3», «2» или по принципу «зачет/незачет».</w:t>
      </w:r>
    </w:p>
    <w:p w:rsidR="00F410CB" w:rsidRPr="000066E9" w:rsidRDefault="00F410CB" w:rsidP="00F410CB">
      <w:pPr>
        <w:spacing w:line="240" w:lineRule="auto"/>
        <w:ind w:right="283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 xml:space="preserve">Для проверки практических и вычислительных навыков проводятся кратковременные практические (самостоятельные) работы продолжительностью не более 15-20 минут, которые также оцениваются с выставлением отметки «5», «4», «3», «2» или по принципу «зачет/незачет». </w:t>
      </w:r>
    </w:p>
    <w:p w:rsidR="00F410CB" w:rsidRPr="000066E9" w:rsidRDefault="00F410CB" w:rsidP="00F410CB">
      <w:pPr>
        <w:spacing w:line="240" w:lineRule="auto"/>
        <w:ind w:right="283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Проведение контрольных работ позволяет связать теоретический материал, изучаемый на уроках математики, с практическим использованием этих знаний. 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В результате аттестации по учебному предмету «Математика» осуществляется комплексная проверка следующих умений и знаний, а также динамика формирования общих компетенций.</w:t>
      </w:r>
    </w:p>
    <w:p w:rsidR="00F410CB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№1.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«</w:t>
      </w:r>
      <w:r w:rsidRPr="00F01872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Натуральные числа</w:t>
      </w:r>
      <w:r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</w:t>
      </w:r>
      <w:r w:rsidRPr="001244D1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Среднее арифметическое</w:t>
      </w:r>
    </w:p>
    <w:p w:rsidR="00F410CB" w:rsidRPr="00FA6AB8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</w:t>
      </w:r>
      <w:r w:rsidRPr="001244D1">
        <w:rPr>
          <w:rFonts w:ascii="Times New Roman" w:hAnsi="Times New Roman"/>
          <w:sz w:val="24"/>
          <w:lang w:val="ru-RU"/>
        </w:rPr>
        <w:t xml:space="preserve"> Понятие процента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lastRenderedPageBreak/>
        <w:t>3</w:t>
      </w:r>
      <w:r>
        <w:rPr>
          <w:lang w:val="ru-RU"/>
        </w:rPr>
        <w:t xml:space="preserve">. </w:t>
      </w:r>
      <w:r w:rsidRPr="00F01872">
        <w:rPr>
          <w:rFonts w:ascii="Times New Roman" w:eastAsiaTheme="minorEastAsia" w:hAnsi="Times New Roman"/>
          <w:sz w:val="24"/>
          <w:szCs w:val="24"/>
          <w:lang w:val="ru-RU"/>
        </w:rPr>
        <w:t>Делители и кратные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4. Простые и составные числа.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5. Наибольший общий делитель.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6. Наименьшее общее кратное.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iCs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№2.</w:t>
      </w:r>
      <w:r w:rsidRPr="000066E9">
        <w:rPr>
          <w:rFonts w:ascii="Times New Roman" w:eastAsiaTheme="minorEastAsia" w:hAnsi="Times New Roman"/>
          <w:b/>
          <w:iCs/>
          <w:sz w:val="24"/>
          <w:szCs w:val="24"/>
          <w:lang w:val="ru-RU"/>
        </w:rPr>
        <w:t xml:space="preserve"> «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Сравнение, сложение и вычитание дробей</w:t>
      </w:r>
      <w:r w:rsidRPr="000066E9">
        <w:rPr>
          <w:rFonts w:ascii="Times New Roman" w:eastAsiaTheme="minorEastAsia" w:hAnsi="Times New Roman"/>
          <w:b/>
          <w:iCs/>
          <w:sz w:val="24"/>
          <w:szCs w:val="24"/>
          <w:lang w:val="ru-RU"/>
        </w:rPr>
        <w:t>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Основное свойство дроби.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Сокращение дробей.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Приведение дробей к общему знаменателю. Сравнение дробей.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4. Сложение и вычитание дробей с разными знаменателями.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iCs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 xml:space="preserve">Контрольная работа №3. «Умножение 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и д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еление дробей»</w:t>
      </w:r>
    </w:p>
    <w:p w:rsidR="00F410CB" w:rsidRPr="000066E9" w:rsidRDefault="00F410CB" w:rsidP="00F410CB">
      <w:pPr>
        <w:spacing w:line="240" w:lineRule="auto"/>
        <w:ind w:right="284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1.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Умножение дробей.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2.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Нахождение дроби от числа.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3.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Взаимно обратные числа.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4.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Деление дробей.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5.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Нахождение числа по заданному значению его дроби.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6.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Абсолютная и относительная погрешности.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7.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Преобразование обыкновенной дроби в десятичную.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8.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Бесконечные периодические десятичные дроби.</w:t>
      </w:r>
    </w:p>
    <w:p w:rsidR="00F410CB" w:rsidRPr="000E343C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9. </w:t>
      </w:r>
      <w:r w:rsidRPr="000E343C">
        <w:rPr>
          <w:rFonts w:ascii="Times New Roman" w:eastAsiaTheme="minorEastAsia" w:hAnsi="Times New Roman"/>
          <w:sz w:val="24"/>
          <w:szCs w:val="24"/>
          <w:lang w:val="ru-RU"/>
        </w:rPr>
        <w:t>Десятичное приближение обыкновенной дроби.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6C7B2A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4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 «Отношения и пропорции. Процентное отношение двух чисел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.</w:t>
      </w:r>
      <w:r w:rsidRPr="00F01872">
        <w:rPr>
          <w:rFonts w:ascii="Times New Roman" w:eastAsiaTheme="minorEastAsia" w:hAnsi="Times New Roman"/>
          <w:b/>
          <w:sz w:val="24"/>
          <w:szCs w:val="24"/>
          <w:lang w:val="ru-RU"/>
        </w:rPr>
        <w:t xml:space="preserve"> 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Прямая и обратная пропорциональные зависимости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Отношения.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Пропорции.</w:t>
      </w:r>
    </w:p>
    <w:p w:rsidR="00F410CB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Процентное отношение двух чисел.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>4.</w:t>
      </w:r>
      <w:r w:rsidRPr="00F01872">
        <w:rPr>
          <w:rFonts w:ascii="Times New Roman" w:eastAsiaTheme="minorEastAsia" w:hAnsi="Times New Roman"/>
          <w:sz w:val="24"/>
          <w:szCs w:val="24"/>
          <w:lang w:val="ru-RU"/>
        </w:rPr>
        <w:t xml:space="preserve"> 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Прямая и обратная пропорциональные зависимости.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>5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. Деление числа в данном отношении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5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 xml:space="preserve">. 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«Фигуры на плоскости»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</w:t>
      </w:r>
      <w:r>
        <w:rPr>
          <w:rFonts w:ascii="Times New Roman" w:eastAsiaTheme="minorEastAsia" w:hAnsi="Times New Roman"/>
          <w:sz w:val="24"/>
          <w:szCs w:val="24"/>
          <w:lang w:val="ru-RU"/>
        </w:rPr>
        <w:t>.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 xml:space="preserve"> Окружность и круг.</w:t>
      </w:r>
    </w:p>
    <w:p w:rsidR="00F410CB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>2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 xml:space="preserve">. Длина окружности. </w:t>
      </w:r>
    </w:p>
    <w:p w:rsidR="00F410CB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3. 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Площадь круга</w:t>
      </w:r>
    </w:p>
    <w:p w:rsidR="00F410CB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>4. Построение треугольников по сторонам и углам</w:t>
      </w:r>
    </w:p>
    <w:p w:rsidR="00F410CB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-1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6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 xml:space="preserve"> «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Рациональные числа. Сравнение рациональных чисел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Положительные и отрицательные числа.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Координатная прямая.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Координатная прямая.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4. Модуль числа.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5. Сравнение чисел.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7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 xml:space="preserve"> «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Сложение и вычитание рациональных чисел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Сложение рациональных чисел.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lastRenderedPageBreak/>
        <w:t>2. Свойства сложения рациональных чисел.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Вычитание рациональных чисел.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8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 xml:space="preserve"> «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Умножение и деление рациональных чисел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Умножение рациональных чисел.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Переместительное и сочетательное свойства умножения рациональных чисел. Коэффициент.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Распределительное свойство умножения.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4. Деление рациональных чисел.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9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 xml:space="preserve"> «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Решение уравнений и решение задач с помощью уравнений</w:t>
      </w:r>
      <w:r w:rsidRPr="000066E9">
        <w:rPr>
          <w:rFonts w:ascii="Times New Roman" w:eastAsiaTheme="minorEastAsia" w:hAnsi="Times New Roman"/>
          <w:b/>
          <w:iCs/>
          <w:color w:val="000000"/>
          <w:sz w:val="24"/>
          <w:szCs w:val="24"/>
          <w:lang w:val="ru-RU"/>
        </w:rPr>
        <w:t>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Решение уравнений.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Решение задач с помощью уравнений.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№1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0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 «Перпендикулярные и параллельные прямые. Осевая и центральная симметрии. Координатная плоскость. Графики»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Перпендикулярные прямые.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Осевая и центральная симметрии.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Параллельные прямые.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4. Координатная плоскость.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5. Графики.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283" w:firstLine="851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Контрольная работа №1</w:t>
      </w:r>
      <w:r>
        <w:rPr>
          <w:rFonts w:ascii="Times New Roman" w:eastAsiaTheme="minorEastAsia" w:hAnsi="Times New Roman"/>
          <w:b/>
          <w:sz w:val="24"/>
          <w:szCs w:val="24"/>
          <w:lang w:val="ru-RU"/>
        </w:rPr>
        <w:t>1</w:t>
      </w: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. «Обобщение и систематизация знаний учащихся»»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b/>
          <w:sz w:val="24"/>
          <w:szCs w:val="24"/>
          <w:lang w:val="ru-RU"/>
        </w:rPr>
        <w:t>Темы для изучения: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1. Сложение, вычитание, умножение, деление дробей.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2. Нахождение дроби от числа. Нахождение числа по заданному значению его дроби.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3. Координатная плоскость. Перпендикулярные и параллельные прямые.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4. Решение задач с помощью уравнений.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5. Решение уравнений.</w:t>
      </w:r>
    </w:p>
    <w:p w:rsidR="00F410CB" w:rsidRPr="000066E9" w:rsidRDefault="00F410CB" w:rsidP="00F410CB">
      <w:pPr>
        <w:spacing w:line="240" w:lineRule="auto"/>
        <w:ind w:right="283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ind w:right="142" w:firstLine="708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>Система оценки достижений - один из инструментов реализации требований стандарта. Контроль знаний, проводимый в процессе обучения, призван соотнести достижения обучающегося с планируемыми результатами, заложенными в образовательную программу.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ab/>
      </w:r>
    </w:p>
    <w:tbl>
      <w:tblPr>
        <w:tblStyle w:val="16"/>
        <w:tblW w:w="0" w:type="auto"/>
        <w:tblInd w:w="306" w:type="dxa"/>
        <w:tblLook w:val="04A0"/>
      </w:tblPr>
      <w:tblGrid>
        <w:gridCol w:w="1129"/>
        <w:gridCol w:w="8596"/>
      </w:tblGrid>
      <w:tr w:rsidR="00F410CB" w:rsidRPr="000066E9" w:rsidTr="008B1FCB">
        <w:tc>
          <w:tcPr>
            <w:tcW w:w="1129" w:type="dxa"/>
          </w:tcPr>
          <w:p w:rsidR="00F410CB" w:rsidRPr="000066E9" w:rsidRDefault="00F410CB" w:rsidP="008B1FCB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596" w:type="dxa"/>
          </w:tcPr>
          <w:p w:rsidR="00F410CB" w:rsidRPr="000066E9" w:rsidRDefault="00F410CB" w:rsidP="008B1FCB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оценки результатов</w:t>
            </w:r>
          </w:p>
        </w:tc>
      </w:tr>
      <w:tr w:rsidR="00F410CB" w:rsidRPr="00743864" w:rsidTr="008B1FCB">
        <w:tc>
          <w:tcPr>
            <w:tcW w:w="1129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8596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работа выполнена полностью; в логических рассуждениях и обосновании решения нет пробелов и ошибок; 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      </w:r>
          </w:p>
        </w:tc>
      </w:tr>
      <w:tr w:rsidR="00F410CB" w:rsidRPr="00743864" w:rsidTr="008B1FCB">
        <w:tc>
          <w:tcPr>
            <w:tcW w:w="1129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8596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 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</w:t>
            </w:r>
          </w:p>
        </w:tc>
      </w:tr>
      <w:tr w:rsidR="00F410CB" w:rsidRPr="00743864" w:rsidTr="008B1FCB">
        <w:tc>
          <w:tcPr>
            <w:tcW w:w="1129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8596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допущено более одной ошибки или более двух – трех недочетов в выкладках, чертежах или графиках, но учащийся обладает обязательными умениями по </w:t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lastRenderedPageBreak/>
              <w:t>проверяемой теме.</w:t>
            </w:r>
          </w:p>
        </w:tc>
      </w:tr>
      <w:tr w:rsidR="00F410CB" w:rsidRPr="00743864" w:rsidTr="008B1FCB">
        <w:tc>
          <w:tcPr>
            <w:tcW w:w="1129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«2»</w:t>
            </w:r>
          </w:p>
        </w:tc>
        <w:tc>
          <w:tcPr>
            <w:tcW w:w="8596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допущены существенные ошибки, показавшие, что учащийся не обладает обязательными умениями по данной теме в полной мере; полное незнание изученного материала, отсутствия элементарных умений и навыков.</w:t>
            </w:r>
          </w:p>
        </w:tc>
      </w:tr>
    </w:tbl>
    <w:p w:rsidR="00F410CB" w:rsidRPr="000066E9" w:rsidRDefault="00F410CB" w:rsidP="00F410C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F410CB" w:rsidRPr="000066E9" w:rsidRDefault="00F410CB" w:rsidP="00F410C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066E9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Оценка за контроль ключевых компетенций обучающихся производится по пятибалльной системе. </w:t>
      </w:r>
      <w:r w:rsidRPr="000066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выполнении заданий ставится отметка, учитывая процент выполненных заданий:</w:t>
      </w:r>
    </w:p>
    <w:p w:rsidR="00F410CB" w:rsidRPr="000066E9" w:rsidRDefault="00F410CB" w:rsidP="00F410CB">
      <w:pPr>
        <w:spacing w:line="240" w:lineRule="auto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</w:p>
    <w:tbl>
      <w:tblPr>
        <w:tblStyle w:val="16"/>
        <w:tblW w:w="0" w:type="auto"/>
        <w:tblLook w:val="04A0"/>
      </w:tblPr>
      <w:tblGrid>
        <w:gridCol w:w="1205"/>
        <w:gridCol w:w="3043"/>
        <w:gridCol w:w="5783"/>
      </w:tblGrid>
      <w:tr w:rsidR="00F410CB" w:rsidRPr="00743864" w:rsidTr="008B1FCB">
        <w:tc>
          <w:tcPr>
            <w:tcW w:w="120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826" w:type="dxa"/>
            <w:gridSpan w:val="2"/>
          </w:tcPr>
          <w:p w:rsidR="00F410CB" w:rsidRPr="000066E9" w:rsidRDefault="00F410CB" w:rsidP="008B1FCB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Критерии оценки результатов работ, состоящих из заданий обязательного уровня и дополнительных заданий</w:t>
            </w:r>
          </w:p>
        </w:tc>
      </w:tr>
      <w:tr w:rsidR="00F410CB" w:rsidRPr="00743864" w:rsidTr="008B1FCB">
        <w:tc>
          <w:tcPr>
            <w:tcW w:w="120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304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не менее 85% от всей работы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выставляется за ответ, в котором обучающийся демонстрирует глубокое понимание сущности материала, логично его излагает, используя в деятельности</w:t>
            </w:r>
          </w:p>
        </w:tc>
      </w:tr>
      <w:tr w:rsidR="00F410CB" w:rsidRPr="00743864" w:rsidTr="008B1FCB">
        <w:tc>
          <w:tcPr>
            <w:tcW w:w="120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04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от 70% до 84% от всей работы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ставится за ответ, в котором содержатся небольшие неточности и незначительные ошибки</w:t>
            </w:r>
          </w:p>
        </w:tc>
      </w:tr>
      <w:tr w:rsidR="00F410CB" w:rsidRPr="00743864" w:rsidTr="008B1FCB">
        <w:tc>
          <w:tcPr>
            <w:tcW w:w="120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04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выполнено от 50% до 69% от всей работы, или все задания обязательного уровня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получают за ответ, в котором отсутствует логическая последовательность, имеются пробелы в знании материала, нет должной аргументации и умения использовать знания на практике</w:t>
            </w:r>
          </w:p>
        </w:tc>
      </w:tr>
      <w:tr w:rsidR="00F410CB" w:rsidRPr="00743864" w:rsidTr="008B1FCB">
        <w:tc>
          <w:tcPr>
            <w:tcW w:w="1205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3043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выполнение заданий менее 50% от общей работы</w:t>
            </w:r>
          </w:p>
        </w:tc>
        <w:tc>
          <w:tcPr>
            <w:tcW w:w="5783" w:type="dxa"/>
          </w:tcPr>
          <w:p w:rsidR="00F410CB" w:rsidRPr="000066E9" w:rsidRDefault="00F410CB" w:rsidP="008B1FCB">
            <w:pPr>
              <w:keepNext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выставляется за непонимание и незнание материала программы</w:t>
            </w:r>
          </w:p>
        </w:tc>
      </w:tr>
    </w:tbl>
    <w:p w:rsidR="00F410CB" w:rsidRPr="000066E9" w:rsidRDefault="00F410CB" w:rsidP="00F410CB">
      <w:pPr>
        <w:spacing w:line="240" w:lineRule="auto"/>
        <w:contextualSpacing/>
        <w:jc w:val="both"/>
        <w:rPr>
          <w:rFonts w:ascii="Times New Roman" w:eastAsiaTheme="minorEastAsia" w:hAnsi="Times New Roman"/>
          <w:b/>
          <w:color w:val="000000"/>
          <w:sz w:val="24"/>
          <w:szCs w:val="24"/>
          <w:lang w:val="ru-RU"/>
        </w:rPr>
      </w:pPr>
    </w:p>
    <w:p w:rsidR="00F410CB" w:rsidRPr="000066E9" w:rsidRDefault="00F410CB" w:rsidP="00F410CB">
      <w:pPr>
        <w:spacing w:line="240" w:lineRule="auto"/>
        <w:contextualSpacing/>
        <w:jc w:val="center"/>
        <w:rPr>
          <w:rFonts w:ascii="Times New Roman" w:eastAsiaTheme="minorEastAsia" w:hAnsi="Times New Roman"/>
          <w:b/>
          <w:color w:val="000000"/>
          <w:sz w:val="24"/>
          <w:szCs w:val="24"/>
        </w:rPr>
      </w:pPr>
      <w:r w:rsidRPr="000066E9">
        <w:rPr>
          <w:rFonts w:ascii="Times New Roman" w:eastAsiaTheme="minorEastAsia" w:hAnsi="Times New Roman"/>
          <w:b/>
          <w:color w:val="000000"/>
          <w:sz w:val="24"/>
          <w:szCs w:val="24"/>
        </w:rPr>
        <w:t>Об</w:t>
      </w:r>
      <w:r w:rsidRPr="000066E9">
        <w:rPr>
          <w:rFonts w:ascii="Times New Roman" w:eastAsiaTheme="minorEastAsia" w:hAnsi="Times New Roman"/>
          <w:b/>
          <w:color w:val="000000"/>
          <w:sz w:val="24"/>
          <w:szCs w:val="24"/>
          <w:lang w:val="ru-RU"/>
        </w:rPr>
        <w:t>щ</w:t>
      </w:r>
      <w:r w:rsidRPr="000066E9">
        <w:rPr>
          <w:rFonts w:ascii="Times New Roman" w:eastAsiaTheme="minorEastAsia" w:hAnsi="Times New Roman"/>
          <w:b/>
          <w:color w:val="000000"/>
          <w:sz w:val="24"/>
          <w:szCs w:val="24"/>
        </w:rPr>
        <w:t>ая классификация ошибок.</w:t>
      </w:r>
    </w:p>
    <w:p w:rsidR="00F410CB" w:rsidRPr="000066E9" w:rsidRDefault="00F410CB" w:rsidP="00F410CB">
      <w:pPr>
        <w:spacing w:line="240" w:lineRule="auto"/>
        <w:contextualSpacing/>
        <w:jc w:val="center"/>
        <w:rPr>
          <w:rFonts w:ascii="Times New Roman" w:eastAsiaTheme="minorEastAsia" w:hAnsi="Times New Roman"/>
          <w:b/>
          <w:color w:val="000000"/>
          <w:sz w:val="24"/>
          <w:szCs w:val="24"/>
        </w:rPr>
      </w:pPr>
    </w:p>
    <w:tbl>
      <w:tblPr>
        <w:tblStyle w:val="16"/>
        <w:tblW w:w="0" w:type="auto"/>
        <w:tblLook w:val="04A0"/>
      </w:tblPr>
      <w:tblGrid>
        <w:gridCol w:w="1174"/>
        <w:gridCol w:w="8857"/>
      </w:tblGrid>
      <w:tr w:rsidR="00F410CB" w:rsidRPr="000066E9" w:rsidTr="008B1FCB">
        <w:tc>
          <w:tcPr>
            <w:tcW w:w="1174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iCs/>
                <w:sz w:val="24"/>
                <w:szCs w:val="24"/>
              </w:rPr>
              <w:t>Виды ошибок</w:t>
            </w:r>
          </w:p>
        </w:tc>
        <w:tc>
          <w:tcPr>
            <w:tcW w:w="8857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0066E9">
              <w:rPr>
                <w:rFonts w:ascii="Times New Roman" w:hAnsi="Times New Roman"/>
                <w:b/>
                <w:iCs/>
                <w:sz w:val="24"/>
                <w:szCs w:val="24"/>
              </w:rPr>
              <w:t>Критерии ошибок</w:t>
            </w:r>
          </w:p>
        </w:tc>
      </w:tr>
      <w:tr w:rsidR="00F410CB" w:rsidRPr="00743864" w:rsidTr="008B1FCB">
        <w:tc>
          <w:tcPr>
            <w:tcW w:w="1174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hAnsi="Times New Roman"/>
                <w:sz w:val="24"/>
                <w:szCs w:val="24"/>
              </w:rPr>
              <w:t>Грубые ошибки</w:t>
            </w:r>
          </w:p>
        </w:tc>
        <w:tc>
          <w:tcPr>
            <w:tcW w:w="8857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незнание наименований единиц измерения;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выделить в ответе главное;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применять знания, алгоритмы для решения задач;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делать выводы и обобщения;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читать и строить графики;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пользоваться первоисточниками, учебником и справочниками;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вычислительные ошибки, если они не являются опиской;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логические ошибки;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вычислительные ошибки в примерах и задачах;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ошибки на незнание порядка выполнения арифметических действий;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решение задачи (пропуск действий, неправильный выбор действий, лишнее действие);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недоведение до конца решения задачи или примера;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невыполненное задание;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неправильный выбор порядка выполнения действий в выражении;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пропуск нуля в частном при делении натуральных чисел или десятичных дробей;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неправильный выбор знака в результате выполнения действий над положительными и отрицательными числами, а так же при раскрытии скобок и при переносе слагаемых из одной части уравнения в другую;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неправильный выбор действий при решении текстовых задач;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измерение или построение угла с помощью транспортира, связанное с отсутствием умения выбирать нужную шкалу;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проведение перпендикуляра к прямой;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замена частного десятичных дробей частным целых чисел в том случае, когда в делителе после запятой меньше цифр, чем в делимом;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неверное нахождение значения функции по значению аргумента и ее графику.</w:t>
            </w:r>
          </w:p>
        </w:tc>
      </w:tr>
      <w:tr w:rsidR="00F410CB" w:rsidRPr="00743864" w:rsidTr="008B1FCB">
        <w:tc>
          <w:tcPr>
            <w:tcW w:w="1174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hAnsi="Times New Roman"/>
                <w:sz w:val="24"/>
                <w:szCs w:val="24"/>
              </w:rPr>
              <w:lastRenderedPageBreak/>
              <w:t>Негрубая ошибка</w:t>
            </w:r>
          </w:p>
        </w:tc>
        <w:tc>
          <w:tcPr>
            <w:tcW w:w="8857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второстепенными;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неточность графика;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нерациональный метод решения задачи или недостаточно продуманный план ответа (нарушение логики, подмена отдельных основных вопросов второстепенными);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нерациональные методы работы со справочной и другой литературой;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неумение решать задачи, выполнять задания в общем виде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неправильная постановка вопроса к действию при решении задачи;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неверно сформулированный ответ задачи;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списывание данных чисел, знаков;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недоведение до конца преобразований.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неправильная ссылка на сочетательный и распределительный законы при вычислениях;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неправильное использование в отдельных случаях наименований, например, обозначение единиц длины для единиц площади и объема;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сохранение в окончательном результате при вычислениях или преобразованиях выражений неправильной дроби или сократимой дроби;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приведение алгебраических дробей не к наиболее простому общему знаменателю; </w:t>
            </w:r>
            <w:r w:rsidRPr="000066E9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случайные погрешности в вычислениях при решении геометрических задач и выполнении тождественных преобразований.</w:t>
            </w:r>
          </w:p>
        </w:tc>
      </w:tr>
      <w:tr w:rsidR="00F410CB" w:rsidRPr="00743864" w:rsidTr="008B1FCB">
        <w:tc>
          <w:tcPr>
            <w:tcW w:w="1174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6E9">
              <w:rPr>
                <w:rFonts w:ascii="Times New Roman" w:hAnsi="Times New Roman"/>
                <w:sz w:val="24"/>
                <w:szCs w:val="24"/>
              </w:rPr>
              <w:t xml:space="preserve">Недочет </w:t>
            </w:r>
          </w:p>
        </w:tc>
        <w:tc>
          <w:tcPr>
            <w:tcW w:w="8857" w:type="dxa"/>
          </w:tcPr>
          <w:p w:rsidR="00F410CB" w:rsidRPr="000066E9" w:rsidRDefault="00F410CB" w:rsidP="008B1FCB">
            <w:pPr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066E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нерациональные приемы вычислений и преобразований; небрежное выполнение записей, чертежей, схем, графиков.</w:t>
            </w:r>
          </w:p>
        </w:tc>
      </w:tr>
    </w:tbl>
    <w:p w:rsidR="00F410CB" w:rsidRPr="000066E9" w:rsidRDefault="00F410CB" w:rsidP="00F410CB">
      <w:pPr>
        <w:spacing w:line="240" w:lineRule="auto"/>
        <w:ind w:right="686"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t xml:space="preserve">Ниже в приложении предлагаются примерные варианты контрольных работ, используемые при обучении данного класса. </w:t>
      </w:r>
      <w:r w:rsidRPr="000066E9">
        <w:rPr>
          <w:rFonts w:ascii="Times New Roman" w:eastAsiaTheme="minorEastAsia" w:hAnsi="Times New Roman"/>
          <w:sz w:val="24"/>
          <w:szCs w:val="24"/>
          <w:lang w:val="ru-RU"/>
        </w:rPr>
        <w:br w:type="page"/>
      </w:r>
    </w:p>
    <w:p w:rsidR="00F410CB" w:rsidRPr="001244D1" w:rsidRDefault="00F410CB" w:rsidP="00F410CB">
      <w:pPr>
        <w:spacing w:after="0"/>
        <w:rPr>
          <w:rFonts w:ascii="Times New Roman" w:hAnsi="Times New Roman"/>
          <w:b/>
          <w:iCs/>
          <w:noProof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iCs/>
          <w:noProof/>
          <w:color w:val="000000"/>
          <w:sz w:val="24"/>
          <w:szCs w:val="24"/>
          <w:lang w:val="ru-RU"/>
        </w:rPr>
        <w:lastRenderedPageBreak/>
        <w:t>Демонстрационные варианты контрольных работ</w:t>
      </w:r>
    </w:p>
    <w:p w:rsidR="00F410CB" w:rsidRPr="00C433B0" w:rsidRDefault="00F410CB" w:rsidP="00F410CB">
      <w:pPr>
        <w:jc w:val="center"/>
        <w:rPr>
          <w:rFonts w:ascii="Times New Roman" w:eastAsiaTheme="minorEastAsia" w:hAnsi="Times New Roman" w:cs="Times New Roman"/>
          <w:b/>
          <w:bCs/>
          <w:lang w:val="ru-RU"/>
        </w:rPr>
      </w:pPr>
      <w:r w:rsidRPr="00C433B0">
        <w:rPr>
          <w:rFonts w:ascii="Times New Roman" w:eastAsiaTheme="minorEastAsia" w:hAnsi="Times New Roman" w:cs="Times New Roman"/>
          <w:b/>
          <w:bCs/>
          <w:lang w:val="ru-RU"/>
        </w:rPr>
        <w:t>Контрольная работа № 1.</w:t>
      </w:r>
    </w:p>
    <w:p w:rsidR="00F410CB" w:rsidRPr="00C433B0" w:rsidRDefault="00F410CB" w:rsidP="00F410CB">
      <w:pPr>
        <w:jc w:val="center"/>
        <w:rPr>
          <w:rFonts w:ascii="Times New Roman" w:eastAsiaTheme="minorEastAsia" w:hAnsi="Times New Roman" w:cs="Times New Roman"/>
          <w:b/>
          <w:bCs/>
          <w:lang w:val="ru-RU"/>
        </w:rPr>
      </w:pPr>
      <w:r w:rsidRPr="00C433B0">
        <w:rPr>
          <w:rFonts w:ascii="Times New Roman" w:eastAsiaTheme="minorEastAsia" w:hAnsi="Times New Roman" w:cs="Times New Roman"/>
          <w:b/>
          <w:bCs/>
          <w:lang w:val="ru-RU"/>
        </w:rPr>
        <w:t>Тема. Натуральные чи</w:t>
      </w:r>
      <w:r>
        <w:rPr>
          <w:rFonts w:ascii="Times New Roman" w:eastAsiaTheme="minorEastAsia" w:hAnsi="Times New Roman" w:cs="Times New Roman"/>
          <w:b/>
          <w:bCs/>
          <w:lang w:val="ru-RU"/>
        </w:rPr>
        <w:t>с</w:t>
      </w:r>
      <w:r w:rsidRPr="00C433B0">
        <w:rPr>
          <w:rFonts w:ascii="Times New Roman" w:eastAsiaTheme="minorEastAsia" w:hAnsi="Times New Roman" w:cs="Times New Roman"/>
          <w:b/>
          <w:bCs/>
          <w:lang w:val="ru-RU"/>
        </w:rPr>
        <w:t>ла.</w:t>
      </w:r>
    </w:p>
    <w:p w:rsidR="00F410CB" w:rsidRPr="00C433B0" w:rsidRDefault="00F410CB" w:rsidP="00F410C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Найдите среднее арифметическое чисел: 32,6; 38,5; 34; 35.</w:t>
      </w:r>
    </w:p>
    <w:p w:rsidR="00F410CB" w:rsidRPr="00C433B0" w:rsidRDefault="00F410CB" w:rsidP="00F410C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Разложите число 1 056 на простые множители.</w:t>
      </w:r>
    </w:p>
    <w:p w:rsidR="00F410CB" w:rsidRPr="00C433B0" w:rsidRDefault="00F410CB" w:rsidP="00F410C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Найдите наибольший общий делитель чисел: 1) 24 и 42; 2) 280 и 588.</w:t>
      </w:r>
    </w:p>
    <w:p w:rsidR="00F410CB" w:rsidRPr="00C433B0" w:rsidRDefault="00F410CB" w:rsidP="00F410C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Найдите наименьшее общее кратное чисел: 1) З и 6; 2) 28 и 9; 3) 15 и 20.</w:t>
      </w:r>
    </w:p>
    <w:p w:rsidR="00F410CB" w:rsidRPr="00C433B0" w:rsidRDefault="00F410CB" w:rsidP="00F410C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Площадь поля равна 300 га. Рожью засеяли 18 % поля. Сколько гектаров поля засеяли рожью.</w:t>
      </w:r>
    </w:p>
    <w:p w:rsidR="00F410CB" w:rsidRPr="00C433B0" w:rsidRDefault="00F410CB" w:rsidP="00F410C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Дима собирает модели самолётов. Их можно расставить поровну на 14 полках, а можно, тоже поровну, — на восьми полках. Сколько моделей у Димы, если известно, что их больше 100, но меньше 120?</w:t>
      </w:r>
    </w:p>
    <w:p w:rsidR="00F410CB" w:rsidRPr="00C433B0" w:rsidRDefault="00F410CB" w:rsidP="00F410CB">
      <w:pPr>
        <w:numPr>
          <w:ilvl w:val="0"/>
          <w:numId w:val="19"/>
        </w:numPr>
        <w:contextualSpacing/>
        <w:rPr>
          <w:rFonts w:ascii="Times New Roman" w:eastAsiaTheme="minorEastAsia" w:hAnsi="Times New Roman" w:cs="Times New Roman"/>
          <w:lang w:val="ru-RU"/>
        </w:rPr>
      </w:pPr>
      <w:r w:rsidRPr="00C433B0">
        <w:rPr>
          <w:rFonts w:ascii="Times New Roman" w:eastAsiaTheme="minorEastAsia" w:hAnsi="Times New Roman" w:cs="Times New Roman"/>
          <w:lang w:val="ru-RU"/>
        </w:rPr>
        <w:t>Петя купил книгу за 90 р., что составляет 30 % всех денег, которые у него были. Сколько денег</w:t>
      </w:r>
      <w:r>
        <w:rPr>
          <w:rFonts w:ascii="Times New Roman" w:eastAsiaTheme="minorEastAsia" w:hAnsi="Times New Roman" w:cs="Times New Roman"/>
          <w:lang w:val="ru-RU"/>
        </w:rPr>
        <w:t xml:space="preserve"> </w:t>
      </w:r>
      <w:r w:rsidRPr="00C433B0">
        <w:rPr>
          <w:rFonts w:ascii="Times New Roman" w:eastAsiaTheme="minorEastAsia" w:hAnsi="Times New Roman" w:cs="Times New Roman"/>
          <w:lang w:val="ru-RU"/>
        </w:rPr>
        <w:t>было.</w:t>
      </w:r>
    </w:p>
    <w:p w:rsidR="00F410CB" w:rsidRPr="00C433B0" w:rsidRDefault="00F410CB" w:rsidP="00F410CB">
      <w:pPr>
        <w:jc w:val="center"/>
        <w:rPr>
          <w:rFonts w:ascii="Times New Roman" w:hAnsi="Times New Roman" w:cs="Times New Roman"/>
          <w:b/>
          <w:bCs/>
          <w:lang w:val="ru-RU"/>
        </w:rPr>
      </w:pPr>
      <w:r w:rsidRPr="00C433B0">
        <w:rPr>
          <w:rFonts w:ascii="Times New Roman" w:hAnsi="Times New Roman" w:cs="Times New Roman"/>
          <w:b/>
          <w:bCs/>
          <w:lang w:val="ru-RU"/>
        </w:rPr>
        <w:t>Контрольная работа №2</w:t>
      </w:r>
    </w:p>
    <w:p w:rsidR="00F410CB" w:rsidRPr="00C433B0" w:rsidRDefault="00F410CB" w:rsidP="00F410CB">
      <w:pPr>
        <w:jc w:val="center"/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b/>
          <w:bCs/>
          <w:lang w:val="ru-RU"/>
        </w:rPr>
        <w:t>Тема. Сравнение, сложение и вычитание дробей</w:t>
      </w:r>
    </w:p>
    <w:p w:rsidR="00F410CB" w:rsidRPr="00C433B0" w:rsidRDefault="00F410CB" w:rsidP="00F410C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 xml:space="preserve">Сократите дробь: 1)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12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16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2)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18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27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>.</w:t>
      </w:r>
    </w:p>
    <w:p w:rsidR="00F410CB" w:rsidRPr="00C433B0" w:rsidRDefault="00F410CB" w:rsidP="00F410C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 xml:space="preserve">Сравните дроби: 1)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8</m:t>
            </m:r>
          </m:den>
        </m:f>
        <m:r>
          <w:rPr>
            <w:rFonts w:ascii="Cambria Math" w:hAnsi="Cambria Math" w:cs="Times New Roman"/>
            <w:lang w:val="ru-RU"/>
          </w:rPr>
          <m:t xml:space="preserve"> и 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3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2)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4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9</m:t>
            </m:r>
          </m:den>
        </m:f>
        <m:r>
          <w:rPr>
            <w:rFonts w:ascii="Cambria Math" w:hAnsi="Cambria Math" w:cs="Times New Roman"/>
            <w:lang w:val="ru-RU"/>
          </w:rPr>
          <m:t xml:space="preserve"> и 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3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8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.</w:t>
      </w:r>
    </w:p>
    <w:p w:rsidR="00F410CB" w:rsidRPr="00C433B0" w:rsidRDefault="00F410CB" w:rsidP="00F410C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 xml:space="preserve">Вычислите: 1)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4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15</m:t>
            </m:r>
          </m:den>
        </m:f>
        <m:r>
          <w:rPr>
            <w:rFonts w:ascii="Cambria Math" w:hAnsi="Cambria Math" w:cs="Times New Roman"/>
            <w:lang w:val="ru-RU"/>
          </w:rPr>
          <m:t xml:space="preserve">+ 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3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     2)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6</m:t>
            </m:r>
          </m:den>
        </m:f>
        <m:r>
          <w:rPr>
            <w:rFonts w:ascii="Cambria Math" w:hAnsi="Cambria Math" w:cs="Times New Roman"/>
            <w:lang w:val="ru-RU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9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     3) </w:t>
      </w:r>
      <m:oMath>
        <m:r>
          <w:rPr>
            <w:rFonts w:ascii="Cambria Math" w:hAnsi="Cambria Math" w:cs="Times New Roman"/>
            <w:lang w:val="ru-RU"/>
          </w:rPr>
          <m:t>4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4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7</m:t>
            </m:r>
          </m:den>
        </m:f>
        <m:r>
          <w:rPr>
            <w:rFonts w:ascii="Cambria Math" w:hAnsi="Cambria Math" w:cs="Times New Roman"/>
            <w:lang w:val="ru-RU"/>
          </w:rPr>
          <m:t>+6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     4) </w:t>
      </w:r>
      <m:oMath>
        <m:r>
          <w:rPr>
            <w:rFonts w:ascii="Cambria Math" w:hAnsi="Cambria Math" w:cs="Times New Roman"/>
            <w:lang w:val="ru-RU"/>
          </w:rPr>
          <m:t>5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7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8</m:t>
            </m:r>
          </m:den>
        </m:f>
        <m:r>
          <w:rPr>
            <w:rFonts w:ascii="Cambria Math" w:hAnsi="Cambria Math" w:cs="Times New Roman"/>
            <w:lang w:val="ru-RU"/>
          </w:rPr>
          <m:t>-3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6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.</w:t>
      </w:r>
    </w:p>
    <w:p w:rsidR="00F410CB" w:rsidRPr="00C433B0" w:rsidRDefault="00F410CB" w:rsidP="00F410C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>В первый день продали 4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7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24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ц картофеля, а во второй – на 1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7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12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ц меньше. Сколько центнеров картофеля продали за два дня?</w:t>
      </w:r>
    </w:p>
    <w:p w:rsidR="00F410CB" w:rsidRPr="00C433B0" w:rsidRDefault="00F410CB" w:rsidP="00F410C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>Решите уравнение: 1) 10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11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24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– x = 6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7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16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;      2) </w:t>
      </w:r>
      <m:oMath>
        <m:d>
          <m:dPr>
            <m:ctrlPr>
              <w:rPr>
                <w:rFonts w:ascii="Cambria Math" w:hAnsi="Cambria Math" w:cs="Times New Roman"/>
                <w:i/>
                <w:lang w:val="ru-RU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lang w:val="ru-RU"/>
                  </w:rPr>
                </m:ctrlPr>
              </m:fPr>
              <m:num>
                <m:r>
                  <w:rPr>
                    <w:rFonts w:ascii="Cambria Math" w:hAnsi="Cambria Math" w:cs="Times New Roman"/>
                    <w:lang w:val="ru-RU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lang w:val="ru-RU"/>
                  </w:rPr>
                  <m:t>6</m:t>
                </m:r>
              </m:den>
            </m:f>
            <m:r>
              <w:rPr>
                <w:rFonts w:ascii="Cambria Math" w:hAnsi="Cambria Math" w:cs="Times New Roman"/>
                <w:lang w:val="ru-RU"/>
              </w:rPr>
              <m:t>+x</m:t>
            </m:r>
          </m:e>
        </m:d>
        <m:r>
          <w:rPr>
            <w:rFonts w:ascii="Cambria Math" w:hAnsi="Cambria Math" w:cs="Times New Roman"/>
            <w:lang w:val="ru-RU"/>
          </w:rPr>
          <m:t>-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2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3</m:t>
            </m:r>
          </m:den>
        </m:f>
        <m:r>
          <w:rPr>
            <w:rFonts w:ascii="Cambria Math" w:hAnsi="Cambria Math" w:cs="Times New Roman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13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18</m:t>
            </m:r>
          </m:den>
        </m:f>
      </m:oMath>
    </w:p>
    <w:p w:rsidR="00F410CB" w:rsidRPr="00C433B0" w:rsidRDefault="00F410CB" w:rsidP="00F410C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 xml:space="preserve">За первый день турист прошёл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18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туристического маршрута, за второй -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7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27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, за третий -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2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9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. Оставшуюся часть маршрута он прошёл за четвёртый день. Какую часть маршрута прошёл турист за четвёртый день?</w:t>
      </w:r>
    </w:p>
    <w:p w:rsidR="00F410CB" w:rsidRPr="00C433B0" w:rsidRDefault="00F410CB" w:rsidP="00F410CB">
      <w:pPr>
        <w:pStyle w:val="af5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C433B0">
        <w:rPr>
          <w:rFonts w:ascii="Times New Roman" w:hAnsi="Times New Roman" w:cs="Times New Roman"/>
          <w:lang w:val="ru-RU"/>
        </w:rPr>
        <w:t xml:space="preserve">Найдите все натуральные значения x, при которых верно неравенство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x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9</m:t>
            </m:r>
          </m:den>
        </m:f>
        <m:r>
          <w:rPr>
            <w:rFonts w:ascii="Cambria Math" w:hAnsi="Cambria Math" w:cs="Times New Roman"/>
            <w:lang w:val="ru-RU"/>
          </w:rPr>
          <m:t>&lt;</m:t>
        </m:r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22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45</m:t>
            </m:r>
          </m:den>
        </m:f>
      </m:oMath>
    </w:p>
    <w:p w:rsidR="00F410CB" w:rsidRPr="00C433B0" w:rsidRDefault="00F410CB" w:rsidP="00F410CB">
      <w:pPr>
        <w:spacing w:after="0"/>
        <w:rPr>
          <w:rFonts w:ascii="Times New Roman" w:hAnsi="Times New Roman" w:cs="Times New Roman"/>
          <w:lang w:val="ru-RU"/>
        </w:rPr>
      </w:pPr>
    </w:p>
    <w:p w:rsidR="00F410CB" w:rsidRPr="00C433B0" w:rsidRDefault="00F410CB" w:rsidP="00F410CB">
      <w:pPr>
        <w:jc w:val="center"/>
        <w:rPr>
          <w:rFonts w:ascii="Times New Roman" w:hAnsi="Times New Roman" w:cs="Times New Roman"/>
          <w:b/>
          <w:bCs/>
          <w:lang w:val="ru-RU"/>
        </w:rPr>
      </w:pPr>
      <w:r w:rsidRPr="00C433B0">
        <w:rPr>
          <w:rFonts w:ascii="Times New Roman" w:hAnsi="Times New Roman" w:cs="Times New Roman"/>
          <w:b/>
          <w:bCs/>
          <w:lang w:val="ru-RU"/>
        </w:rPr>
        <w:t>Контрольная работа №</w:t>
      </w:r>
      <w:r>
        <w:rPr>
          <w:rFonts w:ascii="Times New Roman" w:hAnsi="Times New Roman" w:cs="Times New Roman"/>
          <w:b/>
          <w:bCs/>
          <w:lang w:val="ru-RU"/>
        </w:rPr>
        <w:t>3</w:t>
      </w:r>
    </w:p>
    <w:p w:rsidR="00F410CB" w:rsidRDefault="00F410CB" w:rsidP="00F410CB">
      <w:pPr>
        <w:jc w:val="center"/>
        <w:rPr>
          <w:rFonts w:ascii="Times New Roman" w:hAnsi="Times New Roman" w:cs="Times New Roman"/>
          <w:b/>
          <w:bCs/>
          <w:lang w:val="ru-RU"/>
        </w:rPr>
      </w:pPr>
      <w:r w:rsidRPr="00C433B0">
        <w:rPr>
          <w:rFonts w:ascii="Times New Roman" w:hAnsi="Times New Roman" w:cs="Times New Roman"/>
          <w:b/>
          <w:bCs/>
          <w:lang w:val="ru-RU"/>
        </w:rPr>
        <w:t xml:space="preserve">Тема. </w:t>
      </w:r>
      <w:r>
        <w:rPr>
          <w:rFonts w:ascii="Times New Roman" w:hAnsi="Times New Roman" w:cs="Times New Roman"/>
          <w:b/>
          <w:bCs/>
          <w:lang w:val="ru-RU"/>
        </w:rPr>
        <w:t>Умножение и д</w:t>
      </w:r>
      <w:r w:rsidRPr="00C433B0">
        <w:rPr>
          <w:rFonts w:ascii="Times New Roman" w:hAnsi="Times New Roman" w:cs="Times New Roman"/>
          <w:b/>
          <w:bCs/>
          <w:lang w:val="ru-RU"/>
        </w:rPr>
        <w:t xml:space="preserve">еление дробей </w:t>
      </w:r>
    </w:p>
    <w:p w:rsidR="00F410CB" w:rsidRPr="00813817" w:rsidRDefault="00F410CB" w:rsidP="00F410CB">
      <w:pPr>
        <w:pStyle w:val="af5"/>
        <w:ind w:left="644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1. </w:t>
      </w:r>
      <w:r w:rsidRPr="00813817">
        <w:rPr>
          <w:rFonts w:ascii="Times New Roman" w:hAnsi="Times New Roman" w:cs="Times New Roman"/>
          <w:lang w:val="ru-RU"/>
        </w:rPr>
        <w:t>Выполните действие:</w:t>
      </w:r>
    </w:p>
    <w:p w:rsidR="00F410CB" w:rsidRPr="00813817" w:rsidRDefault="00F410CB" w:rsidP="00F410CB">
      <w:pPr>
        <w:pStyle w:val="af5"/>
        <w:ind w:left="644"/>
        <w:rPr>
          <w:rFonts w:ascii="Times New Roman" w:hAnsi="Times New Roman" w:cs="Times New Roman"/>
          <w:lang w:val="ru-RU"/>
        </w:rPr>
      </w:pPr>
      <w:r w:rsidRPr="00813817">
        <w:rPr>
          <w:rFonts w:ascii="Times New Roman" w:hAnsi="Times New Roman" w:cs="Times New Roman"/>
          <w:lang w:val="ru-RU"/>
        </w:rPr>
        <w:t xml:space="preserve">а) </w:t>
      </w:r>
      <m:oMath>
        <m:r>
          <m:rPr>
            <m:sty m:val="p"/>
          </m:rPr>
          <w:rPr>
            <w:rFonts w:ascii="Cambria Math" w:hAnsi="Cambria Math" w:cs="Times New Roman"/>
            <w:lang w:val="ru-RU"/>
          </w:rPr>
          <m:t>10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 xml:space="preserve"> :2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 xml:space="preserve">; </m:t>
        </m:r>
      </m:oMath>
      <w:r w:rsidRPr="00813817">
        <w:rPr>
          <w:rFonts w:ascii="Times New Roman" w:hAnsi="Times New Roman" w:cs="Times New Roman"/>
          <w:lang w:val="ru-RU"/>
        </w:rPr>
        <w:t xml:space="preserve"> б) </w:t>
      </w:r>
      <m:oMath>
        <m:r>
          <m:rPr>
            <m:sty m:val="p"/>
          </m:rPr>
          <w:rPr>
            <w:rFonts w:ascii="Cambria Math" w:hAnsi="Cambria Math" w:cs="Times New Roman"/>
            <w:lang w:val="ru-RU"/>
          </w:rPr>
          <m:t>3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5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:2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15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;</m:t>
        </m:r>
      </m:oMath>
      <w:r w:rsidRPr="00813817">
        <w:rPr>
          <w:rFonts w:ascii="Times New Roman" w:hAnsi="Times New Roman" w:cs="Times New Roman"/>
          <w:lang w:val="ru-RU"/>
        </w:rPr>
        <w:t xml:space="preserve"> в) </w:t>
      </w:r>
      <m:oMath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20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27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∙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5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+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10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: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100</m:t>
            </m:r>
          </m:den>
        </m:f>
      </m:oMath>
      <w:r w:rsidRPr="00813817">
        <w:rPr>
          <w:rFonts w:ascii="Times New Roman" w:hAnsi="Times New Roman" w:cs="Times New Roman"/>
          <w:lang w:val="ru-RU"/>
        </w:rPr>
        <w:t>.</w:t>
      </w:r>
    </w:p>
    <w:p w:rsidR="00F410CB" w:rsidRPr="00813817" w:rsidRDefault="00F410CB" w:rsidP="00F410CB">
      <w:pPr>
        <w:pStyle w:val="af5"/>
        <w:ind w:left="644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2. </w:t>
      </w:r>
      <w:r w:rsidRPr="00813817">
        <w:rPr>
          <w:rFonts w:ascii="Times New Roman" w:hAnsi="Times New Roman" w:cs="Times New Roman"/>
          <w:lang w:val="ru-RU"/>
        </w:rPr>
        <w:t>Решите уравнение:</w:t>
      </w:r>
    </w:p>
    <w:p w:rsidR="00F410CB" w:rsidRPr="00813817" w:rsidRDefault="00F410CB" w:rsidP="00F410CB">
      <w:pPr>
        <w:pStyle w:val="af5"/>
        <w:ind w:left="644"/>
        <w:rPr>
          <w:rFonts w:ascii="Times New Roman" w:hAnsi="Times New Roman" w:cs="Times New Roman"/>
          <w:lang w:val="ru-RU"/>
        </w:rPr>
      </w:pPr>
      <w:r w:rsidRPr="00813817">
        <w:rPr>
          <w:rFonts w:ascii="Times New Roman" w:hAnsi="Times New Roman" w:cs="Times New Roman"/>
          <w:lang w:val="ru-RU"/>
        </w:rPr>
        <w:t xml:space="preserve">а) </w:t>
      </w:r>
      <m:oMath>
        <m:f>
          <m:fPr>
            <m:ctrlPr>
              <w:rPr>
                <w:rFonts w:ascii="Cambria Math" w:hAnsi="Times New Roman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7</m:t>
            </m:r>
          </m:den>
        </m:f>
        <m:r>
          <w:rPr>
            <w:rFonts w:ascii="Cambria Math" w:hAnsi="Cambria Math" w:cs="Times New Roman"/>
            <w:lang w:val="ru-RU"/>
          </w:rPr>
          <m:t>m</m:t>
        </m:r>
        <m:r>
          <m:rPr>
            <m:sty m:val="p"/>
          </m:rPr>
          <w:rPr>
            <w:rFonts w:ascii="Cambria Math" w:hAnsi="Times New Roman" w:cs="Times New Roman"/>
            <w:lang w:val="ru-RU"/>
          </w:rPr>
          <m:t>+</m:t>
        </m:r>
        <m:f>
          <m:fPr>
            <m:ctrlPr>
              <w:rPr>
                <w:rFonts w:ascii="Cambria Math" w:hAnsi="Times New Roman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14</m:t>
            </m:r>
          </m:den>
        </m:f>
        <m:r>
          <w:rPr>
            <w:rFonts w:ascii="Cambria Math" w:hAnsi="Cambria Math" w:cs="Times New Roman"/>
            <w:lang w:val="ru-RU"/>
          </w:rPr>
          <m:t>m</m:t>
        </m:r>
        <m:r>
          <m:rPr>
            <m:sty m:val="p"/>
          </m:rPr>
          <w:rPr>
            <w:rFonts w:ascii="Cambria Math" w:hAnsi="Cambria Math" w:cs="Times New Roman"/>
            <w:lang w:val="ru-RU"/>
          </w:rPr>
          <m:t>-</m:t>
        </m:r>
        <m:f>
          <m:fPr>
            <m:ctrlPr>
              <w:rPr>
                <w:rFonts w:ascii="Cambria Math" w:hAnsi="Times New Roman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21</m:t>
            </m:r>
          </m:den>
        </m:f>
        <m:r>
          <w:rPr>
            <w:rFonts w:ascii="Cambria Math" w:hAnsi="Cambria Math" w:cs="Times New Roman"/>
            <w:lang w:val="ru-RU"/>
          </w:rPr>
          <m:t>m</m:t>
        </m:r>
        <m:r>
          <m:rPr>
            <m:sty m:val="p"/>
          </m:rPr>
          <w:rPr>
            <w:rFonts w:ascii="Cambria Math" w:hAnsi="Times New Roman" w:cs="Times New Roman"/>
            <w:lang w:val="ru-RU"/>
          </w:rPr>
          <m:t>=</m:t>
        </m:r>
        <m:f>
          <m:fPr>
            <m:ctrlPr>
              <w:rPr>
                <w:rFonts w:ascii="Cambria Math" w:hAnsi="Times New Roman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lang w:val="ru-RU"/>
              </w:rPr>
              <m:t>7</m:t>
            </m:r>
          </m:den>
        </m:f>
        <m:r>
          <m:rPr>
            <m:sty m:val="p"/>
          </m:rPr>
          <w:rPr>
            <w:rFonts w:ascii="Cambria Math" w:hAnsi="Times New Roman" w:cs="Times New Roman"/>
            <w:lang w:val="ru-RU"/>
          </w:rPr>
          <m:t>;</m:t>
        </m:r>
      </m:oMath>
      <w:r w:rsidRPr="00813817">
        <w:rPr>
          <w:rFonts w:ascii="Times New Roman" w:hAnsi="Times New Roman" w:cs="Times New Roman"/>
          <w:lang w:val="ru-RU"/>
        </w:rPr>
        <w:t xml:space="preserve"> б) </w:t>
      </w:r>
      <m:oMath>
        <m:r>
          <m:rPr>
            <m:sty m:val="p"/>
          </m:rPr>
          <w:rPr>
            <w:rFonts w:ascii="Cambria Math" w:hAnsi="Cambria Math" w:cs="Times New Roman"/>
            <w:lang w:val="ru-RU"/>
          </w:rPr>
          <m:t>1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7</m:t>
            </m:r>
          </m:den>
        </m:f>
        <m:r>
          <w:rPr>
            <w:rFonts w:ascii="Cambria Math" w:hAnsi="Cambria Math" w:cs="Times New Roman"/>
            <w:lang w:val="ru-RU"/>
          </w:rPr>
          <m:t>y</m:t>
        </m:r>
        <m:r>
          <m:rPr>
            <m:sty m:val="p"/>
          </m:rPr>
          <w:rPr>
            <w:rFonts w:ascii="Cambria Math" w:hAnsi="Cambria Math" w:cs="Times New Roman"/>
            <w:lang w:val="ru-RU"/>
          </w:rPr>
          <m:t>-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9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=2</m:t>
        </m:r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9</m:t>
            </m:r>
          </m:den>
        </m:f>
        <m:r>
          <m:rPr>
            <m:sty m:val="p"/>
          </m:rPr>
          <w:rPr>
            <w:rFonts w:ascii="Cambria Math" w:hAnsi="Cambria Math" w:cs="Times New Roman"/>
            <w:lang w:val="ru-RU"/>
          </w:rPr>
          <m:t>.</m:t>
        </m:r>
      </m:oMath>
    </w:p>
    <w:p w:rsidR="00F410CB" w:rsidRPr="00813817" w:rsidRDefault="00F410CB" w:rsidP="00F410CB">
      <w:pPr>
        <w:pStyle w:val="af5"/>
        <w:ind w:left="64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3. </w:t>
      </w:r>
      <w:r w:rsidRPr="00813817">
        <w:rPr>
          <w:rFonts w:ascii="Times New Roman" w:hAnsi="Times New Roman" w:cs="Times New Roman"/>
          <w:lang w:val="ru-RU"/>
        </w:rPr>
        <w:t xml:space="preserve">За два часа самолёт пролетел 1020 км. За первый час он пролетел </w:t>
      </w:r>
      <m:oMath>
        <m:f>
          <m:fPr>
            <m:ctrlPr>
              <w:rPr>
                <w:rFonts w:ascii="Cambria Math" w:hAnsi="Cambria Math" w:cs="Times New Roman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9</m:t>
            </m:r>
          </m:den>
        </m:f>
      </m:oMath>
      <w:r w:rsidRPr="00813817">
        <w:rPr>
          <w:rFonts w:ascii="Times New Roman" w:hAnsi="Times New Roman" w:cs="Times New Roman"/>
          <w:lang w:val="ru-RU"/>
        </w:rPr>
        <w:t xml:space="preserve"> того пути, который он пролетел </w:t>
      </w:r>
      <w:proofErr w:type="gramStart"/>
      <w:r w:rsidRPr="00813817">
        <w:rPr>
          <w:rFonts w:ascii="Times New Roman" w:hAnsi="Times New Roman" w:cs="Times New Roman"/>
          <w:lang w:val="ru-RU"/>
        </w:rPr>
        <w:t>в</w:t>
      </w:r>
      <w:proofErr w:type="gramEnd"/>
      <w:r w:rsidRPr="00813817">
        <w:rPr>
          <w:rFonts w:ascii="Times New Roman" w:hAnsi="Times New Roman" w:cs="Times New Roman"/>
          <w:lang w:val="ru-RU"/>
        </w:rPr>
        <w:t xml:space="preserve"> второй час. Сколько километров пролетел самолёт в каждый из этих двух часов?</w:t>
      </w:r>
    </w:p>
    <w:p w:rsidR="00F410CB" w:rsidRPr="00813817" w:rsidRDefault="00F410CB" w:rsidP="00F410CB">
      <w:pPr>
        <w:pStyle w:val="af5"/>
        <w:ind w:left="644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4. </w:t>
      </w:r>
      <w:r w:rsidRPr="00813817">
        <w:rPr>
          <w:rFonts w:ascii="Times New Roman" w:hAnsi="Times New Roman" w:cs="Times New Roman"/>
          <w:lang w:val="ru-RU"/>
        </w:rPr>
        <w:t>Вычислите:</w:t>
      </w:r>
    </w:p>
    <w:p w:rsidR="00F410CB" w:rsidRPr="00813817" w:rsidRDefault="00F410CB" w:rsidP="00F410CB">
      <w:pPr>
        <w:pStyle w:val="af5"/>
        <w:ind w:left="709"/>
        <w:rPr>
          <w:rFonts w:ascii="Times New Roman" w:hAnsi="Times New Roman" w:cs="Times New Roman"/>
          <w:lang w:val="ru-RU"/>
        </w:rPr>
      </w:pPr>
      <w:r w:rsidRPr="00813817">
        <w:rPr>
          <w:rFonts w:ascii="Times New Roman" w:hAnsi="Times New Roman" w:cs="Times New Roman"/>
          <w:lang w:val="ru-RU"/>
        </w:rPr>
        <w:t xml:space="preserve">а) </w:t>
      </w:r>
      <m:oMath>
        <m:r>
          <m:rPr>
            <m:sty m:val="p"/>
          </m:rPr>
          <w:rPr>
            <w:rFonts w:ascii="Cambria Math" w:hAnsi="Cambria Math" w:cs="Times New Roman"/>
            <w:lang w:val="ru-RU"/>
          </w:rPr>
          <m:t>4∙</m:t>
        </m:r>
        <m:d>
          <m:dPr>
            <m:ctrlPr>
              <w:rPr>
                <w:rFonts w:ascii="Cambria Math" w:hAnsi="Cambria Math" w:cs="Times New Roman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2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+1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4</m:t>
                </m:r>
              </m:den>
            </m:f>
          </m:e>
        </m:d>
        <m:r>
          <m:rPr>
            <m:sty m:val="p"/>
          </m:rPr>
          <w:rPr>
            <w:rFonts w:ascii="Cambria Math" w:hAnsi="Cambria Math" w:cs="Times New Roman"/>
            <w:lang w:val="ru-RU"/>
          </w:rPr>
          <m:t>-</m:t>
        </m:r>
        <m:d>
          <m:dPr>
            <m:ctrlPr>
              <w:rPr>
                <w:rFonts w:ascii="Cambria Math" w:hAnsi="Cambria Math" w:cs="Times New Roman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6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+4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5</m:t>
                </m:r>
              </m:den>
            </m:f>
          </m:e>
        </m:d>
        <m:r>
          <m:rPr>
            <m:sty m:val="p"/>
          </m:rPr>
          <w:rPr>
            <w:rFonts w:ascii="Cambria Math" w:hAnsi="Cambria Math" w:cs="Times New Roman"/>
            <w:lang w:val="ru-RU"/>
          </w:rPr>
          <m:t xml:space="preserve"> :2;</m:t>
        </m:r>
      </m:oMath>
      <w:r w:rsidRPr="00813817">
        <w:rPr>
          <w:rFonts w:ascii="Times New Roman" w:hAnsi="Times New Roman" w:cs="Times New Roman"/>
          <w:lang w:val="ru-RU"/>
        </w:rPr>
        <w:t xml:space="preserve"> б)</w:t>
      </w:r>
      <m:oMath>
        <m:d>
          <m:dPr>
            <m:ctrlPr>
              <w:rPr>
                <w:rFonts w:ascii="Cambria Math" w:hAnsi="Cambria Math" w:cs="Times New Roman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7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-5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5</m:t>
                </m:r>
              </m:den>
            </m:f>
          </m:e>
        </m:d>
        <m:r>
          <m:rPr>
            <m:sty m:val="p"/>
          </m:rPr>
          <w:rPr>
            <w:rFonts w:ascii="Cambria Math" w:hAnsi="Cambria Math" w:cs="Times New Roman"/>
            <w:lang w:val="ru-RU"/>
          </w:rPr>
          <m:t>:</m:t>
        </m:r>
        <m:d>
          <m:dPr>
            <m:ctrlPr>
              <w:rPr>
                <w:rFonts w:ascii="Cambria Math" w:hAnsi="Cambria Math" w:cs="Times New Roman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6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5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lang w:val="ru-RU"/>
              </w:rPr>
              <m:t>-4</m:t>
            </m:r>
            <m:f>
              <m:fPr>
                <m:ctrlPr>
                  <w:rPr>
                    <w:rFonts w:ascii="Cambria Math" w:hAnsi="Cambria Math" w:cs="Times New Roman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3</m:t>
                </m:r>
              </m:den>
            </m:f>
          </m:e>
        </m:d>
        <m:r>
          <m:rPr>
            <m:sty m:val="p"/>
          </m:rPr>
          <w:rPr>
            <w:rFonts w:ascii="Cambria Math" w:hAnsi="Cambria Math" w:cs="Times New Roman"/>
            <w:lang w:val="ru-RU"/>
          </w:rPr>
          <m:t>.</m:t>
        </m:r>
      </m:oMath>
    </w:p>
    <w:p w:rsidR="00F410CB" w:rsidRPr="00C433B0" w:rsidRDefault="00F410CB" w:rsidP="00F410CB">
      <w:pPr>
        <w:pStyle w:val="af5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5. </w:t>
      </w:r>
      <w:r w:rsidRPr="00C433B0">
        <w:rPr>
          <w:rFonts w:ascii="Times New Roman" w:hAnsi="Times New Roman" w:cs="Times New Roman"/>
          <w:lang w:val="ru-RU"/>
        </w:rPr>
        <w:t xml:space="preserve">Преобразуйте обыкновенную дробь 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6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в бесконечную периодическую десятичную дробь.</w:t>
      </w:r>
    </w:p>
    <w:p w:rsidR="00F410CB" w:rsidRPr="00C433B0" w:rsidRDefault="00F410CB" w:rsidP="00F410CB">
      <w:pPr>
        <w:pStyle w:val="af5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 xml:space="preserve">6. </w:t>
      </w:r>
      <w:r w:rsidRPr="00C433B0">
        <w:rPr>
          <w:rFonts w:ascii="Times New Roman" w:hAnsi="Times New Roman" w:cs="Times New Roman"/>
          <w:lang w:val="ru-RU"/>
        </w:rPr>
        <w:t>Из пункта A в пункт B выехал первый велосипедист со скоростью 12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2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3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км/ч. Одновременно из пункта B в том же направлении выехал второй велосипедист, скорость которого в 1</w:t>
      </w:r>
      <m:oMath>
        <m:f>
          <m:fPr>
            <m:ctrlPr>
              <w:rPr>
                <w:rFonts w:ascii="Cambria Math" w:hAnsi="Cambria Math" w:cs="Times New Roman"/>
                <w:i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lang w:val="ru-RU"/>
              </w:rPr>
              <m:t>16</m:t>
            </m:r>
          </m:num>
          <m:den>
            <m:r>
              <w:rPr>
                <w:rFonts w:ascii="Cambria Math" w:hAnsi="Cambria Math" w:cs="Times New Roman"/>
                <w:lang w:val="ru-RU"/>
              </w:rPr>
              <m:t>41</m:t>
            </m:r>
          </m:den>
        </m:f>
      </m:oMath>
      <w:r w:rsidRPr="00C433B0">
        <w:rPr>
          <w:rFonts w:ascii="Times New Roman" w:hAnsi="Times New Roman" w:cs="Times New Roman"/>
          <w:lang w:val="ru-RU"/>
        </w:rPr>
        <w:t xml:space="preserve"> раза меньше скорости первого. Через сколько часов первый велосипедист догонит второго, если расстояние между пунктами равно 8 км?</w:t>
      </w:r>
    </w:p>
    <w:p w:rsidR="00F410CB" w:rsidRDefault="00F410CB" w:rsidP="00F410CB">
      <w:pPr>
        <w:rPr>
          <w:lang w:val="ru-RU"/>
        </w:rPr>
      </w:pP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1318260</wp:posOffset>
            </wp:positionV>
            <wp:extent cx="1562100" cy="161925"/>
            <wp:effectExtent l="0" t="0" r="0" b="0"/>
            <wp:wrapNone/>
            <wp:docPr id="774505106" name="Рисунок 774505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146849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971925" cy="1128283"/>
            <wp:effectExtent l="0" t="0" r="0" b="0"/>
            <wp:docPr id="1862410549" name="Рисунок 1862410549" descr="Изображение выглядит как текст, внутренний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внутренний, снимок экрана&#10;&#10;Автоматически созданное описание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99386" cy="113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5146">
        <w:rPr>
          <w:noProof/>
        </w:rPr>
        <w:t xml:space="preserve"> </w:t>
      </w:r>
    </w:p>
    <w:p w:rsidR="00F410CB" w:rsidRDefault="00F410CB" w:rsidP="00F410CB">
      <w:pPr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2099584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1189990</wp:posOffset>
            </wp:positionV>
            <wp:extent cx="3115945" cy="1162050"/>
            <wp:effectExtent l="0" t="0" r="0" b="0"/>
            <wp:wrapSquare wrapText="bothSides"/>
            <wp:docPr id="609915794" name="Рисунок 60991579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5414" b="1312"/>
                    <a:stretch/>
                  </pic:blipFill>
                  <pic:spPr bwMode="auto">
                    <a:xfrm>
                      <a:off x="0" y="0"/>
                      <a:ext cx="311594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20944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798830</wp:posOffset>
            </wp:positionV>
            <wp:extent cx="2963545" cy="352425"/>
            <wp:effectExtent l="0" t="0" r="0" b="0"/>
            <wp:wrapSquare wrapText="bothSides"/>
            <wp:docPr id="1407586165" name="Рисунок 1407586165" descr="Изображение выглядит как текст, Шрифт, снимок экрана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83052" name="Рисунок 274383052" descr="Изображение выглядит как текст, Шрифт, снимок экрана, докумен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1969"/>
                    <a:stretch/>
                  </pic:blipFill>
                  <pic:spPr bwMode="auto">
                    <a:xfrm>
                      <a:off x="0" y="0"/>
                      <a:ext cx="296354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294640</wp:posOffset>
            </wp:positionV>
            <wp:extent cx="3115945" cy="438150"/>
            <wp:effectExtent l="0" t="0" r="0" b="0"/>
            <wp:wrapSquare wrapText="bothSides"/>
            <wp:docPr id="1585905236" name="Рисунок 158590523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044" b="69869"/>
                    <a:stretch/>
                  </pic:blipFill>
                  <pic:spPr bwMode="auto">
                    <a:xfrm>
                      <a:off x="0" y="0"/>
                      <a:ext cx="3115945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 w:hanging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105150" cy="352425"/>
            <wp:effectExtent l="0" t="0" r="0" b="0"/>
            <wp:docPr id="892686779" name="Рисунок 89268677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946" b="79541"/>
                    <a:stretch/>
                  </pic:blipFill>
                  <pic:spPr bwMode="auto">
                    <a:xfrm>
                      <a:off x="0" y="0"/>
                      <a:ext cx="3105150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pStyle w:val="af5"/>
        <w:ind w:left="600"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>Контрольная работа №5</w:t>
      </w:r>
    </w:p>
    <w:p w:rsidR="00F410CB" w:rsidRPr="00371B63" w:rsidRDefault="00F410CB" w:rsidP="00F410CB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 w:rsidRPr="00371B63"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>Тема: Фигуры на плоскости</w:t>
      </w:r>
    </w:p>
    <w:p w:rsidR="00F410CB" w:rsidRDefault="00F410CB" w:rsidP="00F410CB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 w:rsidRPr="00075146">
        <w:rPr>
          <w:noProof/>
          <w:lang w:val="ru-RU" w:eastAsia="ru-RU"/>
        </w:rPr>
        <w:drawing>
          <wp:anchor distT="0" distB="0" distL="114300" distR="114300" simplePos="0" relativeHeight="252044288" behindDoc="0" locked="0" layoutInCell="1" allowOverlap="1">
            <wp:simplePos x="0" y="0"/>
            <wp:positionH relativeFrom="column">
              <wp:posOffset>-2729865</wp:posOffset>
            </wp:positionH>
            <wp:positionV relativeFrom="paragraph">
              <wp:posOffset>2295525</wp:posOffset>
            </wp:positionV>
            <wp:extent cx="1533525" cy="142875"/>
            <wp:effectExtent l="0" t="0" r="0" b="0"/>
            <wp:wrapNone/>
            <wp:docPr id="1659724366" name="Рисунок 1659724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772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5945"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>1. Найдите длину окружности, если ее радиус равен</w:t>
      </w:r>
      <w:r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 xml:space="preserve"> 4,5 см.</w:t>
      </w:r>
    </w:p>
    <w:p w:rsidR="00F410CB" w:rsidRDefault="00F410CB" w:rsidP="00F410CB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>2. Найдите площадь круга, если его радиус равен 6 см.</w:t>
      </w:r>
    </w:p>
    <w:p w:rsidR="00F410CB" w:rsidRDefault="00F410CB" w:rsidP="00F410CB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>3. С помощью циркуля и линейки постройте треугольник со сторонами 4см, 6 см и 7 см.</w:t>
      </w:r>
    </w:p>
    <w:p w:rsidR="00F410CB" w:rsidRPr="00C65945" w:rsidRDefault="00F410CB" w:rsidP="00F410CB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  <w:r w:rsidRPr="00371B63">
        <w:rPr>
          <w:bCs/>
          <w:noProof/>
          <w:lang w:val="ru-RU" w:eastAsia="ru-RU"/>
        </w:rPr>
        <w:drawing>
          <wp:anchor distT="0" distB="0" distL="114300" distR="114300" simplePos="0" relativeHeight="252013568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81280</wp:posOffset>
            </wp:positionV>
            <wp:extent cx="3105150" cy="1323975"/>
            <wp:effectExtent l="0" t="0" r="0" b="0"/>
            <wp:wrapSquare wrapText="bothSides"/>
            <wp:docPr id="1145757908" name="Рисунок 114575790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7278" b="33226"/>
                    <a:stretch/>
                  </pic:blipFill>
                  <pic:spPr bwMode="auto">
                    <a:xfrm>
                      <a:off x="0" y="0"/>
                      <a:ext cx="310515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410CB" w:rsidRPr="00371B63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contextualSpacing/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</w:pPr>
    </w:p>
    <w:p w:rsidR="00F410CB" w:rsidRPr="00371B63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F410CB" w:rsidRPr="00371B63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F410CB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F410CB" w:rsidRPr="00371B63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</w:p>
    <w:p w:rsidR="00F410CB" w:rsidRPr="00371B63" w:rsidRDefault="00F410CB" w:rsidP="00F410CB">
      <w:pPr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</w:pPr>
      <w:r w:rsidRPr="00371B63"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  <w:br w:type="page"/>
      </w:r>
    </w:p>
    <w:p w:rsidR="00F410CB" w:rsidRPr="00DE218D" w:rsidRDefault="003762B2" w:rsidP="00F410CB">
      <w:pPr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3378761</wp:posOffset>
            </wp:positionH>
            <wp:positionV relativeFrom="paragraph">
              <wp:posOffset>1313446</wp:posOffset>
            </wp:positionV>
            <wp:extent cx="2978785" cy="1924050"/>
            <wp:effectExtent l="0" t="0" r="0" b="0"/>
            <wp:wrapSquare wrapText="bothSides"/>
            <wp:docPr id="1929072503" name="Рисунок 192907250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10CB"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2079104" behindDoc="0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4232910</wp:posOffset>
            </wp:positionV>
            <wp:extent cx="1571625" cy="142875"/>
            <wp:effectExtent l="0" t="0" r="0" b="0"/>
            <wp:wrapNone/>
            <wp:docPr id="730635038" name="Рисунок 730635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96939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10CB"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2071936" behindDoc="0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4195445</wp:posOffset>
            </wp:positionV>
            <wp:extent cx="1571844" cy="161948"/>
            <wp:effectExtent l="0" t="0" r="0" b="0"/>
            <wp:wrapSquare wrapText="bothSides"/>
            <wp:docPr id="1226334008" name="Рисунок 1226334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490275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844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10CB"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4385945</wp:posOffset>
            </wp:positionV>
            <wp:extent cx="3095625" cy="2190115"/>
            <wp:effectExtent l="0" t="0" r="0" b="0"/>
            <wp:wrapSquare wrapText="bothSides"/>
            <wp:docPr id="2139628436" name="Рисунок 213962843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002"/>
                    <a:stretch/>
                  </pic:blipFill>
                  <pic:spPr bwMode="auto">
                    <a:xfrm>
                      <a:off x="0" y="0"/>
                      <a:ext cx="3095625" cy="219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410CB"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2062720" behindDoc="0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-14605</wp:posOffset>
            </wp:positionV>
            <wp:extent cx="1562100" cy="171450"/>
            <wp:effectExtent l="0" t="0" r="0" b="0"/>
            <wp:wrapSquare wrapText="bothSides"/>
            <wp:docPr id="2059247159" name="Рисунок 2059247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672124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10CB"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2053504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4445</wp:posOffset>
            </wp:positionV>
            <wp:extent cx="1543050" cy="152400"/>
            <wp:effectExtent l="0" t="0" r="0" b="0"/>
            <wp:wrapNone/>
            <wp:docPr id="1370138778" name="Рисунок 1370138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191589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10CB"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977728" behindDoc="0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175260</wp:posOffset>
            </wp:positionV>
            <wp:extent cx="3190240" cy="1139825"/>
            <wp:effectExtent l="0" t="0" r="0" b="0"/>
            <wp:wrapSquare wrapText="bothSides"/>
            <wp:docPr id="131863448" name="Рисунок 13186344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702"/>
                    <a:stretch/>
                  </pic:blipFill>
                  <pic:spPr bwMode="auto">
                    <a:xfrm>
                      <a:off x="0" y="0"/>
                      <a:ext cx="3190240" cy="113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410CB"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257279" cy="744220"/>
            <wp:effectExtent l="0" t="0" r="0" b="0"/>
            <wp:docPr id="117275917" name="Рисунок 1172759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63"/>
                    <a:srcRect t="21184"/>
                    <a:stretch/>
                  </pic:blipFill>
                  <pic:spPr bwMode="auto">
                    <a:xfrm>
                      <a:off x="0" y="0"/>
                      <a:ext cx="3281713" cy="749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410CB"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21231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903605</wp:posOffset>
            </wp:positionV>
            <wp:extent cx="3095625" cy="3095625"/>
            <wp:effectExtent l="0" t="0" r="0" b="0"/>
            <wp:wrapThrough wrapText="bothSides">
              <wp:wrapPolygon edited="0">
                <wp:start x="0" y="0"/>
                <wp:lineTo x="0" y="21534"/>
                <wp:lineTo x="21534" y="21534"/>
                <wp:lineTo x="21534" y="0"/>
                <wp:lineTo x="0" y="0"/>
              </wp:wrapPolygon>
            </wp:wrapThrough>
            <wp:docPr id="1450009836" name="Рисунок 145000983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10CB" w:rsidRDefault="00F410CB" w:rsidP="00F410CB">
      <w:pPr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F410CB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F410CB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F410CB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F410CB" w:rsidRDefault="003762B2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3092790</wp:posOffset>
            </wp:positionH>
            <wp:positionV relativeFrom="paragraph">
              <wp:posOffset>259715</wp:posOffset>
            </wp:positionV>
            <wp:extent cx="3314065" cy="2086610"/>
            <wp:effectExtent l="0" t="0" r="0" b="0"/>
            <wp:wrapSquare wrapText="bothSides"/>
            <wp:docPr id="782923117" name="Рисунок 7829231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243"/>
                    <a:stretch/>
                  </pic:blipFill>
                  <pic:spPr bwMode="auto">
                    <a:xfrm>
                      <a:off x="0" y="0"/>
                      <a:ext cx="3314065" cy="208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410CB" w:rsidRDefault="00F410CB" w:rsidP="00F410CB">
      <w:pPr>
        <w:rPr>
          <w:rFonts w:ascii="Times New Roman" w:hAnsi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br w:type="page"/>
      </w:r>
    </w:p>
    <w:p w:rsidR="00F410CB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2089344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-62230</wp:posOffset>
            </wp:positionV>
            <wp:extent cx="1800476" cy="152421"/>
            <wp:effectExtent l="0" t="0" r="0" b="0"/>
            <wp:wrapNone/>
            <wp:docPr id="926873913" name="Рисунок 926873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34709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476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2034048" behindDoc="0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252095</wp:posOffset>
            </wp:positionV>
            <wp:extent cx="2819400" cy="2475230"/>
            <wp:effectExtent l="0" t="0" r="0" b="0"/>
            <wp:wrapSquare wrapText="bothSides"/>
            <wp:docPr id="2123966080" name="Рисунок 212396608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478"/>
                    <a:stretch/>
                  </pic:blipFill>
                  <pic:spPr bwMode="auto">
                    <a:xfrm>
                      <a:off x="0" y="0"/>
                      <a:ext cx="2819400" cy="247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75146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2084224" behindDoc="0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-176530</wp:posOffset>
            </wp:positionV>
            <wp:extent cx="1657581" cy="161948"/>
            <wp:effectExtent l="0" t="0" r="0" b="0"/>
            <wp:wrapSquare wrapText="bothSides"/>
            <wp:docPr id="364587694" name="Рисунок 364587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8395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58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33020</wp:posOffset>
            </wp:positionV>
            <wp:extent cx="2876550" cy="1836420"/>
            <wp:effectExtent l="0" t="0" r="0" b="0"/>
            <wp:wrapSquare wrapText="bothSides"/>
            <wp:docPr id="467332585" name="Рисунок 467332585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Рисунок 137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218"/>
                    <a:stretch/>
                  </pic:blipFill>
                  <pic:spPr bwMode="auto">
                    <a:xfrm>
                      <a:off x="0" y="0"/>
                      <a:ext cx="2876550" cy="183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2023808" behindDoc="0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3764280</wp:posOffset>
            </wp:positionV>
            <wp:extent cx="2898140" cy="2457450"/>
            <wp:effectExtent l="0" t="0" r="0" b="0"/>
            <wp:wrapSquare wrapText="bothSides"/>
            <wp:docPr id="497526408" name="Рисунок 497526408" descr="Изображение выглядит как текст, линия, диаграмма, Граф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371038" name="Рисунок 1085371038" descr="Изображение выглядит как текст, линия, диаграмма, График&#10;&#10;Автоматически созданное описание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0343"/>
                    <a:stretch/>
                  </pic:blipFill>
                  <pic:spPr bwMode="auto">
                    <a:xfrm>
                      <a:off x="0" y="0"/>
                      <a:ext cx="289814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column">
              <wp:posOffset>222918</wp:posOffset>
            </wp:positionH>
            <wp:positionV relativeFrom="paragraph">
              <wp:posOffset>1938655</wp:posOffset>
            </wp:positionV>
            <wp:extent cx="3190875" cy="1823467"/>
            <wp:effectExtent l="0" t="0" r="0" b="0"/>
            <wp:wrapSquare wrapText="bothSides"/>
            <wp:docPr id="194069958" name="Рисунок 194069958" descr="Изображение выглядит как текст, линия, диаграмма, Граф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Рисунок 138" descr="Изображение выглядит как текст, линия, диаграмма, График&#10;&#10;Автоматически созданное описание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9793"/>
                    <a:stretch/>
                  </pic:blipFill>
                  <pic:spPr bwMode="auto">
                    <a:xfrm>
                      <a:off x="0" y="0"/>
                      <a:ext cx="3190875" cy="1823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410CB" w:rsidRDefault="00F410CB" w:rsidP="00F410CB">
      <w:pPr>
        <w:contextualSpacing/>
        <w:rPr>
          <w:rFonts w:ascii="Times New Roman" w:hAnsi="Times New Roman"/>
          <w:b/>
          <w:iCs/>
          <w:noProof/>
          <w:color w:val="000000"/>
          <w:sz w:val="24"/>
          <w:szCs w:val="24"/>
        </w:rPr>
      </w:pPr>
    </w:p>
    <w:p w:rsidR="00F410CB" w:rsidRPr="00DE218D" w:rsidRDefault="00F410CB" w:rsidP="00F410CB">
      <w:pPr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  <w:r w:rsidRPr="00DE218D">
        <w:rPr>
          <w:rFonts w:ascii="Times New Roman" w:hAnsi="Times New Roman"/>
          <w:b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2028928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71120</wp:posOffset>
            </wp:positionV>
            <wp:extent cx="3000375" cy="864870"/>
            <wp:effectExtent l="0" t="0" r="0" b="0"/>
            <wp:wrapSquare wrapText="bothSides"/>
            <wp:docPr id="1687311730" name="Рисунок 168731173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Default="00F410CB" w:rsidP="00F410CB">
      <w:pPr>
        <w:rPr>
          <w:lang w:val="ru-RU"/>
        </w:rPr>
      </w:pPr>
    </w:p>
    <w:p w:rsidR="00F410CB" w:rsidRPr="0012640B" w:rsidRDefault="00F410CB" w:rsidP="00F410CB">
      <w:pPr>
        <w:rPr>
          <w:lang w:val="ru-RU"/>
        </w:rPr>
      </w:pPr>
    </w:p>
    <w:p w:rsidR="00F410CB" w:rsidRPr="0012640B" w:rsidRDefault="00F410CB" w:rsidP="00F410CB">
      <w:pPr>
        <w:spacing w:after="0"/>
        <w:ind w:left="120"/>
        <w:rPr>
          <w:lang w:val="ru-RU"/>
        </w:rPr>
      </w:pPr>
    </w:p>
    <w:p w:rsidR="00F410CB" w:rsidRDefault="00F410CB">
      <w:r>
        <w:br w:type="page"/>
      </w:r>
    </w:p>
    <w:p w:rsidR="00743864" w:rsidRDefault="00743864" w:rsidP="00743864">
      <w:pPr>
        <w:tabs>
          <w:tab w:val="left" w:pos="5670"/>
          <w:tab w:val="left" w:pos="5954"/>
          <w:tab w:val="left" w:pos="89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</w:p>
    <w:p w:rsidR="00743864" w:rsidRPr="00743864" w:rsidRDefault="00743864" w:rsidP="00743864">
      <w:pPr>
        <w:tabs>
          <w:tab w:val="left" w:pos="5670"/>
          <w:tab w:val="left" w:pos="5954"/>
          <w:tab w:val="left" w:pos="89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u-RU" w:eastAsia="ru-RU" w:bidi="ru-RU"/>
        </w:rPr>
      </w:pPr>
      <w:r w:rsidRPr="00743864">
        <w:rPr>
          <w:rFonts w:ascii="Times New Roman" w:eastAsia="Times New Roman" w:hAnsi="Times New Roman"/>
          <w:b/>
          <w:sz w:val="24"/>
          <w:szCs w:val="24"/>
          <w:lang w:val="ru-RU" w:eastAsia="ru-RU" w:bidi="ru-RU"/>
        </w:rPr>
        <w:t>СОГЛАСОВАНО</w:t>
      </w:r>
    </w:p>
    <w:p w:rsidR="00743864" w:rsidRPr="00743864" w:rsidRDefault="00743864" w:rsidP="00743864">
      <w:pPr>
        <w:tabs>
          <w:tab w:val="left" w:pos="5670"/>
          <w:tab w:val="left" w:pos="5954"/>
          <w:tab w:val="left" w:pos="89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u-RU" w:eastAsia="ru-RU" w:bidi="ru-RU"/>
        </w:rPr>
      </w:pPr>
      <w:r w:rsidRPr="00743864">
        <w:rPr>
          <w:rFonts w:ascii="Times New Roman" w:eastAsia="Times New Roman" w:hAnsi="Times New Roman"/>
          <w:b/>
          <w:sz w:val="24"/>
          <w:szCs w:val="24"/>
          <w:lang w:val="ru-RU" w:eastAsia="ru-RU" w:bidi="ru-RU"/>
        </w:rPr>
        <w:t xml:space="preserve"> Протокол заседания</w:t>
      </w:r>
    </w:p>
    <w:p w:rsidR="00743864" w:rsidRPr="00743864" w:rsidRDefault="00743864" w:rsidP="00743864">
      <w:pPr>
        <w:tabs>
          <w:tab w:val="left" w:pos="5670"/>
          <w:tab w:val="left" w:pos="5954"/>
          <w:tab w:val="left" w:pos="89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u-RU" w:eastAsia="ru-RU" w:bidi="ru-RU"/>
        </w:rPr>
      </w:pPr>
      <w:r w:rsidRPr="00743864">
        <w:rPr>
          <w:rFonts w:ascii="Times New Roman" w:eastAsia="Times New Roman" w:hAnsi="Times New Roman"/>
          <w:b/>
          <w:sz w:val="24"/>
          <w:szCs w:val="24"/>
          <w:lang w:val="ru-RU" w:eastAsia="ru-RU" w:bidi="ru-RU"/>
        </w:rPr>
        <w:t xml:space="preserve"> методического объединения учителей </w:t>
      </w:r>
    </w:p>
    <w:p w:rsidR="00743864" w:rsidRPr="00743864" w:rsidRDefault="00743864" w:rsidP="00743864">
      <w:pPr>
        <w:widowControl w:val="0"/>
        <w:shd w:val="clear" w:color="auto" w:fill="FFFFFF"/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val="ru-RU" w:eastAsia="ru-RU" w:bidi="ru-RU"/>
        </w:rPr>
      </w:pPr>
      <w:r w:rsidRPr="00743864">
        <w:rPr>
          <w:rFonts w:ascii="Times New Roman" w:eastAsia="Times New Roman" w:hAnsi="Times New Roman"/>
          <w:b/>
          <w:sz w:val="24"/>
          <w:szCs w:val="24"/>
          <w:lang w:val="ru-RU" w:eastAsia="ru-RU" w:bidi="ru-RU"/>
        </w:rPr>
        <w:t xml:space="preserve"> от </w:t>
      </w:r>
      <w:r w:rsidRPr="00743864">
        <w:rPr>
          <w:rFonts w:ascii="Times New Roman" w:eastAsia="Times New Roman" w:hAnsi="Times New Roman"/>
          <w:b/>
          <w:sz w:val="24"/>
          <w:szCs w:val="24"/>
          <w:lang w:val="ru-RU" w:eastAsia="ru-RU" w:bidi="ru-RU"/>
        </w:rPr>
        <w:softHyphen/>
      </w:r>
      <w:r w:rsidRPr="00743864">
        <w:rPr>
          <w:rFonts w:ascii="Times New Roman" w:eastAsia="Times New Roman" w:hAnsi="Times New Roman"/>
          <w:b/>
          <w:sz w:val="24"/>
          <w:szCs w:val="24"/>
          <w:lang w:val="ru-RU" w:eastAsia="ru-RU" w:bidi="ru-RU"/>
        </w:rPr>
        <w:softHyphen/>
      </w:r>
      <w:r w:rsidRPr="00743864">
        <w:rPr>
          <w:rFonts w:ascii="Times New Roman" w:eastAsia="Times New Roman" w:hAnsi="Times New Roman"/>
          <w:b/>
          <w:sz w:val="24"/>
          <w:szCs w:val="24"/>
          <w:lang w:val="ru-RU" w:eastAsia="ru-RU" w:bidi="ru-RU"/>
        </w:rPr>
        <w:softHyphen/>
      </w:r>
      <w:r w:rsidRPr="00743864">
        <w:rPr>
          <w:rFonts w:ascii="Times New Roman" w:eastAsia="Times New Roman" w:hAnsi="Times New Roman"/>
          <w:b/>
          <w:sz w:val="24"/>
          <w:szCs w:val="24"/>
          <w:lang w:val="ru-RU" w:eastAsia="ru-RU" w:bidi="ru-RU"/>
        </w:rPr>
        <w:softHyphen/>
      </w:r>
      <w:r w:rsidRPr="00743864">
        <w:rPr>
          <w:rFonts w:ascii="Times New Roman" w:eastAsia="Times New Roman" w:hAnsi="Times New Roman"/>
          <w:b/>
          <w:sz w:val="24"/>
          <w:szCs w:val="24"/>
          <w:lang w:val="ru-RU" w:eastAsia="ru-RU" w:bidi="ru-RU"/>
        </w:rPr>
        <w:softHyphen/>
      </w:r>
      <w:r w:rsidRPr="00743864">
        <w:rPr>
          <w:rFonts w:ascii="Times New Roman" w:eastAsia="Times New Roman" w:hAnsi="Times New Roman"/>
          <w:b/>
          <w:sz w:val="24"/>
          <w:szCs w:val="24"/>
          <w:lang w:val="ru-RU" w:eastAsia="ru-RU" w:bidi="ru-RU"/>
        </w:rPr>
        <w:softHyphen/>
      </w:r>
      <w:r w:rsidRPr="00743864">
        <w:rPr>
          <w:rFonts w:ascii="Times New Roman" w:eastAsia="Times New Roman" w:hAnsi="Times New Roman"/>
          <w:b/>
          <w:sz w:val="24"/>
          <w:szCs w:val="24"/>
          <w:lang w:val="ru-RU" w:eastAsia="ru-RU" w:bidi="ru-RU"/>
        </w:rPr>
        <w:softHyphen/>
      </w:r>
      <w:r w:rsidRPr="00743864">
        <w:rPr>
          <w:rFonts w:ascii="Times New Roman" w:eastAsia="Times New Roman" w:hAnsi="Times New Roman"/>
          <w:b/>
          <w:sz w:val="24"/>
          <w:szCs w:val="24"/>
          <w:lang w:val="ru-RU" w:eastAsia="ru-RU" w:bidi="ru-RU"/>
        </w:rPr>
        <w:softHyphen/>
      </w:r>
      <w:r w:rsidRPr="00743864">
        <w:rPr>
          <w:rFonts w:ascii="Times New Roman" w:eastAsia="Times New Roman" w:hAnsi="Times New Roman"/>
          <w:b/>
          <w:sz w:val="24"/>
          <w:szCs w:val="24"/>
          <w:lang w:val="ru-RU" w:eastAsia="ru-RU" w:bidi="ru-RU"/>
        </w:rPr>
        <w:softHyphen/>
      </w:r>
      <w:r w:rsidRPr="00743864">
        <w:rPr>
          <w:rFonts w:ascii="Times New Roman" w:eastAsia="Times New Roman" w:hAnsi="Times New Roman"/>
          <w:b/>
          <w:sz w:val="24"/>
          <w:szCs w:val="24"/>
          <w:lang w:val="ru-RU" w:eastAsia="ru-RU" w:bidi="ru-RU"/>
        </w:rPr>
        <w:softHyphen/>
        <w:t>_____.</w:t>
      </w:r>
      <w:r w:rsidRPr="00743864">
        <w:rPr>
          <w:rFonts w:ascii="Times New Roman" w:eastAsia="Times New Roman" w:hAnsi="Times New Roman"/>
          <w:b/>
          <w:sz w:val="24"/>
          <w:szCs w:val="24"/>
          <w:lang w:val="ru-RU" w:eastAsia="ru-RU" w:bidi="ru-RU"/>
        </w:rPr>
        <w:softHyphen/>
      </w:r>
      <w:r w:rsidRPr="00743864">
        <w:rPr>
          <w:rFonts w:ascii="Times New Roman" w:eastAsia="Times New Roman" w:hAnsi="Times New Roman"/>
          <w:b/>
          <w:sz w:val="24"/>
          <w:szCs w:val="24"/>
          <w:lang w:val="ru-RU" w:eastAsia="ru-RU" w:bidi="ru-RU"/>
        </w:rPr>
        <w:softHyphen/>
      </w:r>
      <w:r w:rsidRPr="00743864">
        <w:rPr>
          <w:rFonts w:ascii="Times New Roman" w:eastAsia="Times New Roman" w:hAnsi="Times New Roman"/>
          <w:b/>
          <w:sz w:val="24"/>
          <w:szCs w:val="24"/>
          <w:lang w:val="ru-RU" w:eastAsia="ru-RU" w:bidi="ru-RU"/>
        </w:rPr>
        <w:softHyphen/>
      </w:r>
      <w:r w:rsidRPr="00743864">
        <w:rPr>
          <w:rFonts w:ascii="Times New Roman" w:eastAsia="Times New Roman" w:hAnsi="Times New Roman"/>
          <w:b/>
          <w:sz w:val="24"/>
          <w:szCs w:val="24"/>
          <w:lang w:val="ru-RU" w:eastAsia="ru-RU" w:bidi="ru-RU"/>
        </w:rPr>
        <w:softHyphen/>
        <w:t>_______.202___г.  № ____</w:t>
      </w:r>
    </w:p>
    <w:p w:rsidR="00743864" w:rsidRPr="00743864" w:rsidRDefault="00743864" w:rsidP="00743864">
      <w:pPr>
        <w:widowControl w:val="0"/>
        <w:shd w:val="clear" w:color="auto" w:fill="FFFFFF"/>
        <w:spacing w:after="0" w:line="360" w:lineRule="auto"/>
        <w:rPr>
          <w:rFonts w:ascii="Times New Roman" w:eastAsia="Times New Roman" w:hAnsi="Times New Roman"/>
          <w:b/>
          <w:i/>
          <w:sz w:val="24"/>
          <w:szCs w:val="24"/>
          <w:u w:val="single"/>
          <w:lang w:val="ru-RU" w:eastAsia="ru-RU" w:bidi="ru-RU"/>
        </w:rPr>
      </w:pPr>
      <w:r w:rsidRPr="00743864">
        <w:rPr>
          <w:rFonts w:ascii="Times New Roman" w:eastAsia="Times New Roman" w:hAnsi="Times New Roman"/>
          <w:b/>
          <w:sz w:val="24"/>
          <w:szCs w:val="24"/>
          <w:lang w:val="ru-RU" w:eastAsia="ru-RU" w:bidi="ru-RU"/>
        </w:rPr>
        <w:t xml:space="preserve">Руководитель ШМО </w:t>
      </w:r>
      <w:r w:rsidRPr="00743864">
        <w:rPr>
          <w:rFonts w:ascii="Times New Roman" w:eastAsia="Times New Roman" w:hAnsi="Times New Roman"/>
          <w:sz w:val="24"/>
          <w:szCs w:val="24"/>
          <w:u w:val="single"/>
          <w:lang w:val="ru-RU" w:eastAsia="ru-RU" w:bidi="ru-RU"/>
        </w:rPr>
        <w:tab/>
        <w:t>________(О.С. Шумилина)</w:t>
      </w:r>
    </w:p>
    <w:p w:rsidR="00743864" w:rsidRPr="00743864" w:rsidRDefault="00743864" w:rsidP="00743864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val="ru-RU" w:eastAsia="ru-RU" w:bidi="ru-RU"/>
        </w:rPr>
      </w:pPr>
    </w:p>
    <w:p w:rsidR="00743864" w:rsidRPr="00743864" w:rsidRDefault="00743864" w:rsidP="00743864">
      <w:pPr>
        <w:tabs>
          <w:tab w:val="left" w:pos="5670"/>
          <w:tab w:val="left" w:pos="5954"/>
          <w:tab w:val="left" w:pos="893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 w:bidi="ru-RU"/>
        </w:rPr>
      </w:pPr>
      <w:r w:rsidRPr="00743864">
        <w:rPr>
          <w:rFonts w:ascii="Times New Roman" w:eastAsia="Times New Roman" w:hAnsi="Times New Roman"/>
          <w:b/>
          <w:sz w:val="24"/>
          <w:szCs w:val="24"/>
          <w:lang w:val="ru-RU" w:eastAsia="ru-RU" w:bidi="ru-RU"/>
        </w:rPr>
        <w:t>СОГЛАСОВАНО.</w:t>
      </w:r>
    </w:p>
    <w:p w:rsidR="00743864" w:rsidRPr="00743864" w:rsidRDefault="00743864" w:rsidP="00743864">
      <w:pPr>
        <w:tabs>
          <w:tab w:val="left" w:pos="5670"/>
          <w:tab w:val="left" w:pos="5954"/>
          <w:tab w:val="left" w:pos="893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 w:bidi="ru-RU"/>
        </w:rPr>
      </w:pPr>
      <w:r w:rsidRPr="00743864">
        <w:rPr>
          <w:rFonts w:ascii="Times New Roman" w:eastAsia="Times New Roman" w:hAnsi="Times New Roman"/>
          <w:b/>
          <w:sz w:val="24"/>
          <w:szCs w:val="24"/>
          <w:lang w:val="ru-RU" w:eastAsia="ru-RU" w:bidi="ru-RU"/>
        </w:rPr>
        <w:t xml:space="preserve">Зам. директора по УВР </w:t>
      </w:r>
    </w:p>
    <w:p w:rsidR="00743864" w:rsidRPr="00743864" w:rsidRDefault="00743864" w:rsidP="00743864">
      <w:pPr>
        <w:tabs>
          <w:tab w:val="left" w:pos="5670"/>
          <w:tab w:val="left" w:pos="5954"/>
          <w:tab w:val="left" w:pos="893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val="ru-RU" w:eastAsia="ru-RU" w:bidi="ru-RU"/>
        </w:rPr>
      </w:pPr>
      <w:r w:rsidRPr="00743864">
        <w:rPr>
          <w:rFonts w:ascii="Times New Roman" w:eastAsia="Times New Roman" w:hAnsi="Times New Roman"/>
          <w:b/>
          <w:sz w:val="24"/>
          <w:szCs w:val="24"/>
          <w:lang w:val="ru-RU" w:eastAsia="ru-RU" w:bidi="ru-RU"/>
        </w:rPr>
        <w:t>_____________(</w:t>
      </w:r>
      <w:r w:rsidRPr="00743864">
        <w:rPr>
          <w:rFonts w:ascii="Times New Roman" w:eastAsia="Times New Roman" w:hAnsi="Times New Roman"/>
          <w:sz w:val="24"/>
          <w:szCs w:val="24"/>
          <w:u w:val="single"/>
          <w:lang w:val="ru-RU" w:eastAsia="ru-RU" w:bidi="ru-RU"/>
        </w:rPr>
        <w:t xml:space="preserve"> А.Д. Кирюшкина</w:t>
      </w:r>
      <w:proofErr w:type="gramStart"/>
      <w:r w:rsidRPr="00743864">
        <w:rPr>
          <w:rFonts w:ascii="Times New Roman" w:eastAsia="Times New Roman" w:hAnsi="Times New Roman"/>
          <w:sz w:val="24"/>
          <w:szCs w:val="24"/>
          <w:u w:val="single"/>
          <w:lang w:val="ru-RU" w:eastAsia="ru-RU" w:bidi="ru-RU"/>
        </w:rPr>
        <w:t xml:space="preserve"> </w:t>
      </w:r>
      <w:r w:rsidRPr="00743864">
        <w:rPr>
          <w:rFonts w:ascii="Times New Roman" w:eastAsia="Times New Roman" w:hAnsi="Times New Roman"/>
          <w:b/>
          <w:sz w:val="24"/>
          <w:szCs w:val="24"/>
          <w:u w:val="single"/>
          <w:lang w:val="ru-RU" w:eastAsia="ru-RU" w:bidi="ru-RU"/>
        </w:rPr>
        <w:t>)</w:t>
      </w:r>
      <w:proofErr w:type="gramEnd"/>
    </w:p>
    <w:p w:rsidR="00743864" w:rsidRPr="00137A03" w:rsidRDefault="00743864" w:rsidP="00743864">
      <w:pPr>
        <w:widowControl w:val="0"/>
        <w:shd w:val="clear" w:color="auto" w:fill="FFFFFF"/>
        <w:spacing w:after="0" w:line="360" w:lineRule="auto"/>
        <w:rPr>
          <w:rFonts w:ascii="Times New Roman" w:eastAsia="Times New Roman" w:hAnsi="Times New Roman"/>
          <w:b/>
          <w:i/>
          <w:sz w:val="24"/>
          <w:szCs w:val="24"/>
          <w:lang w:eastAsia="ru-RU" w:bidi="ru-RU"/>
        </w:rPr>
      </w:pPr>
      <w:r w:rsidRPr="00743864">
        <w:rPr>
          <w:rFonts w:ascii="Times New Roman" w:eastAsia="Times New Roman" w:hAnsi="Times New Roman"/>
          <w:b/>
          <w:sz w:val="24"/>
          <w:szCs w:val="24"/>
          <w:lang w:val="ru-RU" w:eastAsia="ru-RU" w:bidi="ru-RU"/>
        </w:rPr>
        <w:t xml:space="preserve"> </w:t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  <w:t>_______.</w:t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  <w:t>________.20</w:t>
      </w:r>
      <w:r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t>2</w:t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t xml:space="preserve">___г. </w:t>
      </w:r>
    </w:p>
    <w:p w:rsidR="00743864" w:rsidRDefault="00743864" w:rsidP="00743864">
      <w:pPr>
        <w:snapToGrid w:val="0"/>
        <w:jc w:val="both"/>
        <w:rPr>
          <w:rFonts w:ascii="Times New Roman" w:hAnsi="Times New Roman"/>
          <w:sz w:val="24"/>
          <w:szCs w:val="24"/>
        </w:rPr>
      </w:pPr>
    </w:p>
    <w:p w:rsidR="00743864" w:rsidRPr="00DA0F6A" w:rsidRDefault="00743864" w:rsidP="00743864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D3245" w:rsidRDefault="008D3245"/>
    <w:sectPr w:rsidR="008D3245" w:rsidSect="00EA25A3">
      <w:pgSz w:w="11907" w:h="16839" w:code="9"/>
      <w:pgMar w:top="1440" w:right="567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3A9F" w:rsidRDefault="00043A9F" w:rsidP="00043A9F">
      <w:pPr>
        <w:spacing w:after="0" w:line="240" w:lineRule="auto"/>
      </w:pPr>
      <w:r>
        <w:separator/>
      </w:r>
    </w:p>
  </w:endnote>
  <w:endnote w:type="continuationSeparator" w:id="1">
    <w:p w:rsidR="00043A9F" w:rsidRDefault="00043A9F" w:rsidP="00043A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CPEK+TimesNewRomanPSMT">
    <w:altName w:val="Sylfaen"/>
    <w:charset w:val="01"/>
    <w:family w:val="auto"/>
    <w:pitch w:val="variable"/>
    <w:sig w:usb0="E0002EFF" w:usb1="C000785B" w:usb2="00000009" w:usb3="00000000" w:csb0="400001FF" w:csb1="FFFF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8927475"/>
      <w:docPartObj>
        <w:docPartGallery w:val="Page Numbers (Bottom of Page)"/>
        <w:docPartUnique/>
      </w:docPartObj>
    </w:sdtPr>
    <w:sdtContent>
      <w:p w:rsidR="00043A9F" w:rsidRDefault="00D31AF3">
        <w:pPr>
          <w:pStyle w:val="af2"/>
          <w:jc w:val="right"/>
        </w:pPr>
        <w:r>
          <w:fldChar w:fldCharType="begin"/>
        </w:r>
        <w:r w:rsidR="00043A9F">
          <w:instrText>PAGE   \* MERGEFORMAT</w:instrText>
        </w:r>
        <w:r>
          <w:fldChar w:fldCharType="separate"/>
        </w:r>
        <w:r w:rsidR="00A54441" w:rsidRPr="00A54441">
          <w:rPr>
            <w:noProof/>
            <w:lang w:val="ru-RU"/>
          </w:rPr>
          <w:t>131</w:t>
        </w:r>
        <w:r>
          <w:fldChar w:fldCharType="end"/>
        </w:r>
      </w:p>
    </w:sdtContent>
  </w:sdt>
  <w:p w:rsidR="00043A9F" w:rsidRDefault="00043A9F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3A9F" w:rsidRDefault="00043A9F" w:rsidP="00043A9F">
      <w:pPr>
        <w:spacing w:after="0" w:line="240" w:lineRule="auto"/>
      </w:pPr>
      <w:r>
        <w:separator/>
      </w:r>
    </w:p>
  </w:footnote>
  <w:footnote w:type="continuationSeparator" w:id="1">
    <w:p w:rsidR="00043A9F" w:rsidRDefault="00043A9F" w:rsidP="00043A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8D21787"/>
    <w:multiLevelType w:val="hybridMultilevel"/>
    <w:tmpl w:val="144E5DEC"/>
    <w:lvl w:ilvl="0" w:tplc="63D44734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7">
    <w:nsid w:val="14215E57"/>
    <w:multiLevelType w:val="multilevel"/>
    <w:tmpl w:val="E9B456E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75E2A56"/>
    <w:multiLevelType w:val="multilevel"/>
    <w:tmpl w:val="AC3CF8E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15F63B1"/>
    <w:multiLevelType w:val="hybridMultilevel"/>
    <w:tmpl w:val="8B34E4B2"/>
    <w:lvl w:ilvl="0" w:tplc="1282681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73670E"/>
    <w:multiLevelType w:val="multilevel"/>
    <w:tmpl w:val="A45AC28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31A28BF"/>
    <w:multiLevelType w:val="hybridMultilevel"/>
    <w:tmpl w:val="0ACEFB66"/>
    <w:lvl w:ilvl="0" w:tplc="1282681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FF4A4E"/>
    <w:multiLevelType w:val="multilevel"/>
    <w:tmpl w:val="AF56184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8B947EB"/>
    <w:multiLevelType w:val="hybridMultilevel"/>
    <w:tmpl w:val="78CE1BE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7C2133"/>
    <w:multiLevelType w:val="hybridMultilevel"/>
    <w:tmpl w:val="64F476FE"/>
    <w:lvl w:ilvl="0" w:tplc="B6E61AC6">
      <w:start w:val="1"/>
      <w:numFmt w:val="decimal"/>
      <w:pStyle w:val="a1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FEC7D1B"/>
    <w:multiLevelType w:val="hybridMultilevel"/>
    <w:tmpl w:val="16729C82"/>
    <w:lvl w:ilvl="0" w:tplc="1282681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017631"/>
    <w:multiLevelType w:val="multilevel"/>
    <w:tmpl w:val="0F6C255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861690D"/>
    <w:multiLevelType w:val="multilevel"/>
    <w:tmpl w:val="E320C81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B5362D8"/>
    <w:multiLevelType w:val="multilevel"/>
    <w:tmpl w:val="7144C94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EB408A8"/>
    <w:multiLevelType w:val="hybridMultilevel"/>
    <w:tmpl w:val="996C3D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9E069D"/>
    <w:multiLevelType w:val="hybridMultilevel"/>
    <w:tmpl w:val="5816CB7A"/>
    <w:lvl w:ilvl="0" w:tplc="1DF0C732">
      <w:start w:val="1"/>
      <w:numFmt w:val="decimal"/>
      <w:lvlText w:val="%1."/>
      <w:lvlJc w:val="left"/>
      <w:pPr>
        <w:ind w:left="644" w:hanging="360"/>
      </w:pPr>
      <w:rPr>
        <w:rFonts w:eastAsiaTheme="minorEastAsia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5DB1198C"/>
    <w:multiLevelType w:val="hybridMultilevel"/>
    <w:tmpl w:val="9FBA1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EC5D7F"/>
    <w:multiLevelType w:val="hybridMultilevel"/>
    <w:tmpl w:val="12B2A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45225D"/>
    <w:multiLevelType w:val="hybridMultilevel"/>
    <w:tmpl w:val="04A8218E"/>
    <w:lvl w:ilvl="0" w:tplc="148699D8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17"/>
  </w:num>
  <w:num w:numId="4">
    <w:abstractNumId w:val="8"/>
  </w:num>
  <w:num w:numId="5">
    <w:abstractNumId w:val="10"/>
  </w:num>
  <w:num w:numId="6">
    <w:abstractNumId w:val="18"/>
  </w:num>
  <w:num w:numId="7">
    <w:abstractNumId w:val="7"/>
  </w:num>
  <w:num w:numId="8">
    <w:abstractNumId w:val="5"/>
  </w:num>
  <w:num w:numId="9">
    <w:abstractNumId w:val="3"/>
  </w:num>
  <w:num w:numId="10">
    <w:abstractNumId w:val="2"/>
  </w:num>
  <w:num w:numId="11">
    <w:abstractNumId w:val="4"/>
  </w:num>
  <w:num w:numId="12">
    <w:abstractNumId w:val="1"/>
  </w:num>
  <w:num w:numId="13">
    <w:abstractNumId w:val="0"/>
  </w:num>
  <w:num w:numId="14">
    <w:abstractNumId w:val="14"/>
    <w:lvlOverride w:ilvl="0">
      <w:startOverride w:val="1"/>
    </w:lvlOverride>
  </w:num>
  <w:num w:numId="15">
    <w:abstractNumId w:val="13"/>
  </w:num>
  <w:num w:numId="16">
    <w:abstractNumId w:val="22"/>
  </w:num>
  <w:num w:numId="17">
    <w:abstractNumId w:val="21"/>
  </w:num>
  <w:num w:numId="18">
    <w:abstractNumId w:val="19"/>
  </w:num>
  <w:num w:numId="19">
    <w:abstractNumId w:val="11"/>
  </w:num>
  <w:num w:numId="20">
    <w:abstractNumId w:val="15"/>
  </w:num>
  <w:num w:numId="21">
    <w:abstractNumId w:val="9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6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proofState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6E29"/>
    <w:rsid w:val="00012481"/>
    <w:rsid w:val="000404CD"/>
    <w:rsid w:val="00043A9F"/>
    <w:rsid w:val="0004799C"/>
    <w:rsid w:val="00075146"/>
    <w:rsid w:val="000E343C"/>
    <w:rsid w:val="000E3645"/>
    <w:rsid w:val="000F654B"/>
    <w:rsid w:val="0012640B"/>
    <w:rsid w:val="00141CB1"/>
    <w:rsid w:val="00183043"/>
    <w:rsid w:val="001C044B"/>
    <w:rsid w:val="002448DF"/>
    <w:rsid w:val="002521E2"/>
    <w:rsid w:val="00290283"/>
    <w:rsid w:val="002B08BA"/>
    <w:rsid w:val="002C6A5B"/>
    <w:rsid w:val="002E2D7F"/>
    <w:rsid w:val="002E6396"/>
    <w:rsid w:val="002F5BFE"/>
    <w:rsid w:val="00303BE7"/>
    <w:rsid w:val="00315270"/>
    <w:rsid w:val="00315E1B"/>
    <w:rsid w:val="00371B63"/>
    <w:rsid w:val="00372B99"/>
    <w:rsid w:val="003762B2"/>
    <w:rsid w:val="003D3C2E"/>
    <w:rsid w:val="003F52ED"/>
    <w:rsid w:val="00421346"/>
    <w:rsid w:val="004361A6"/>
    <w:rsid w:val="0044125F"/>
    <w:rsid w:val="00472655"/>
    <w:rsid w:val="00553ED7"/>
    <w:rsid w:val="0057559D"/>
    <w:rsid w:val="005805A9"/>
    <w:rsid w:val="005A638B"/>
    <w:rsid w:val="005D4F35"/>
    <w:rsid w:val="005E2A00"/>
    <w:rsid w:val="005F725E"/>
    <w:rsid w:val="00607791"/>
    <w:rsid w:val="00625A54"/>
    <w:rsid w:val="006866A3"/>
    <w:rsid w:val="006A1104"/>
    <w:rsid w:val="006B1E59"/>
    <w:rsid w:val="006B3527"/>
    <w:rsid w:val="00720BB7"/>
    <w:rsid w:val="00737A69"/>
    <w:rsid w:val="00743864"/>
    <w:rsid w:val="00764CCB"/>
    <w:rsid w:val="00780344"/>
    <w:rsid w:val="00781732"/>
    <w:rsid w:val="00784501"/>
    <w:rsid w:val="0078507B"/>
    <w:rsid w:val="00786E29"/>
    <w:rsid w:val="007A0854"/>
    <w:rsid w:val="00805DF9"/>
    <w:rsid w:val="00813817"/>
    <w:rsid w:val="00820C01"/>
    <w:rsid w:val="008A0CC6"/>
    <w:rsid w:val="008A3D75"/>
    <w:rsid w:val="008D3245"/>
    <w:rsid w:val="00915349"/>
    <w:rsid w:val="00957AAD"/>
    <w:rsid w:val="00973FE1"/>
    <w:rsid w:val="00992DDF"/>
    <w:rsid w:val="009A04E3"/>
    <w:rsid w:val="009C2BEE"/>
    <w:rsid w:val="00A54441"/>
    <w:rsid w:val="00A96544"/>
    <w:rsid w:val="00AC131C"/>
    <w:rsid w:val="00AD6D1E"/>
    <w:rsid w:val="00B12CC6"/>
    <w:rsid w:val="00B20DCB"/>
    <w:rsid w:val="00B503DE"/>
    <w:rsid w:val="00B616F7"/>
    <w:rsid w:val="00B6641C"/>
    <w:rsid w:val="00B826E7"/>
    <w:rsid w:val="00BA5338"/>
    <w:rsid w:val="00BD1571"/>
    <w:rsid w:val="00BE1280"/>
    <w:rsid w:val="00BF6014"/>
    <w:rsid w:val="00BF7011"/>
    <w:rsid w:val="00C433B0"/>
    <w:rsid w:val="00C65945"/>
    <w:rsid w:val="00CE073D"/>
    <w:rsid w:val="00CE5FA7"/>
    <w:rsid w:val="00D1785A"/>
    <w:rsid w:val="00D31AF3"/>
    <w:rsid w:val="00D61B41"/>
    <w:rsid w:val="00D86A28"/>
    <w:rsid w:val="00DA7C83"/>
    <w:rsid w:val="00DC3F2C"/>
    <w:rsid w:val="00DC678B"/>
    <w:rsid w:val="00E14A76"/>
    <w:rsid w:val="00E93BAC"/>
    <w:rsid w:val="00EA25A3"/>
    <w:rsid w:val="00EA45DD"/>
    <w:rsid w:val="00EF175E"/>
    <w:rsid w:val="00F236E4"/>
    <w:rsid w:val="00F34353"/>
    <w:rsid w:val="00F410CB"/>
    <w:rsid w:val="00FC78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uiPriority="22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TOC Heading" w:uiPriority="39" w:qFormat="1"/>
  </w:latentStyles>
  <w:style w:type="paragraph" w:default="1" w:styleId="a2">
    <w:name w:val="Normal"/>
    <w:qFormat/>
    <w:rsid w:val="004A3277"/>
  </w:style>
  <w:style w:type="paragraph" w:styleId="1">
    <w:name w:val="heading 1"/>
    <w:basedOn w:val="a2"/>
    <w:next w:val="a2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1">
    <w:name w:val="heading 2"/>
    <w:basedOn w:val="a2"/>
    <w:next w:val="a2"/>
    <w:link w:val="22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1">
    <w:name w:val="heading 3"/>
    <w:aliases w:val="Обычный 2"/>
    <w:basedOn w:val="a2"/>
    <w:next w:val="a2"/>
    <w:link w:val="32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2"/>
    <w:next w:val="a2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2"/>
    <w:next w:val="a2"/>
    <w:link w:val="50"/>
    <w:uiPriority w:val="9"/>
    <w:unhideWhenUsed/>
    <w:qFormat/>
    <w:rsid w:val="00E14A7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2"/>
    <w:next w:val="a2"/>
    <w:link w:val="60"/>
    <w:uiPriority w:val="9"/>
    <w:unhideWhenUsed/>
    <w:qFormat/>
    <w:rsid w:val="00E14A7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E14A7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E14A7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E14A7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841CD9"/>
  </w:style>
  <w:style w:type="character" w:customStyle="1" w:styleId="10">
    <w:name w:val="Заголовок 1 Знак"/>
    <w:basedOn w:val="a3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2">
    <w:name w:val="Заголовок 2 Знак"/>
    <w:basedOn w:val="a3"/>
    <w:link w:val="21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2">
    <w:name w:val="Заголовок 3 Знак"/>
    <w:aliases w:val="Обычный 2 Знак"/>
    <w:basedOn w:val="a3"/>
    <w:link w:val="31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3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8">
    <w:name w:val="Normal Indent"/>
    <w:basedOn w:val="a2"/>
    <w:uiPriority w:val="99"/>
    <w:unhideWhenUsed/>
    <w:rsid w:val="00841CD9"/>
    <w:pPr>
      <w:ind w:left="720"/>
    </w:pPr>
  </w:style>
  <w:style w:type="paragraph" w:styleId="a9">
    <w:name w:val="Subtitle"/>
    <w:basedOn w:val="a2"/>
    <w:next w:val="a2"/>
    <w:link w:val="aa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a">
    <w:name w:val="Подзаголовок Знак"/>
    <w:basedOn w:val="a3"/>
    <w:link w:val="a9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b">
    <w:name w:val="Title"/>
    <w:basedOn w:val="a2"/>
    <w:next w:val="a2"/>
    <w:link w:val="ac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3"/>
    <w:link w:val="ab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d">
    <w:name w:val="Emphasis"/>
    <w:basedOn w:val="a3"/>
    <w:uiPriority w:val="20"/>
    <w:qFormat/>
    <w:rsid w:val="00D1197D"/>
    <w:rPr>
      <w:i/>
      <w:iCs/>
    </w:rPr>
  </w:style>
  <w:style w:type="character" w:styleId="ae">
    <w:name w:val="Hyperlink"/>
    <w:basedOn w:val="a3"/>
    <w:uiPriority w:val="99"/>
    <w:unhideWhenUsed/>
    <w:rsid w:val="00D31AF3"/>
    <w:rPr>
      <w:color w:val="0563C1" w:themeColor="hyperlink"/>
      <w:u w:val="single"/>
    </w:rPr>
  </w:style>
  <w:style w:type="table" w:styleId="af">
    <w:name w:val="Table Grid"/>
    <w:basedOn w:val="a4"/>
    <w:uiPriority w:val="59"/>
    <w:rsid w:val="00D31A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caption"/>
    <w:basedOn w:val="a2"/>
    <w:next w:val="a2"/>
    <w:uiPriority w:val="35"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f1">
    <w:name w:val="Normal (Web)"/>
    <w:basedOn w:val="a2"/>
    <w:uiPriority w:val="99"/>
    <w:unhideWhenUsed/>
    <w:rsid w:val="00DC678B"/>
    <w:rPr>
      <w:rFonts w:ascii="Times New Roman" w:eastAsia="Calibri" w:hAnsi="Times New Roman" w:cs="Times New Roman"/>
      <w:sz w:val="24"/>
      <w:szCs w:val="24"/>
      <w:lang w:val="ru-RU"/>
    </w:rPr>
  </w:style>
  <w:style w:type="character" w:customStyle="1" w:styleId="50">
    <w:name w:val="Заголовок 5 Знак"/>
    <w:basedOn w:val="a3"/>
    <w:link w:val="5"/>
    <w:uiPriority w:val="9"/>
    <w:rsid w:val="00E14A7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3"/>
    <w:link w:val="6"/>
    <w:uiPriority w:val="9"/>
    <w:rsid w:val="00E14A7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3"/>
    <w:link w:val="7"/>
    <w:uiPriority w:val="9"/>
    <w:semiHidden/>
    <w:rsid w:val="00E14A7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3"/>
    <w:link w:val="8"/>
    <w:uiPriority w:val="9"/>
    <w:semiHidden/>
    <w:rsid w:val="00E14A76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90">
    <w:name w:val="Заголовок 9 Знак"/>
    <w:basedOn w:val="a3"/>
    <w:link w:val="9"/>
    <w:uiPriority w:val="9"/>
    <w:semiHidden/>
    <w:rsid w:val="00E14A7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2">
    <w:name w:val="footer"/>
    <w:basedOn w:val="a2"/>
    <w:link w:val="af3"/>
    <w:uiPriority w:val="99"/>
    <w:unhideWhenUsed/>
    <w:rsid w:val="00E14A76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af3">
    <w:name w:val="Нижний колонтитул Знак"/>
    <w:basedOn w:val="a3"/>
    <w:link w:val="af2"/>
    <w:uiPriority w:val="99"/>
    <w:rsid w:val="00E14A76"/>
    <w:rPr>
      <w:rFonts w:eastAsiaTheme="minorEastAsia"/>
    </w:rPr>
  </w:style>
  <w:style w:type="paragraph" w:styleId="af4">
    <w:name w:val="No Spacing"/>
    <w:uiPriority w:val="1"/>
    <w:qFormat/>
    <w:rsid w:val="00E14A76"/>
    <w:pPr>
      <w:spacing w:after="0" w:line="240" w:lineRule="auto"/>
    </w:pPr>
    <w:rPr>
      <w:rFonts w:eastAsiaTheme="minorEastAsia"/>
    </w:rPr>
  </w:style>
  <w:style w:type="paragraph" w:styleId="af5">
    <w:name w:val="List Paragraph"/>
    <w:basedOn w:val="a2"/>
    <w:link w:val="af6"/>
    <w:uiPriority w:val="34"/>
    <w:qFormat/>
    <w:rsid w:val="00E14A76"/>
    <w:pPr>
      <w:ind w:left="720"/>
      <w:contextualSpacing/>
    </w:pPr>
    <w:rPr>
      <w:rFonts w:eastAsiaTheme="minorEastAsia"/>
    </w:rPr>
  </w:style>
  <w:style w:type="character" w:customStyle="1" w:styleId="af6">
    <w:name w:val="Абзац списка Знак"/>
    <w:link w:val="af5"/>
    <w:qFormat/>
    <w:locked/>
    <w:rsid w:val="00E14A76"/>
    <w:rPr>
      <w:rFonts w:eastAsiaTheme="minorEastAsia"/>
    </w:rPr>
  </w:style>
  <w:style w:type="paragraph" w:styleId="af7">
    <w:name w:val="Body Text"/>
    <w:basedOn w:val="a2"/>
    <w:link w:val="af8"/>
    <w:uiPriority w:val="99"/>
    <w:unhideWhenUsed/>
    <w:qFormat/>
    <w:rsid w:val="00E14A76"/>
    <w:pPr>
      <w:spacing w:after="120"/>
    </w:pPr>
    <w:rPr>
      <w:rFonts w:eastAsiaTheme="minorEastAsia"/>
    </w:rPr>
  </w:style>
  <w:style w:type="character" w:customStyle="1" w:styleId="af8">
    <w:name w:val="Основной текст Знак"/>
    <w:basedOn w:val="a3"/>
    <w:link w:val="af7"/>
    <w:uiPriority w:val="99"/>
    <w:rsid w:val="00E14A76"/>
    <w:rPr>
      <w:rFonts w:eastAsiaTheme="minorEastAsia"/>
    </w:rPr>
  </w:style>
  <w:style w:type="paragraph" w:styleId="23">
    <w:name w:val="Body Text 2"/>
    <w:basedOn w:val="a2"/>
    <w:link w:val="24"/>
    <w:uiPriority w:val="99"/>
    <w:unhideWhenUsed/>
    <w:rsid w:val="00E14A76"/>
    <w:pPr>
      <w:spacing w:after="120" w:line="480" w:lineRule="auto"/>
    </w:pPr>
    <w:rPr>
      <w:rFonts w:eastAsiaTheme="minorEastAsia"/>
    </w:rPr>
  </w:style>
  <w:style w:type="character" w:customStyle="1" w:styleId="24">
    <w:name w:val="Основной текст 2 Знак"/>
    <w:basedOn w:val="a3"/>
    <w:link w:val="23"/>
    <w:uiPriority w:val="99"/>
    <w:rsid w:val="00E14A76"/>
    <w:rPr>
      <w:rFonts w:eastAsiaTheme="minorEastAsia"/>
    </w:rPr>
  </w:style>
  <w:style w:type="paragraph" w:styleId="33">
    <w:name w:val="Body Text 3"/>
    <w:basedOn w:val="a2"/>
    <w:link w:val="34"/>
    <w:uiPriority w:val="99"/>
    <w:unhideWhenUsed/>
    <w:rsid w:val="00E14A76"/>
    <w:pPr>
      <w:spacing w:after="120"/>
    </w:pPr>
    <w:rPr>
      <w:rFonts w:eastAsiaTheme="minorEastAsia"/>
      <w:sz w:val="16"/>
      <w:szCs w:val="16"/>
    </w:rPr>
  </w:style>
  <w:style w:type="character" w:customStyle="1" w:styleId="34">
    <w:name w:val="Основной текст 3 Знак"/>
    <w:basedOn w:val="a3"/>
    <w:link w:val="33"/>
    <w:uiPriority w:val="99"/>
    <w:rsid w:val="00E14A76"/>
    <w:rPr>
      <w:rFonts w:eastAsiaTheme="minorEastAsia"/>
      <w:sz w:val="16"/>
      <w:szCs w:val="16"/>
    </w:rPr>
  </w:style>
  <w:style w:type="paragraph" w:styleId="af9">
    <w:name w:val="List"/>
    <w:basedOn w:val="a2"/>
    <w:uiPriority w:val="99"/>
    <w:unhideWhenUsed/>
    <w:rsid w:val="00E14A76"/>
    <w:pPr>
      <w:ind w:left="360" w:hanging="360"/>
      <w:contextualSpacing/>
    </w:pPr>
    <w:rPr>
      <w:rFonts w:eastAsiaTheme="minorEastAsia"/>
    </w:rPr>
  </w:style>
  <w:style w:type="paragraph" w:styleId="25">
    <w:name w:val="List 2"/>
    <w:basedOn w:val="a2"/>
    <w:uiPriority w:val="99"/>
    <w:unhideWhenUsed/>
    <w:rsid w:val="00E14A76"/>
    <w:pPr>
      <w:ind w:left="720" w:hanging="360"/>
      <w:contextualSpacing/>
    </w:pPr>
    <w:rPr>
      <w:rFonts w:eastAsiaTheme="minorEastAsia"/>
    </w:rPr>
  </w:style>
  <w:style w:type="paragraph" w:styleId="35">
    <w:name w:val="List 3"/>
    <w:basedOn w:val="a2"/>
    <w:uiPriority w:val="99"/>
    <w:unhideWhenUsed/>
    <w:rsid w:val="00E14A76"/>
    <w:pPr>
      <w:ind w:left="1080" w:hanging="360"/>
      <w:contextualSpacing/>
    </w:pPr>
    <w:rPr>
      <w:rFonts w:eastAsiaTheme="minorEastAsia"/>
    </w:rPr>
  </w:style>
  <w:style w:type="paragraph" w:styleId="a0">
    <w:name w:val="List Bullet"/>
    <w:basedOn w:val="a2"/>
    <w:uiPriority w:val="99"/>
    <w:unhideWhenUsed/>
    <w:rsid w:val="00E14A76"/>
    <w:pPr>
      <w:numPr>
        <w:numId w:val="8"/>
      </w:numPr>
      <w:contextualSpacing/>
    </w:pPr>
    <w:rPr>
      <w:rFonts w:eastAsiaTheme="minorEastAsia"/>
    </w:rPr>
  </w:style>
  <w:style w:type="paragraph" w:styleId="20">
    <w:name w:val="List Bullet 2"/>
    <w:basedOn w:val="a2"/>
    <w:uiPriority w:val="99"/>
    <w:unhideWhenUsed/>
    <w:rsid w:val="00E14A76"/>
    <w:pPr>
      <w:numPr>
        <w:numId w:val="9"/>
      </w:numPr>
      <w:contextualSpacing/>
    </w:pPr>
    <w:rPr>
      <w:rFonts w:eastAsiaTheme="minorEastAsia"/>
    </w:rPr>
  </w:style>
  <w:style w:type="paragraph" w:styleId="30">
    <w:name w:val="List Bullet 3"/>
    <w:basedOn w:val="a2"/>
    <w:uiPriority w:val="99"/>
    <w:unhideWhenUsed/>
    <w:rsid w:val="00E14A76"/>
    <w:pPr>
      <w:numPr>
        <w:numId w:val="10"/>
      </w:numPr>
      <w:contextualSpacing/>
    </w:pPr>
    <w:rPr>
      <w:rFonts w:eastAsiaTheme="minorEastAsia"/>
    </w:rPr>
  </w:style>
  <w:style w:type="paragraph" w:styleId="a">
    <w:name w:val="List Number"/>
    <w:basedOn w:val="a2"/>
    <w:uiPriority w:val="99"/>
    <w:unhideWhenUsed/>
    <w:rsid w:val="00E14A76"/>
    <w:pPr>
      <w:numPr>
        <w:numId w:val="11"/>
      </w:numPr>
      <w:contextualSpacing/>
    </w:pPr>
    <w:rPr>
      <w:rFonts w:eastAsiaTheme="minorEastAsia"/>
    </w:rPr>
  </w:style>
  <w:style w:type="paragraph" w:styleId="2">
    <w:name w:val="List Number 2"/>
    <w:basedOn w:val="a2"/>
    <w:uiPriority w:val="99"/>
    <w:unhideWhenUsed/>
    <w:rsid w:val="00E14A76"/>
    <w:pPr>
      <w:numPr>
        <w:numId w:val="12"/>
      </w:numPr>
      <w:contextualSpacing/>
    </w:pPr>
    <w:rPr>
      <w:rFonts w:eastAsiaTheme="minorEastAsia"/>
    </w:rPr>
  </w:style>
  <w:style w:type="paragraph" w:styleId="3">
    <w:name w:val="List Number 3"/>
    <w:basedOn w:val="a2"/>
    <w:uiPriority w:val="99"/>
    <w:unhideWhenUsed/>
    <w:rsid w:val="00E14A76"/>
    <w:pPr>
      <w:numPr>
        <w:numId w:val="13"/>
      </w:numPr>
      <w:contextualSpacing/>
    </w:pPr>
    <w:rPr>
      <w:rFonts w:eastAsiaTheme="minorEastAsia"/>
    </w:rPr>
  </w:style>
  <w:style w:type="paragraph" w:styleId="afa">
    <w:name w:val="List Continue"/>
    <w:basedOn w:val="a2"/>
    <w:uiPriority w:val="99"/>
    <w:unhideWhenUsed/>
    <w:rsid w:val="00E14A76"/>
    <w:pPr>
      <w:spacing w:after="120"/>
      <w:ind w:left="360"/>
      <w:contextualSpacing/>
    </w:pPr>
    <w:rPr>
      <w:rFonts w:eastAsiaTheme="minorEastAsia"/>
    </w:rPr>
  </w:style>
  <w:style w:type="paragraph" w:styleId="26">
    <w:name w:val="List Continue 2"/>
    <w:basedOn w:val="a2"/>
    <w:uiPriority w:val="99"/>
    <w:unhideWhenUsed/>
    <w:rsid w:val="00E14A76"/>
    <w:pPr>
      <w:spacing w:after="120"/>
      <w:ind w:left="720"/>
      <w:contextualSpacing/>
    </w:pPr>
    <w:rPr>
      <w:rFonts w:eastAsiaTheme="minorEastAsia"/>
    </w:rPr>
  </w:style>
  <w:style w:type="paragraph" w:styleId="36">
    <w:name w:val="List Continue 3"/>
    <w:basedOn w:val="a2"/>
    <w:uiPriority w:val="99"/>
    <w:unhideWhenUsed/>
    <w:rsid w:val="00E14A76"/>
    <w:pPr>
      <w:spacing w:after="120"/>
      <w:ind w:left="1080"/>
      <w:contextualSpacing/>
    </w:pPr>
    <w:rPr>
      <w:rFonts w:eastAsiaTheme="minorEastAsia"/>
    </w:rPr>
  </w:style>
  <w:style w:type="paragraph" w:styleId="afb">
    <w:name w:val="macro"/>
    <w:link w:val="afc"/>
    <w:uiPriority w:val="99"/>
    <w:unhideWhenUsed/>
    <w:rsid w:val="00E14A76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eastAsiaTheme="minorEastAsia" w:hAnsi="Courier"/>
      <w:sz w:val="20"/>
      <w:szCs w:val="20"/>
    </w:rPr>
  </w:style>
  <w:style w:type="character" w:customStyle="1" w:styleId="afc">
    <w:name w:val="Текст макроса Знак"/>
    <w:basedOn w:val="a3"/>
    <w:link w:val="afb"/>
    <w:uiPriority w:val="99"/>
    <w:rsid w:val="00E14A76"/>
    <w:rPr>
      <w:rFonts w:ascii="Courier" w:eastAsiaTheme="minorEastAsia" w:hAnsi="Courier"/>
      <w:sz w:val="20"/>
      <w:szCs w:val="20"/>
    </w:rPr>
  </w:style>
  <w:style w:type="paragraph" w:styleId="27">
    <w:name w:val="Quote"/>
    <w:basedOn w:val="a2"/>
    <w:next w:val="a2"/>
    <w:link w:val="28"/>
    <w:uiPriority w:val="29"/>
    <w:qFormat/>
    <w:rsid w:val="00E14A76"/>
    <w:rPr>
      <w:rFonts w:eastAsiaTheme="minorEastAsia"/>
      <w:i/>
      <w:iCs/>
      <w:color w:val="000000" w:themeColor="text1"/>
    </w:rPr>
  </w:style>
  <w:style w:type="character" w:customStyle="1" w:styleId="28">
    <w:name w:val="Цитата 2 Знак"/>
    <w:basedOn w:val="a3"/>
    <w:link w:val="27"/>
    <w:uiPriority w:val="29"/>
    <w:rsid w:val="00E14A76"/>
    <w:rPr>
      <w:rFonts w:eastAsiaTheme="minorEastAsia"/>
      <w:i/>
      <w:iCs/>
      <w:color w:val="000000" w:themeColor="text1"/>
    </w:rPr>
  </w:style>
  <w:style w:type="character" w:styleId="afd">
    <w:name w:val="Strong"/>
    <w:basedOn w:val="a3"/>
    <w:uiPriority w:val="22"/>
    <w:qFormat/>
    <w:rsid w:val="00E14A76"/>
    <w:rPr>
      <w:b/>
      <w:bCs/>
    </w:rPr>
  </w:style>
  <w:style w:type="paragraph" w:styleId="afe">
    <w:name w:val="Intense Quote"/>
    <w:basedOn w:val="a2"/>
    <w:next w:val="a2"/>
    <w:link w:val="aff"/>
    <w:uiPriority w:val="30"/>
    <w:qFormat/>
    <w:rsid w:val="00E14A76"/>
    <w:pPr>
      <w:pBdr>
        <w:bottom w:val="single" w:sz="4" w:space="4" w:color="4472C4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472C4" w:themeColor="accent1"/>
    </w:rPr>
  </w:style>
  <w:style w:type="character" w:customStyle="1" w:styleId="aff">
    <w:name w:val="Выделенная цитата Знак"/>
    <w:basedOn w:val="a3"/>
    <w:link w:val="afe"/>
    <w:uiPriority w:val="30"/>
    <w:rsid w:val="00E14A76"/>
    <w:rPr>
      <w:rFonts w:eastAsiaTheme="minorEastAsia"/>
      <w:b/>
      <w:bCs/>
      <w:i/>
      <w:iCs/>
      <w:color w:val="4472C4" w:themeColor="accent1"/>
    </w:rPr>
  </w:style>
  <w:style w:type="character" w:styleId="aff0">
    <w:name w:val="Subtle Emphasis"/>
    <w:basedOn w:val="a3"/>
    <w:uiPriority w:val="19"/>
    <w:qFormat/>
    <w:rsid w:val="00E14A76"/>
    <w:rPr>
      <w:i/>
      <w:iCs/>
      <w:color w:val="808080" w:themeColor="text1" w:themeTint="7F"/>
    </w:rPr>
  </w:style>
  <w:style w:type="character" w:styleId="aff1">
    <w:name w:val="Intense Emphasis"/>
    <w:basedOn w:val="a3"/>
    <w:uiPriority w:val="21"/>
    <w:qFormat/>
    <w:rsid w:val="00E14A76"/>
    <w:rPr>
      <w:b/>
      <w:bCs/>
      <w:i/>
      <w:iCs/>
      <w:color w:val="4472C4" w:themeColor="accent1"/>
    </w:rPr>
  </w:style>
  <w:style w:type="character" w:styleId="aff2">
    <w:name w:val="Subtle Reference"/>
    <w:basedOn w:val="a3"/>
    <w:uiPriority w:val="31"/>
    <w:qFormat/>
    <w:rsid w:val="00E14A76"/>
    <w:rPr>
      <w:smallCaps/>
      <w:color w:val="ED7D31" w:themeColor="accent2"/>
      <w:u w:val="single"/>
    </w:rPr>
  </w:style>
  <w:style w:type="character" w:styleId="aff3">
    <w:name w:val="Intense Reference"/>
    <w:basedOn w:val="a3"/>
    <w:uiPriority w:val="32"/>
    <w:qFormat/>
    <w:rsid w:val="00E14A76"/>
    <w:rPr>
      <w:b/>
      <w:bCs/>
      <w:smallCaps/>
      <w:color w:val="ED7D31" w:themeColor="accent2"/>
      <w:spacing w:val="5"/>
      <w:u w:val="single"/>
    </w:rPr>
  </w:style>
  <w:style w:type="character" w:styleId="aff4">
    <w:name w:val="Book Title"/>
    <w:basedOn w:val="a3"/>
    <w:uiPriority w:val="33"/>
    <w:qFormat/>
    <w:rsid w:val="00E14A76"/>
    <w:rPr>
      <w:b/>
      <w:bCs/>
      <w:smallCaps/>
      <w:spacing w:val="5"/>
    </w:rPr>
  </w:style>
  <w:style w:type="paragraph" w:styleId="aff5">
    <w:name w:val="TOC Heading"/>
    <w:basedOn w:val="1"/>
    <w:next w:val="a2"/>
    <w:uiPriority w:val="39"/>
    <w:semiHidden/>
    <w:unhideWhenUsed/>
    <w:qFormat/>
    <w:rsid w:val="00E14A76"/>
    <w:pPr>
      <w:spacing w:after="0"/>
      <w:outlineLvl w:val="9"/>
    </w:pPr>
  </w:style>
  <w:style w:type="table" w:styleId="aff6">
    <w:name w:val="Light Shading"/>
    <w:basedOn w:val="a4"/>
    <w:uiPriority w:val="60"/>
    <w:rsid w:val="00E14A76"/>
    <w:pPr>
      <w:spacing w:after="0" w:line="240" w:lineRule="auto"/>
    </w:pPr>
    <w:rPr>
      <w:rFonts w:eastAsiaTheme="minorEastAsia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4"/>
    <w:uiPriority w:val="60"/>
    <w:rsid w:val="00E14A76"/>
    <w:pPr>
      <w:spacing w:after="0" w:line="240" w:lineRule="auto"/>
    </w:pPr>
    <w:rPr>
      <w:rFonts w:eastAsiaTheme="minorEastAsia"/>
      <w:color w:val="2F5496" w:themeColor="accent1" w:themeShade="BF"/>
    </w:rPr>
    <w:tblPr>
      <w:tblStyleRowBandSize w:val="1"/>
      <w:tblStyleColBandSize w:val="1"/>
      <w:tblInd w:w="0" w:type="dxa"/>
      <w:tblBorders>
        <w:top w:val="single" w:sz="8" w:space="0" w:color="4472C4" w:themeColor="accent1"/>
        <w:bottom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-2">
    <w:name w:val="Light Shading Accent 2"/>
    <w:basedOn w:val="a4"/>
    <w:uiPriority w:val="60"/>
    <w:rsid w:val="00E14A76"/>
    <w:pPr>
      <w:spacing w:after="0" w:line="240" w:lineRule="auto"/>
    </w:pPr>
    <w:rPr>
      <w:rFonts w:eastAsiaTheme="minorEastAsia"/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">
    <w:name w:val="Light Shading Accent 3"/>
    <w:basedOn w:val="a4"/>
    <w:uiPriority w:val="60"/>
    <w:rsid w:val="00E14A76"/>
    <w:pPr>
      <w:spacing w:after="0" w:line="240" w:lineRule="auto"/>
    </w:pPr>
    <w:rPr>
      <w:rFonts w:eastAsiaTheme="minorEastAsia"/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">
    <w:name w:val="Light Shading Accent 4"/>
    <w:basedOn w:val="a4"/>
    <w:uiPriority w:val="60"/>
    <w:rsid w:val="00E14A76"/>
    <w:pPr>
      <w:spacing w:after="0" w:line="240" w:lineRule="auto"/>
    </w:pPr>
    <w:rPr>
      <w:rFonts w:eastAsiaTheme="minorEastAsia"/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">
    <w:name w:val="Light Shading Accent 5"/>
    <w:basedOn w:val="a4"/>
    <w:uiPriority w:val="60"/>
    <w:rsid w:val="00E14A76"/>
    <w:pPr>
      <w:spacing w:after="0" w:line="240" w:lineRule="auto"/>
    </w:pPr>
    <w:rPr>
      <w:rFonts w:eastAsiaTheme="minorEastAsia"/>
      <w:color w:val="2E74B5" w:themeColor="accent5" w:themeShade="BF"/>
    </w:rPr>
    <w:tblPr>
      <w:tblStyleRowBandSize w:val="1"/>
      <w:tblStyleColBandSize w:val="1"/>
      <w:tblInd w:w="0" w:type="dxa"/>
      <w:tblBorders>
        <w:top w:val="single" w:sz="8" w:space="0" w:color="5B9BD5" w:themeColor="accent5"/>
        <w:bottom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-6">
    <w:name w:val="Light Shading Accent 6"/>
    <w:basedOn w:val="a4"/>
    <w:uiPriority w:val="60"/>
    <w:rsid w:val="00E14A76"/>
    <w:pPr>
      <w:spacing w:after="0" w:line="240" w:lineRule="auto"/>
    </w:pPr>
    <w:rPr>
      <w:rFonts w:eastAsiaTheme="minorEastAsia"/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aff7">
    <w:name w:val="Light List"/>
    <w:basedOn w:val="a4"/>
    <w:uiPriority w:val="61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4"/>
    <w:uiPriority w:val="61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-20">
    <w:name w:val="Light List Accent 2"/>
    <w:basedOn w:val="a4"/>
    <w:uiPriority w:val="61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0">
    <w:name w:val="Light List Accent 3"/>
    <w:basedOn w:val="a4"/>
    <w:uiPriority w:val="61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0">
    <w:name w:val="Light List Accent 4"/>
    <w:basedOn w:val="a4"/>
    <w:uiPriority w:val="61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0">
    <w:name w:val="Light List Accent 5"/>
    <w:basedOn w:val="a4"/>
    <w:uiPriority w:val="61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-60">
    <w:name w:val="Light List Accent 6"/>
    <w:basedOn w:val="a4"/>
    <w:uiPriority w:val="61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8">
    <w:name w:val="Light Grid"/>
    <w:basedOn w:val="a4"/>
    <w:uiPriority w:val="62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4"/>
    <w:uiPriority w:val="62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-21">
    <w:name w:val="Light Grid Accent 2"/>
    <w:basedOn w:val="a4"/>
    <w:uiPriority w:val="62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1">
    <w:name w:val="Light Grid Accent 3"/>
    <w:basedOn w:val="a4"/>
    <w:uiPriority w:val="62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1">
    <w:name w:val="Light Grid Accent 4"/>
    <w:basedOn w:val="a4"/>
    <w:uiPriority w:val="62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1">
    <w:name w:val="Light Grid Accent 5"/>
    <w:basedOn w:val="a4"/>
    <w:uiPriority w:val="62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-61">
    <w:name w:val="Light Grid Accent 6"/>
    <w:basedOn w:val="a4"/>
    <w:uiPriority w:val="62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11">
    <w:name w:val="Medium Shading 1"/>
    <w:basedOn w:val="a4"/>
    <w:uiPriority w:val="63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4"/>
    <w:uiPriority w:val="63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4"/>
    <w:uiPriority w:val="63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4"/>
    <w:uiPriority w:val="63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4"/>
    <w:uiPriority w:val="63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4"/>
    <w:uiPriority w:val="63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4"/>
    <w:uiPriority w:val="63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4"/>
    <w:uiPriority w:val="64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4"/>
    <w:uiPriority w:val="64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4"/>
    <w:uiPriority w:val="64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4"/>
    <w:uiPriority w:val="64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4"/>
    <w:uiPriority w:val="64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4"/>
    <w:uiPriority w:val="64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4"/>
    <w:uiPriority w:val="64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4"/>
    <w:uiPriority w:val="65"/>
    <w:rsid w:val="00E14A76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rsid w:val="00E14A76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1"/>
        <w:bottom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1-20">
    <w:name w:val="Medium List 1 Accent 2"/>
    <w:basedOn w:val="a4"/>
    <w:uiPriority w:val="65"/>
    <w:rsid w:val="00E14A76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0">
    <w:name w:val="Medium List 1 Accent 3"/>
    <w:basedOn w:val="a4"/>
    <w:uiPriority w:val="65"/>
    <w:rsid w:val="00E14A76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0">
    <w:name w:val="Medium List 1 Accent 4"/>
    <w:basedOn w:val="a4"/>
    <w:uiPriority w:val="65"/>
    <w:rsid w:val="00E14A76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0">
    <w:name w:val="Medium List 1 Accent 5"/>
    <w:basedOn w:val="a4"/>
    <w:uiPriority w:val="65"/>
    <w:rsid w:val="00E14A76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B9BD5" w:themeColor="accent5"/>
        <w:bottom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1-60">
    <w:name w:val="Medium List 1 Accent 6"/>
    <w:basedOn w:val="a4"/>
    <w:uiPriority w:val="65"/>
    <w:rsid w:val="00E14A76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a">
    <w:name w:val="Medium List 2"/>
    <w:basedOn w:val="a4"/>
    <w:uiPriority w:val="66"/>
    <w:rsid w:val="00E14A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rsid w:val="00E14A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rsid w:val="00E14A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rsid w:val="00E14A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rsid w:val="00E14A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rsid w:val="00E14A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rsid w:val="00E14A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4"/>
    <w:uiPriority w:val="67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1-21">
    <w:name w:val="Medium Grid 1 Accent 2"/>
    <w:basedOn w:val="a4"/>
    <w:uiPriority w:val="67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1">
    <w:name w:val="Medium Grid 1 Accent 3"/>
    <w:basedOn w:val="a4"/>
    <w:uiPriority w:val="67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1">
    <w:name w:val="Medium Grid 1 Accent 4"/>
    <w:basedOn w:val="a4"/>
    <w:uiPriority w:val="67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1">
    <w:name w:val="Medium Grid 1 Accent 5"/>
    <w:basedOn w:val="a4"/>
    <w:uiPriority w:val="67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1-61">
    <w:name w:val="Medium Grid 1 Accent 6"/>
    <w:basedOn w:val="a4"/>
    <w:uiPriority w:val="67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b">
    <w:name w:val="Medium Grid 2"/>
    <w:basedOn w:val="a4"/>
    <w:uiPriority w:val="68"/>
    <w:rsid w:val="00E14A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rsid w:val="00E14A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rsid w:val="00E14A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rsid w:val="00E14A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rsid w:val="00E14A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rsid w:val="00E14A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rsid w:val="00E14A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4"/>
    <w:uiPriority w:val="69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3-2">
    <w:name w:val="Medium Grid 3 Accent 2"/>
    <w:basedOn w:val="a4"/>
    <w:uiPriority w:val="69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">
    <w:name w:val="Medium Grid 3 Accent 3"/>
    <w:basedOn w:val="a4"/>
    <w:uiPriority w:val="69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">
    <w:name w:val="Medium Grid 3 Accent 4"/>
    <w:basedOn w:val="a4"/>
    <w:uiPriority w:val="69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">
    <w:name w:val="Medium Grid 3 Accent 5"/>
    <w:basedOn w:val="a4"/>
    <w:uiPriority w:val="69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3-6">
    <w:name w:val="Medium Grid 3 Accent 6"/>
    <w:basedOn w:val="a4"/>
    <w:uiPriority w:val="69"/>
    <w:rsid w:val="00E14A76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aff9">
    <w:name w:val="Dark List"/>
    <w:basedOn w:val="a4"/>
    <w:uiPriority w:val="70"/>
    <w:rsid w:val="00E14A76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rsid w:val="00E14A76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-22">
    <w:name w:val="Dark List Accent 2"/>
    <w:basedOn w:val="a4"/>
    <w:uiPriority w:val="70"/>
    <w:rsid w:val="00E14A76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2">
    <w:name w:val="Dark List Accent 3"/>
    <w:basedOn w:val="a4"/>
    <w:uiPriority w:val="70"/>
    <w:rsid w:val="00E14A76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2">
    <w:name w:val="Dark List Accent 4"/>
    <w:basedOn w:val="a4"/>
    <w:uiPriority w:val="70"/>
    <w:rsid w:val="00E14A76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2">
    <w:name w:val="Dark List Accent 5"/>
    <w:basedOn w:val="a4"/>
    <w:uiPriority w:val="70"/>
    <w:rsid w:val="00E14A76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-62">
    <w:name w:val="Dark List Accent 6"/>
    <w:basedOn w:val="a4"/>
    <w:uiPriority w:val="70"/>
    <w:rsid w:val="00E14A76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affa">
    <w:name w:val="Colorful Shading"/>
    <w:basedOn w:val="a4"/>
    <w:uiPriority w:val="71"/>
    <w:rsid w:val="00E14A76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4"/>
    <w:uiPriority w:val="71"/>
    <w:rsid w:val="00E14A76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4"/>
    <w:uiPriority w:val="71"/>
    <w:rsid w:val="00E14A76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4"/>
    <w:uiPriority w:val="71"/>
    <w:rsid w:val="00E14A76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3">
    <w:name w:val="Colorful Shading Accent 4"/>
    <w:basedOn w:val="a4"/>
    <w:uiPriority w:val="71"/>
    <w:rsid w:val="00E14A76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4"/>
    <w:uiPriority w:val="71"/>
    <w:rsid w:val="00E14A76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4"/>
    <w:uiPriority w:val="71"/>
    <w:rsid w:val="00E14A76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b">
    <w:name w:val="Colorful List"/>
    <w:basedOn w:val="a4"/>
    <w:uiPriority w:val="72"/>
    <w:rsid w:val="00E14A76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4"/>
    <w:uiPriority w:val="72"/>
    <w:rsid w:val="00E14A76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24">
    <w:name w:val="Colorful List Accent 2"/>
    <w:basedOn w:val="a4"/>
    <w:uiPriority w:val="72"/>
    <w:rsid w:val="00E14A76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4">
    <w:name w:val="Colorful List Accent 3"/>
    <w:basedOn w:val="a4"/>
    <w:uiPriority w:val="72"/>
    <w:rsid w:val="00E14A76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4">
    <w:name w:val="Colorful List Accent 4"/>
    <w:basedOn w:val="a4"/>
    <w:uiPriority w:val="72"/>
    <w:rsid w:val="00E14A76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4">
    <w:name w:val="Colorful List Accent 5"/>
    <w:basedOn w:val="a4"/>
    <w:uiPriority w:val="72"/>
    <w:rsid w:val="00E14A76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4">
    <w:name w:val="Colorful List Accent 6"/>
    <w:basedOn w:val="a4"/>
    <w:uiPriority w:val="72"/>
    <w:rsid w:val="00E14A76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ffc">
    <w:name w:val="Colorful Grid"/>
    <w:basedOn w:val="a4"/>
    <w:uiPriority w:val="73"/>
    <w:rsid w:val="00E14A76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4"/>
    <w:uiPriority w:val="73"/>
    <w:rsid w:val="00E14A76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-25">
    <w:name w:val="Colorful Grid Accent 2"/>
    <w:basedOn w:val="a4"/>
    <w:uiPriority w:val="73"/>
    <w:rsid w:val="00E14A76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5">
    <w:name w:val="Colorful Grid Accent 3"/>
    <w:basedOn w:val="a4"/>
    <w:uiPriority w:val="73"/>
    <w:rsid w:val="00E14A76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5">
    <w:name w:val="Colorful Grid Accent 4"/>
    <w:basedOn w:val="a4"/>
    <w:uiPriority w:val="73"/>
    <w:rsid w:val="00E14A76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5">
    <w:name w:val="Colorful Grid Accent 5"/>
    <w:basedOn w:val="a4"/>
    <w:uiPriority w:val="73"/>
    <w:rsid w:val="00E14A76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-65">
    <w:name w:val="Colorful Grid Accent 6"/>
    <w:basedOn w:val="a4"/>
    <w:uiPriority w:val="73"/>
    <w:rsid w:val="00E14A76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ffd">
    <w:name w:val="Balloon Text"/>
    <w:basedOn w:val="a2"/>
    <w:link w:val="affe"/>
    <w:uiPriority w:val="99"/>
    <w:semiHidden/>
    <w:unhideWhenUsed/>
    <w:rsid w:val="00E14A76"/>
    <w:pPr>
      <w:spacing w:after="0" w:line="240" w:lineRule="auto"/>
    </w:pPr>
    <w:rPr>
      <w:rFonts w:ascii="Tahoma" w:eastAsiaTheme="minorEastAsia" w:hAnsi="Tahoma" w:cs="Tahoma"/>
      <w:sz w:val="16"/>
      <w:szCs w:val="16"/>
    </w:rPr>
  </w:style>
  <w:style w:type="character" w:customStyle="1" w:styleId="affe">
    <w:name w:val="Текст выноски Знак"/>
    <w:basedOn w:val="a3"/>
    <w:link w:val="affd"/>
    <w:uiPriority w:val="99"/>
    <w:semiHidden/>
    <w:rsid w:val="00E14A76"/>
    <w:rPr>
      <w:rFonts w:ascii="Tahoma" w:eastAsiaTheme="minorEastAsia" w:hAnsi="Tahoma" w:cs="Tahoma"/>
      <w:sz w:val="16"/>
      <w:szCs w:val="16"/>
    </w:rPr>
  </w:style>
  <w:style w:type="character" w:customStyle="1" w:styleId="CharAttribute3">
    <w:name w:val="CharAttribute3"/>
    <w:rsid w:val="00E14A76"/>
    <w:rPr>
      <w:rFonts w:ascii="Times New Roman" w:eastAsia="Batang" w:hAnsi="Batang"/>
      <w:sz w:val="28"/>
    </w:rPr>
  </w:style>
  <w:style w:type="paragraph" w:customStyle="1" w:styleId="TableParagraph">
    <w:name w:val="Table Paragraph"/>
    <w:basedOn w:val="a2"/>
    <w:uiPriority w:val="1"/>
    <w:qFormat/>
    <w:rsid w:val="00E14A76"/>
    <w:pPr>
      <w:widowControl w:val="0"/>
      <w:autoSpaceDE w:val="0"/>
      <w:autoSpaceDN w:val="0"/>
      <w:spacing w:after="0" w:line="256" w:lineRule="exact"/>
    </w:pPr>
    <w:rPr>
      <w:rFonts w:ascii="Times New Roman" w:eastAsia="Times New Roman" w:hAnsi="Times New Roman" w:cs="Times New Roman"/>
      <w:lang w:val="ru-RU" w:eastAsia="ru-RU" w:bidi="ru-RU"/>
    </w:rPr>
  </w:style>
  <w:style w:type="character" w:styleId="afff">
    <w:name w:val="FollowedHyperlink"/>
    <w:basedOn w:val="a3"/>
    <w:uiPriority w:val="99"/>
    <w:semiHidden/>
    <w:unhideWhenUsed/>
    <w:rsid w:val="00E14A76"/>
    <w:rPr>
      <w:color w:val="800080"/>
      <w:u w:val="single"/>
    </w:rPr>
  </w:style>
  <w:style w:type="paragraph" w:customStyle="1" w:styleId="font5">
    <w:name w:val="font5"/>
    <w:basedOn w:val="a2"/>
    <w:rsid w:val="00E14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font6">
    <w:name w:val="font6"/>
    <w:basedOn w:val="a2"/>
    <w:rsid w:val="00E14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val="ru-RU" w:eastAsia="ru-RU"/>
    </w:rPr>
  </w:style>
  <w:style w:type="paragraph" w:customStyle="1" w:styleId="xl65">
    <w:name w:val="xl65"/>
    <w:basedOn w:val="a2"/>
    <w:rsid w:val="00E14A7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6">
    <w:name w:val="xl66"/>
    <w:basedOn w:val="a2"/>
    <w:rsid w:val="00E14A7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67">
    <w:name w:val="xl67"/>
    <w:basedOn w:val="a2"/>
    <w:rsid w:val="00E14A7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8">
    <w:name w:val="xl68"/>
    <w:basedOn w:val="a2"/>
    <w:rsid w:val="00E14A7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9">
    <w:name w:val="xl69"/>
    <w:basedOn w:val="a2"/>
    <w:rsid w:val="00E14A7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70">
    <w:name w:val="xl70"/>
    <w:basedOn w:val="a2"/>
    <w:rsid w:val="00E14A7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ru-RU" w:eastAsia="ru-RU"/>
    </w:rPr>
  </w:style>
  <w:style w:type="paragraph" w:customStyle="1" w:styleId="xl71">
    <w:name w:val="xl71"/>
    <w:basedOn w:val="a2"/>
    <w:rsid w:val="00E14A7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72">
    <w:name w:val="xl72"/>
    <w:basedOn w:val="a2"/>
    <w:rsid w:val="00E14A7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7E6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73">
    <w:name w:val="xl73"/>
    <w:basedOn w:val="a2"/>
    <w:rsid w:val="00E14A7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74">
    <w:name w:val="xl74"/>
    <w:basedOn w:val="a2"/>
    <w:rsid w:val="00E14A7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75">
    <w:name w:val="xl75"/>
    <w:basedOn w:val="a2"/>
    <w:rsid w:val="00E14A76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221F1F"/>
      <w:sz w:val="24"/>
      <w:szCs w:val="24"/>
      <w:lang w:val="ru-RU" w:eastAsia="ru-RU"/>
    </w:rPr>
  </w:style>
  <w:style w:type="paragraph" w:customStyle="1" w:styleId="xl76">
    <w:name w:val="xl76"/>
    <w:basedOn w:val="a2"/>
    <w:rsid w:val="00E14A76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221F1F"/>
      <w:sz w:val="24"/>
      <w:szCs w:val="24"/>
      <w:lang w:val="ru-RU" w:eastAsia="ru-RU"/>
    </w:rPr>
  </w:style>
  <w:style w:type="paragraph" w:customStyle="1" w:styleId="xl77">
    <w:name w:val="xl77"/>
    <w:basedOn w:val="a2"/>
    <w:rsid w:val="00E14A76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221F1F"/>
      <w:sz w:val="24"/>
      <w:szCs w:val="24"/>
      <w:lang w:val="ru-RU" w:eastAsia="ru-RU"/>
    </w:rPr>
  </w:style>
  <w:style w:type="paragraph" w:customStyle="1" w:styleId="xl78">
    <w:name w:val="xl78"/>
    <w:basedOn w:val="a2"/>
    <w:rsid w:val="00E14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1F1F"/>
      <w:sz w:val="24"/>
      <w:szCs w:val="24"/>
      <w:lang w:val="ru-RU" w:eastAsia="ru-RU"/>
    </w:rPr>
  </w:style>
  <w:style w:type="paragraph" w:customStyle="1" w:styleId="xl79">
    <w:name w:val="xl79"/>
    <w:basedOn w:val="a2"/>
    <w:rsid w:val="00E14A76"/>
    <w:pPr>
      <w:pBdr>
        <w:top w:val="single" w:sz="8" w:space="0" w:color="000000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221F1F"/>
      <w:sz w:val="24"/>
      <w:szCs w:val="24"/>
      <w:lang w:val="ru-RU" w:eastAsia="ru-RU"/>
    </w:rPr>
  </w:style>
  <w:style w:type="paragraph" w:customStyle="1" w:styleId="xl80">
    <w:name w:val="xl80"/>
    <w:basedOn w:val="a2"/>
    <w:rsid w:val="00E14A76"/>
    <w:pPr>
      <w:pBdr>
        <w:top w:val="single" w:sz="8" w:space="0" w:color="000000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1F1F"/>
      <w:sz w:val="24"/>
      <w:szCs w:val="24"/>
      <w:lang w:val="ru-RU" w:eastAsia="ru-RU"/>
    </w:rPr>
  </w:style>
  <w:style w:type="paragraph" w:customStyle="1" w:styleId="xl81">
    <w:name w:val="xl81"/>
    <w:basedOn w:val="a2"/>
    <w:rsid w:val="00E14A7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2">
    <w:name w:val="xl82"/>
    <w:basedOn w:val="a2"/>
    <w:rsid w:val="00E14A7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83">
    <w:name w:val="xl83"/>
    <w:basedOn w:val="a2"/>
    <w:rsid w:val="00E14A7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4">
    <w:name w:val="xl84"/>
    <w:basedOn w:val="a2"/>
    <w:rsid w:val="00E14A7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table" w:customStyle="1" w:styleId="TableNormal">
    <w:name w:val="Table Normal"/>
    <w:uiPriority w:val="2"/>
    <w:qFormat/>
    <w:rsid w:val="00E14A76"/>
    <w:rPr>
      <w:rFonts w:ascii="Calibri" w:eastAsia="Calibri" w:hAnsi="Calibri" w:cs="Calibri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idgetinline">
    <w:name w:val="_widgetinline"/>
    <w:basedOn w:val="a3"/>
    <w:rsid w:val="00E14A76"/>
  </w:style>
  <w:style w:type="table" w:customStyle="1" w:styleId="14">
    <w:name w:val="1"/>
    <w:basedOn w:val="TableNormal"/>
    <w:rsid w:val="00E14A7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numbering" w:customStyle="1" w:styleId="15">
    <w:name w:val="Нет списка1"/>
    <w:next w:val="a5"/>
    <w:uiPriority w:val="99"/>
    <w:semiHidden/>
    <w:unhideWhenUsed/>
    <w:rsid w:val="00E14A76"/>
  </w:style>
  <w:style w:type="character" w:styleId="afff0">
    <w:name w:val="footnote reference"/>
    <w:uiPriority w:val="99"/>
    <w:rsid w:val="00E14A76"/>
    <w:rPr>
      <w:vertAlign w:val="superscript"/>
    </w:rPr>
  </w:style>
  <w:style w:type="character" w:customStyle="1" w:styleId="dash041e0431044b0447043d044b0439char1">
    <w:name w:val="dash041e_0431_044b_0447_043d_044b_0439__char1"/>
    <w:uiPriority w:val="99"/>
    <w:rsid w:val="00E14A7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ff1">
    <w:name w:val="footnote text"/>
    <w:aliases w:val="Знак6,F1"/>
    <w:basedOn w:val="a2"/>
    <w:link w:val="afff2"/>
    <w:uiPriority w:val="99"/>
    <w:rsid w:val="00E14A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ff2">
    <w:name w:val="Текст сноски Знак"/>
    <w:aliases w:val="Знак6 Знак,F1 Знак"/>
    <w:basedOn w:val="a3"/>
    <w:link w:val="afff1"/>
    <w:uiPriority w:val="99"/>
    <w:rsid w:val="00E14A7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1">
    <w:name w:val="НОМЕРА"/>
    <w:basedOn w:val="af1"/>
    <w:link w:val="afff3"/>
    <w:uiPriority w:val="99"/>
    <w:qFormat/>
    <w:rsid w:val="00E14A76"/>
    <w:pPr>
      <w:numPr>
        <w:numId w:val="14"/>
      </w:numPr>
      <w:spacing w:after="0" w:line="240" w:lineRule="auto"/>
      <w:jc w:val="both"/>
    </w:pPr>
    <w:rPr>
      <w:rFonts w:ascii="Arial Narrow" w:hAnsi="Arial Narrow"/>
      <w:sz w:val="18"/>
      <w:szCs w:val="18"/>
      <w:lang w:eastAsia="ru-RU"/>
    </w:rPr>
  </w:style>
  <w:style w:type="character" w:customStyle="1" w:styleId="afff3">
    <w:name w:val="НОМЕРА Знак"/>
    <w:link w:val="a1"/>
    <w:uiPriority w:val="99"/>
    <w:rsid w:val="00E14A76"/>
    <w:rPr>
      <w:rFonts w:ascii="Arial Narrow" w:eastAsia="Calibri" w:hAnsi="Arial Narrow" w:cs="Times New Roman"/>
      <w:sz w:val="18"/>
      <w:szCs w:val="18"/>
      <w:lang w:val="ru-RU" w:eastAsia="ru-RU"/>
    </w:rPr>
  </w:style>
  <w:style w:type="paragraph" w:customStyle="1" w:styleId="Default">
    <w:name w:val="Default"/>
    <w:rsid w:val="00E14A7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msonormal0">
    <w:name w:val="msonormal"/>
    <w:basedOn w:val="a2"/>
    <w:rsid w:val="00E14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ff4">
    <w:name w:val="Placeholder Text"/>
    <w:basedOn w:val="a3"/>
    <w:uiPriority w:val="99"/>
    <w:semiHidden/>
    <w:rsid w:val="00E14A76"/>
    <w:rPr>
      <w:color w:val="808080"/>
    </w:rPr>
  </w:style>
  <w:style w:type="character" w:customStyle="1" w:styleId="UnresolvedMention">
    <w:name w:val="Unresolved Mention"/>
    <w:basedOn w:val="a3"/>
    <w:uiPriority w:val="99"/>
    <w:semiHidden/>
    <w:unhideWhenUsed/>
    <w:rsid w:val="00805DF9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2E2D7F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">
    <w:name w:val="Сетка таблицы1"/>
    <w:basedOn w:val="a4"/>
    <w:next w:val="af"/>
    <w:uiPriority w:val="59"/>
    <w:rsid w:val="0012640B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0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31ce" TargetMode="External"/><Relationship Id="rId18" Type="http://schemas.openxmlformats.org/officeDocument/2006/relationships/hyperlink" Target="https://m.edsoo.ru/7f414736" TargetMode="External"/><Relationship Id="rId26" Type="http://schemas.openxmlformats.org/officeDocument/2006/relationships/hyperlink" Target="https://m.edsoo.ru/7f4131ce" TargetMode="External"/><Relationship Id="rId39" Type="http://schemas.openxmlformats.org/officeDocument/2006/relationships/hyperlink" Target="https://uchebnik.mos.ru/catalogue?class_level_ids=5&amp;subject_program_ids=31937337" TargetMode="External"/><Relationship Id="rId21" Type="http://schemas.openxmlformats.org/officeDocument/2006/relationships/hyperlink" Target="https://m.edsoo.ru/7f414736" TargetMode="External"/><Relationship Id="rId34" Type="http://schemas.openxmlformats.org/officeDocument/2006/relationships/hyperlink" Target="https://resh.edu.ru/subject/12/5/" TargetMode="External"/><Relationship Id="rId42" Type="http://schemas.openxmlformats.org/officeDocument/2006/relationships/hyperlink" Target="https://uchebnik.mos.ru/catalogue?class_level_ids=5&amp;subject_program_ids=31937337" TargetMode="External"/><Relationship Id="rId47" Type="http://schemas.openxmlformats.org/officeDocument/2006/relationships/hyperlink" Target="https://resh.edu.ru/subject/12/6/" TargetMode="External"/><Relationship Id="rId50" Type="http://schemas.openxmlformats.org/officeDocument/2006/relationships/image" Target="media/image5.png"/><Relationship Id="rId55" Type="http://schemas.openxmlformats.org/officeDocument/2006/relationships/image" Target="media/image10.png"/><Relationship Id="rId63" Type="http://schemas.openxmlformats.org/officeDocument/2006/relationships/image" Target="media/image18.png"/><Relationship Id="rId68" Type="http://schemas.openxmlformats.org/officeDocument/2006/relationships/image" Target="media/image23.png"/><Relationship Id="rId76" Type="http://schemas.openxmlformats.org/officeDocument/2006/relationships/hyperlink" Target="https://lesson.academy-content.myschool.edu.ru/02.1/06" TargetMode="External"/><Relationship Id="rId7" Type="http://schemas.openxmlformats.org/officeDocument/2006/relationships/footer" Target="footer1.xml"/><Relationship Id="rId71" Type="http://schemas.openxmlformats.org/officeDocument/2006/relationships/hyperlink" Target="https://resh.edu.ru/subject/12/6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4736" TargetMode="External"/><Relationship Id="rId29" Type="http://schemas.openxmlformats.org/officeDocument/2006/relationships/image" Target="media/image1.png"/><Relationship Id="rId11" Type="http://schemas.openxmlformats.org/officeDocument/2006/relationships/hyperlink" Target="https://m.edsoo.ru/7f4131ce" TargetMode="External"/><Relationship Id="rId24" Type="http://schemas.openxmlformats.org/officeDocument/2006/relationships/hyperlink" Target="https://m.edsoo.ru/7f414736" TargetMode="External"/><Relationship Id="rId32" Type="http://schemas.openxmlformats.org/officeDocument/2006/relationships/hyperlink" Target="https://m.edsoo.ru/7f4131ce" TargetMode="External"/><Relationship Id="rId37" Type="http://schemas.openxmlformats.org/officeDocument/2006/relationships/hyperlink" Target="https://resh.edu.ru/subject/12/5/" TargetMode="External"/><Relationship Id="rId40" Type="http://schemas.openxmlformats.org/officeDocument/2006/relationships/hyperlink" Target="https://resh.edu.ru/subject/12/5/" TargetMode="External"/><Relationship Id="rId45" Type="http://schemas.openxmlformats.org/officeDocument/2006/relationships/hyperlink" Target="https://uchebnik.mos.ru/catalogue?class_level_ids=5&amp;subject_program_ids=31937337" TargetMode="External"/><Relationship Id="rId53" Type="http://schemas.openxmlformats.org/officeDocument/2006/relationships/image" Target="media/image8.png"/><Relationship Id="rId58" Type="http://schemas.openxmlformats.org/officeDocument/2006/relationships/image" Target="media/image13.png"/><Relationship Id="rId66" Type="http://schemas.openxmlformats.org/officeDocument/2006/relationships/image" Target="media/image21.png"/><Relationship Id="rId74" Type="http://schemas.openxmlformats.org/officeDocument/2006/relationships/hyperlink" Target="https://lesson.academy-content.myschool.edu.ru/02.1/06" TargetMode="External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16.png"/><Relationship Id="rId10" Type="http://schemas.openxmlformats.org/officeDocument/2006/relationships/hyperlink" Target="https://m.edsoo.ru/7f4131ce" TargetMode="External"/><Relationship Id="rId19" Type="http://schemas.openxmlformats.org/officeDocument/2006/relationships/hyperlink" Target="https://m.edsoo.ru/7f414736" TargetMode="External"/><Relationship Id="rId31" Type="http://schemas.openxmlformats.org/officeDocument/2006/relationships/image" Target="media/image3.png"/><Relationship Id="rId44" Type="http://schemas.openxmlformats.org/officeDocument/2006/relationships/hyperlink" Target="https://m.edsoo.ru/7f4131ce" TargetMode="External"/><Relationship Id="rId52" Type="http://schemas.openxmlformats.org/officeDocument/2006/relationships/image" Target="media/image7.png"/><Relationship Id="rId60" Type="http://schemas.openxmlformats.org/officeDocument/2006/relationships/image" Target="media/image15.png"/><Relationship Id="rId65" Type="http://schemas.openxmlformats.org/officeDocument/2006/relationships/image" Target="media/image20.png"/><Relationship Id="rId73" Type="http://schemas.openxmlformats.org/officeDocument/2006/relationships/hyperlink" Target="https://resh.edu.ru/subject/12/6/" TargetMode="External"/><Relationship Id="rId78" Type="http://schemas.openxmlformats.org/officeDocument/2006/relationships/hyperlink" Target="https://lesson.academy-content.myschool.edu.ru/02.1/0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4" Type="http://schemas.openxmlformats.org/officeDocument/2006/relationships/hyperlink" Target="https://m.edsoo.ru/7f4131ce" TargetMode="External"/><Relationship Id="rId22" Type="http://schemas.openxmlformats.org/officeDocument/2006/relationships/hyperlink" Target="https://m.edsoo.ru/7f414736" TargetMode="External"/><Relationship Id="rId27" Type="http://schemas.openxmlformats.org/officeDocument/2006/relationships/hyperlink" Target="https://uchebnik.mos.ru/catalogue?class_level_ids=5&amp;subject_program_ids=31937337" TargetMode="External"/><Relationship Id="rId30" Type="http://schemas.openxmlformats.org/officeDocument/2006/relationships/image" Target="media/image2.png"/><Relationship Id="rId35" Type="http://schemas.openxmlformats.org/officeDocument/2006/relationships/hyperlink" Target="https://m.edsoo.ru/7f4131ce" TargetMode="External"/><Relationship Id="rId43" Type="http://schemas.openxmlformats.org/officeDocument/2006/relationships/hyperlink" Target="https://resh.edu.ru/subject/12/5/" TargetMode="External"/><Relationship Id="rId48" Type="http://schemas.openxmlformats.org/officeDocument/2006/relationships/hyperlink" Target="https://lesson.academy-content.myschool.edu.ru/02.1/06" TargetMode="External"/><Relationship Id="rId56" Type="http://schemas.openxmlformats.org/officeDocument/2006/relationships/image" Target="media/image11.png"/><Relationship Id="rId64" Type="http://schemas.openxmlformats.org/officeDocument/2006/relationships/image" Target="media/image19.png"/><Relationship Id="rId69" Type="http://schemas.openxmlformats.org/officeDocument/2006/relationships/image" Target="media/image24.png"/><Relationship Id="rId77" Type="http://schemas.openxmlformats.org/officeDocument/2006/relationships/hyperlink" Target="https://resh.edu.ru/subject/12/6/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image" Target="media/image6.png"/><Relationship Id="rId72" Type="http://schemas.openxmlformats.org/officeDocument/2006/relationships/hyperlink" Target="https://lesson.academy-content.myschool.edu.ru/02.1/06" TargetMode="External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m.edsoo.ru/7f4131ce" TargetMode="External"/><Relationship Id="rId17" Type="http://schemas.openxmlformats.org/officeDocument/2006/relationships/hyperlink" Target="https://m.edsoo.ru/7f414736" TargetMode="External"/><Relationship Id="rId25" Type="http://schemas.openxmlformats.org/officeDocument/2006/relationships/hyperlink" Target="https://m.edsoo.ru/7f414736" TargetMode="External"/><Relationship Id="rId33" Type="http://schemas.openxmlformats.org/officeDocument/2006/relationships/hyperlink" Target="https://uchebnik.mos.ru/catalogue?class_level_ids=5&amp;subject_program_ids=31937337" TargetMode="External"/><Relationship Id="rId38" Type="http://schemas.openxmlformats.org/officeDocument/2006/relationships/hyperlink" Target="https://m.edsoo.ru/7f4131ce" TargetMode="External"/><Relationship Id="rId46" Type="http://schemas.openxmlformats.org/officeDocument/2006/relationships/hyperlink" Target="https://resh.edu.ru/subject/12/5/" TargetMode="External"/><Relationship Id="rId59" Type="http://schemas.openxmlformats.org/officeDocument/2006/relationships/image" Target="media/image14.png"/><Relationship Id="rId67" Type="http://schemas.openxmlformats.org/officeDocument/2006/relationships/image" Target="media/image22.png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7f4131ce" TargetMode="External"/><Relationship Id="rId54" Type="http://schemas.openxmlformats.org/officeDocument/2006/relationships/image" Target="media/image9.png"/><Relationship Id="rId62" Type="http://schemas.openxmlformats.org/officeDocument/2006/relationships/image" Target="media/image17.png"/><Relationship Id="rId70" Type="http://schemas.openxmlformats.org/officeDocument/2006/relationships/image" Target="media/image25.png"/><Relationship Id="rId75" Type="http://schemas.openxmlformats.org/officeDocument/2006/relationships/hyperlink" Target="https://resh.edu.ru/subject/12/6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.edsoo.ru/7f4131ce" TargetMode="External"/><Relationship Id="rId23" Type="http://schemas.openxmlformats.org/officeDocument/2006/relationships/hyperlink" Target="https://m.edsoo.ru/7f414736" TargetMode="External"/><Relationship Id="rId28" Type="http://schemas.openxmlformats.org/officeDocument/2006/relationships/hyperlink" Target="https://resh.edu.ru/subject/12/5/" TargetMode="External"/><Relationship Id="rId36" Type="http://schemas.openxmlformats.org/officeDocument/2006/relationships/hyperlink" Target="https://uchebnik.mos.ru/catalogue?class_level_ids=5&amp;subject_program_ids=31937337" TargetMode="External"/><Relationship Id="rId49" Type="http://schemas.openxmlformats.org/officeDocument/2006/relationships/image" Target="media/image4.png"/><Relationship Id="rId57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199</Pages>
  <Words>40829</Words>
  <Characters>232731</Characters>
  <Application>Microsoft Office Word</Application>
  <DocSecurity>0</DocSecurity>
  <Lines>1939</Lines>
  <Paragraphs>546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 Info-2-26</cp:lastModifiedBy>
  <cp:revision>77</cp:revision>
  <dcterms:created xsi:type="dcterms:W3CDTF">2023-08-30T07:40:00Z</dcterms:created>
  <dcterms:modified xsi:type="dcterms:W3CDTF">2023-10-08T17:43:00Z</dcterms:modified>
</cp:coreProperties>
</file>